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83154" w14:textId="7F01402C" w:rsidR="00A3569A" w:rsidRPr="00A3569A" w:rsidRDefault="00A3569A" w:rsidP="00A3569A">
      <w:pPr>
        <w:widowControl w:val="0"/>
        <w:adjustRightInd w:val="0"/>
        <w:snapToGrid w:val="0"/>
        <w:spacing w:after="0" w:line="360" w:lineRule="auto"/>
        <w:jc w:val="center"/>
        <w:outlineLvl w:val="2"/>
        <w:rPr>
          <w:rFonts w:eastAsia="宋体" w:hint="eastAsia"/>
          <w:b/>
          <w:bCs/>
          <w:sz w:val="32"/>
          <w:szCs w:val="32"/>
          <w:lang w:eastAsia="zh-CN"/>
        </w:rPr>
      </w:pPr>
      <w:r w:rsidRPr="00A3569A">
        <w:rPr>
          <w:rFonts w:eastAsia="宋体" w:hint="eastAsia"/>
          <w:b/>
          <w:bCs/>
          <w:sz w:val="32"/>
          <w:szCs w:val="32"/>
          <w:lang w:eastAsia="zh-CN"/>
        </w:rPr>
        <w:t>20260913大</w:t>
      </w:r>
      <w:proofErr w:type="gramStart"/>
      <w:r w:rsidRPr="00A3569A">
        <w:rPr>
          <w:rFonts w:eastAsia="宋体" w:hint="eastAsia"/>
          <w:b/>
          <w:bCs/>
          <w:sz w:val="32"/>
          <w:szCs w:val="32"/>
          <w:lang w:eastAsia="zh-CN"/>
        </w:rPr>
        <w:t>千老师讲嘴</w:t>
      </w:r>
      <w:proofErr w:type="gramEnd"/>
      <w:r w:rsidRPr="00A3569A">
        <w:rPr>
          <w:rFonts w:eastAsia="宋体" w:hint="eastAsia"/>
          <w:b/>
          <w:bCs/>
          <w:sz w:val="32"/>
          <w:szCs w:val="32"/>
          <w:lang w:eastAsia="zh-CN"/>
        </w:rPr>
        <w:t>型有福气与五官的密码</w:t>
      </w:r>
    </w:p>
    <w:p w14:paraId="508DED61" w14:textId="693CB80B" w:rsidR="00F85C80" w:rsidRDefault="00F85C80" w:rsidP="00F85C80">
      <w:pPr>
        <w:widowControl w:val="0"/>
        <w:adjustRightInd w:val="0"/>
        <w:snapToGrid w:val="0"/>
        <w:spacing w:after="0" w:line="360" w:lineRule="auto"/>
        <w:ind w:firstLineChars="200" w:firstLine="560"/>
        <w:jc w:val="right"/>
        <w:rPr>
          <w:rFonts w:eastAsia="宋体"/>
          <w:sz w:val="28"/>
          <w:szCs w:val="28"/>
          <w:lang w:eastAsia="zh-CN"/>
        </w:rPr>
      </w:pPr>
      <w:r>
        <w:rPr>
          <w:rFonts w:eastAsia="宋体" w:hint="eastAsia"/>
          <w:sz w:val="28"/>
          <w:szCs w:val="28"/>
          <w:lang w:eastAsia="zh-CN"/>
        </w:rPr>
        <w:t>整理人：默兔</w:t>
      </w:r>
    </w:p>
    <w:p w14:paraId="5CEE702E" w14:textId="596D5F40" w:rsidR="00E7264F" w:rsidRPr="00F85C80" w:rsidRDefault="0064511C" w:rsidP="00A3569A">
      <w:pPr>
        <w:widowControl w:val="0"/>
        <w:adjustRightInd w:val="0"/>
        <w:snapToGrid w:val="0"/>
        <w:spacing w:after="0" w:line="360" w:lineRule="auto"/>
        <w:ind w:firstLineChars="200" w:firstLine="562"/>
        <w:rPr>
          <w:rFonts w:eastAsia="宋体" w:hint="eastAsia"/>
          <w:b/>
          <w:bCs/>
          <w:sz w:val="28"/>
          <w:szCs w:val="28"/>
          <w:lang w:eastAsia="zh-CN"/>
        </w:rPr>
      </w:pPr>
      <w:r w:rsidRPr="00F85C80">
        <w:rPr>
          <w:rFonts w:eastAsia="宋体" w:hint="eastAsia"/>
          <w:b/>
          <w:bCs/>
          <w:sz w:val="28"/>
          <w:szCs w:val="28"/>
          <w:lang w:eastAsia="zh-CN"/>
        </w:rPr>
        <w:t>师：我</w:t>
      </w:r>
      <w:proofErr w:type="gramStart"/>
      <w:r w:rsidRPr="00F85C80">
        <w:rPr>
          <w:rFonts w:eastAsia="宋体"/>
          <w:b/>
          <w:bCs/>
          <w:sz w:val="28"/>
          <w:szCs w:val="28"/>
          <w:lang w:eastAsia="zh-CN"/>
        </w:rPr>
        <w:t>刷抖音</w:t>
      </w:r>
      <w:proofErr w:type="gramEnd"/>
      <w:r w:rsidRPr="00F85C80">
        <w:rPr>
          <w:rFonts w:eastAsia="宋体"/>
          <w:b/>
          <w:bCs/>
          <w:sz w:val="28"/>
          <w:szCs w:val="28"/>
          <w:lang w:eastAsia="zh-CN"/>
        </w:rPr>
        <w:t>，看到两个传统养生的观点，跟你们分享一下，你们来评论对还是不对。</w:t>
      </w:r>
    </w:p>
    <w:p w14:paraId="35D426DB" w14:textId="77777777" w:rsidR="00F85C80" w:rsidRPr="00F85C80" w:rsidRDefault="00000000" w:rsidP="00A3569A">
      <w:pPr>
        <w:widowControl w:val="0"/>
        <w:adjustRightInd w:val="0"/>
        <w:snapToGrid w:val="0"/>
        <w:spacing w:after="0" w:line="360" w:lineRule="auto"/>
        <w:ind w:firstLineChars="200" w:firstLine="562"/>
        <w:rPr>
          <w:rFonts w:eastAsia="宋体"/>
          <w:b/>
          <w:bCs/>
          <w:sz w:val="28"/>
          <w:szCs w:val="28"/>
          <w:lang w:eastAsia="zh-CN"/>
        </w:rPr>
      </w:pPr>
      <w:r w:rsidRPr="00F85C80">
        <w:rPr>
          <w:rFonts w:eastAsia="宋体"/>
          <w:b/>
          <w:bCs/>
          <w:sz w:val="28"/>
          <w:szCs w:val="28"/>
          <w:lang w:eastAsia="zh-CN"/>
        </w:rPr>
        <w:t>分享两个什么呢？一个</w:t>
      </w:r>
      <w:r w:rsidR="00DA7EA5" w:rsidRPr="00F85C80">
        <w:rPr>
          <w:rFonts w:eastAsia="宋体" w:hint="eastAsia"/>
          <w:b/>
          <w:bCs/>
          <w:sz w:val="28"/>
          <w:szCs w:val="28"/>
          <w:lang w:eastAsia="zh-CN"/>
        </w:rPr>
        <w:t>是</w:t>
      </w:r>
      <w:r w:rsidRPr="00F85C80">
        <w:rPr>
          <w:rFonts w:eastAsia="宋体"/>
          <w:b/>
          <w:bCs/>
          <w:sz w:val="28"/>
          <w:szCs w:val="28"/>
          <w:lang w:eastAsia="zh-CN"/>
        </w:rPr>
        <w:t>尾闾的重要性</w:t>
      </w:r>
      <w:r w:rsidR="00DA7EA5" w:rsidRPr="00F85C80">
        <w:rPr>
          <w:rFonts w:eastAsia="宋体" w:hint="eastAsia"/>
          <w:b/>
          <w:bCs/>
          <w:sz w:val="28"/>
          <w:szCs w:val="28"/>
          <w:lang w:eastAsia="zh-CN"/>
        </w:rPr>
        <w:t>，</w:t>
      </w:r>
      <w:r w:rsidRPr="00F85C80">
        <w:rPr>
          <w:rFonts w:eastAsia="宋体"/>
          <w:b/>
          <w:bCs/>
          <w:sz w:val="28"/>
          <w:szCs w:val="28"/>
          <w:lang w:eastAsia="zh-CN"/>
        </w:rPr>
        <w:t>知道哪是尾闾吗？就是八髎那个地方叫尾闾</w:t>
      </w:r>
      <w:r w:rsidR="00DA7EA5" w:rsidRPr="00F85C80">
        <w:rPr>
          <w:rFonts w:eastAsia="宋体" w:hint="eastAsia"/>
          <w:b/>
          <w:bCs/>
          <w:sz w:val="28"/>
          <w:szCs w:val="28"/>
          <w:lang w:eastAsia="zh-CN"/>
        </w:rPr>
        <w:t>，</w:t>
      </w:r>
      <w:r w:rsidRPr="00F85C80">
        <w:rPr>
          <w:rFonts w:eastAsia="宋体"/>
          <w:b/>
          <w:bCs/>
          <w:sz w:val="28"/>
          <w:szCs w:val="28"/>
          <w:lang w:eastAsia="zh-CN"/>
        </w:rPr>
        <w:t>说尾闾堵了，导致生命能量变弱，这个说的对不对，因为那个地方也接近海底轮，有道理吗？因为八髎有很多神经根都伸出来，而且</w:t>
      </w:r>
      <w:r w:rsidR="00DA7EA5" w:rsidRPr="00F85C80">
        <w:rPr>
          <w:rFonts w:eastAsia="宋体" w:hint="eastAsia"/>
          <w:b/>
          <w:bCs/>
          <w:sz w:val="28"/>
          <w:szCs w:val="28"/>
          <w:lang w:eastAsia="zh-CN"/>
        </w:rPr>
        <w:t>堵了</w:t>
      </w:r>
      <w:r w:rsidRPr="00F85C80">
        <w:rPr>
          <w:rFonts w:eastAsia="宋体"/>
          <w:b/>
          <w:bCs/>
          <w:sz w:val="28"/>
          <w:szCs w:val="28"/>
          <w:lang w:eastAsia="zh-CN"/>
        </w:rPr>
        <w:t>的也很多，这个观点某种程度是正确的，包括我感觉现在我那也是堵的</w:t>
      </w:r>
      <w:r w:rsidR="00DA7EA5" w:rsidRPr="00F85C80">
        <w:rPr>
          <w:rFonts w:eastAsia="宋体" w:hint="eastAsia"/>
          <w:b/>
          <w:bCs/>
          <w:sz w:val="28"/>
          <w:szCs w:val="28"/>
          <w:lang w:eastAsia="zh-CN"/>
        </w:rPr>
        <w:t>，</w:t>
      </w:r>
      <w:r w:rsidRPr="00F85C80">
        <w:rPr>
          <w:rFonts w:eastAsia="宋体"/>
          <w:b/>
          <w:bCs/>
          <w:sz w:val="28"/>
          <w:szCs w:val="28"/>
          <w:lang w:eastAsia="zh-CN"/>
        </w:rPr>
        <w:t>我们随着年岁的增加，那个地方一定是慢慢堵死了，如果不堵死</w:t>
      </w:r>
      <w:r w:rsidR="00DA7EA5" w:rsidRPr="00F85C80">
        <w:rPr>
          <w:rFonts w:eastAsia="宋体" w:hint="eastAsia"/>
          <w:b/>
          <w:bCs/>
          <w:sz w:val="28"/>
          <w:szCs w:val="28"/>
          <w:lang w:eastAsia="zh-CN"/>
        </w:rPr>
        <w:t>，</w:t>
      </w:r>
      <w:r w:rsidRPr="00F85C80">
        <w:rPr>
          <w:rFonts w:eastAsia="宋体"/>
          <w:b/>
          <w:bCs/>
          <w:sz w:val="28"/>
          <w:szCs w:val="28"/>
          <w:lang w:eastAsia="zh-CN"/>
        </w:rPr>
        <w:t>你们活动会非常自如</w:t>
      </w:r>
      <w:r w:rsidR="00DA7EA5" w:rsidRPr="00F85C80">
        <w:rPr>
          <w:rFonts w:eastAsia="宋体" w:hint="eastAsia"/>
          <w:b/>
          <w:bCs/>
          <w:sz w:val="28"/>
          <w:szCs w:val="28"/>
          <w:lang w:eastAsia="zh-CN"/>
        </w:rPr>
        <w:t>。</w:t>
      </w:r>
    </w:p>
    <w:p w14:paraId="6F5B723C" w14:textId="77777777" w:rsidR="00F85C80" w:rsidRPr="00F85C80" w:rsidRDefault="00000000" w:rsidP="00A3569A">
      <w:pPr>
        <w:widowControl w:val="0"/>
        <w:adjustRightInd w:val="0"/>
        <w:snapToGrid w:val="0"/>
        <w:spacing w:after="0" w:line="360" w:lineRule="auto"/>
        <w:ind w:firstLineChars="200" w:firstLine="562"/>
        <w:rPr>
          <w:rFonts w:eastAsia="宋体"/>
          <w:b/>
          <w:bCs/>
          <w:sz w:val="28"/>
          <w:szCs w:val="28"/>
          <w:lang w:eastAsia="zh-CN"/>
        </w:rPr>
      </w:pPr>
      <w:r w:rsidRPr="00F85C80">
        <w:rPr>
          <w:rFonts w:eastAsia="宋体"/>
          <w:b/>
          <w:bCs/>
          <w:sz w:val="28"/>
          <w:szCs w:val="28"/>
          <w:lang w:eastAsia="zh-CN"/>
        </w:rPr>
        <w:t>得明健身也讲要去练</w:t>
      </w:r>
      <w:r w:rsidR="00F85C80" w:rsidRPr="00F85C80">
        <w:rPr>
          <w:rFonts w:eastAsia="宋体" w:hint="eastAsia"/>
          <w:b/>
          <w:bCs/>
          <w:sz w:val="28"/>
          <w:szCs w:val="28"/>
          <w:lang w:eastAsia="zh-CN"/>
        </w:rPr>
        <w:t>尾闾</w:t>
      </w:r>
      <w:r w:rsidRPr="00F85C80">
        <w:rPr>
          <w:rFonts w:eastAsia="宋体"/>
          <w:b/>
          <w:bCs/>
          <w:sz w:val="28"/>
          <w:szCs w:val="28"/>
          <w:lang w:eastAsia="zh-CN"/>
        </w:rPr>
        <w:t>那个</w:t>
      </w:r>
      <w:r w:rsidR="009C392C" w:rsidRPr="00F85C80">
        <w:rPr>
          <w:rFonts w:eastAsia="宋体" w:hint="eastAsia"/>
          <w:b/>
          <w:bCs/>
          <w:sz w:val="28"/>
          <w:szCs w:val="28"/>
          <w:lang w:eastAsia="zh-CN"/>
        </w:rPr>
        <w:t>地方</w:t>
      </w:r>
      <w:r w:rsidRPr="00F85C80">
        <w:rPr>
          <w:rFonts w:eastAsia="宋体"/>
          <w:b/>
          <w:bCs/>
          <w:sz w:val="28"/>
          <w:szCs w:val="28"/>
          <w:lang w:eastAsia="zh-CN"/>
        </w:rPr>
        <w:t>，但是他给</w:t>
      </w:r>
      <w:r w:rsidR="009C392C" w:rsidRPr="00F85C80">
        <w:rPr>
          <w:rFonts w:eastAsia="宋体" w:hint="eastAsia"/>
          <w:b/>
          <w:bCs/>
          <w:sz w:val="28"/>
          <w:szCs w:val="28"/>
          <w:lang w:eastAsia="zh-CN"/>
        </w:rPr>
        <w:t>了</w:t>
      </w:r>
      <w:r w:rsidRPr="00F85C80">
        <w:rPr>
          <w:rFonts w:eastAsia="宋体"/>
          <w:b/>
          <w:bCs/>
          <w:sz w:val="28"/>
          <w:szCs w:val="28"/>
          <w:lang w:eastAsia="zh-CN"/>
        </w:rPr>
        <w:t>一个啥方法，就不断</w:t>
      </w:r>
      <w:proofErr w:type="gramStart"/>
      <w:r w:rsidRPr="00F85C80">
        <w:rPr>
          <w:rFonts w:eastAsia="宋体"/>
          <w:b/>
          <w:bCs/>
          <w:sz w:val="28"/>
          <w:szCs w:val="28"/>
          <w:lang w:eastAsia="zh-CN"/>
        </w:rPr>
        <w:t>的去晃尾闾</w:t>
      </w:r>
      <w:proofErr w:type="gramEnd"/>
      <w:r w:rsidRPr="00F85C80">
        <w:rPr>
          <w:rFonts w:eastAsia="宋体"/>
          <w:b/>
          <w:bCs/>
          <w:sz w:val="28"/>
          <w:szCs w:val="28"/>
          <w:lang w:eastAsia="zh-CN"/>
        </w:rPr>
        <w:t>，前后摇</w:t>
      </w:r>
      <w:r w:rsidR="00422EB3" w:rsidRPr="00F85C80">
        <w:rPr>
          <w:rFonts w:eastAsia="宋体" w:hint="eastAsia"/>
          <w:b/>
          <w:bCs/>
          <w:sz w:val="28"/>
          <w:szCs w:val="28"/>
          <w:lang w:eastAsia="zh-CN"/>
        </w:rPr>
        <w:t>，</w:t>
      </w:r>
      <w:r w:rsidRPr="00F85C80">
        <w:rPr>
          <w:rFonts w:eastAsia="宋体"/>
          <w:b/>
          <w:bCs/>
          <w:sz w:val="28"/>
          <w:szCs w:val="28"/>
          <w:lang w:eastAsia="zh-CN"/>
        </w:rPr>
        <w:t>这样摇</w:t>
      </w:r>
      <w:r w:rsidR="00422EB3" w:rsidRPr="00F85C80">
        <w:rPr>
          <w:rFonts w:eastAsia="宋体" w:hint="eastAsia"/>
          <w:b/>
          <w:bCs/>
          <w:sz w:val="28"/>
          <w:szCs w:val="28"/>
          <w:lang w:eastAsia="zh-CN"/>
        </w:rPr>
        <w:t>，</w:t>
      </w:r>
      <w:r w:rsidRPr="00F85C80">
        <w:rPr>
          <w:rFonts w:eastAsia="宋体"/>
          <w:b/>
          <w:bCs/>
          <w:sz w:val="28"/>
          <w:szCs w:val="28"/>
          <w:lang w:eastAsia="zh-CN"/>
        </w:rPr>
        <w:t>还有在</w:t>
      </w:r>
      <w:r w:rsidR="00422EB3" w:rsidRPr="00F85C80">
        <w:rPr>
          <w:rFonts w:eastAsia="宋体" w:hint="eastAsia"/>
          <w:b/>
          <w:bCs/>
          <w:sz w:val="28"/>
          <w:szCs w:val="28"/>
          <w:lang w:eastAsia="zh-CN"/>
        </w:rPr>
        <w:t>会阴</w:t>
      </w:r>
      <w:r w:rsidRPr="00F85C80">
        <w:rPr>
          <w:rFonts w:eastAsia="宋体"/>
          <w:b/>
          <w:bCs/>
          <w:sz w:val="28"/>
          <w:szCs w:val="28"/>
          <w:lang w:eastAsia="zh-CN"/>
        </w:rPr>
        <w:t>那儿再垫个瓶子</w:t>
      </w:r>
      <w:r w:rsidR="00422EB3" w:rsidRPr="00F85C80">
        <w:rPr>
          <w:rFonts w:eastAsia="宋体" w:hint="eastAsia"/>
          <w:b/>
          <w:bCs/>
          <w:sz w:val="28"/>
          <w:szCs w:val="28"/>
          <w:lang w:eastAsia="zh-CN"/>
        </w:rPr>
        <w:t>，</w:t>
      </w:r>
      <w:r w:rsidRPr="00F85C80">
        <w:rPr>
          <w:rFonts w:eastAsia="宋体"/>
          <w:b/>
          <w:bCs/>
          <w:sz w:val="28"/>
          <w:szCs w:val="28"/>
          <w:lang w:eastAsia="zh-CN"/>
        </w:rPr>
        <w:t>去摇</w:t>
      </w:r>
      <w:r w:rsidR="00422EB3" w:rsidRPr="00F85C80">
        <w:rPr>
          <w:rFonts w:eastAsia="宋体" w:hint="eastAsia"/>
          <w:b/>
          <w:bCs/>
          <w:sz w:val="28"/>
          <w:szCs w:val="28"/>
          <w:lang w:eastAsia="zh-CN"/>
        </w:rPr>
        <w:t>，</w:t>
      </w:r>
      <w:r w:rsidRPr="00F85C80">
        <w:rPr>
          <w:rFonts w:eastAsia="宋体"/>
          <w:b/>
          <w:bCs/>
          <w:sz w:val="28"/>
          <w:szCs w:val="28"/>
          <w:lang w:eastAsia="zh-CN"/>
        </w:rPr>
        <w:t>你们觉得对还是不对</w:t>
      </w:r>
      <w:r w:rsidR="00422EB3" w:rsidRPr="00F85C80">
        <w:rPr>
          <w:rFonts w:eastAsia="宋体" w:hint="eastAsia"/>
          <w:b/>
          <w:bCs/>
          <w:sz w:val="28"/>
          <w:szCs w:val="28"/>
          <w:lang w:eastAsia="zh-CN"/>
        </w:rPr>
        <w:t>？</w:t>
      </w:r>
      <w:r w:rsidRPr="00F85C80">
        <w:rPr>
          <w:rFonts w:eastAsia="宋体"/>
          <w:b/>
          <w:bCs/>
          <w:sz w:val="28"/>
          <w:szCs w:val="28"/>
          <w:lang w:eastAsia="zh-CN"/>
        </w:rPr>
        <w:t>我给你讲讲道理，不是我批判传</w:t>
      </w:r>
      <w:r w:rsidR="006C54EA" w:rsidRPr="00F85C80">
        <w:rPr>
          <w:rFonts w:eastAsia="宋体" w:hint="eastAsia"/>
          <w:b/>
          <w:bCs/>
          <w:sz w:val="28"/>
          <w:szCs w:val="28"/>
          <w:lang w:eastAsia="zh-CN"/>
        </w:rPr>
        <w:t>武</w:t>
      </w:r>
      <w:r w:rsidRPr="00F85C80">
        <w:rPr>
          <w:rFonts w:eastAsia="宋体"/>
          <w:b/>
          <w:bCs/>
          <w:sz w:val="28"/>
          <w:szCs w:val="28"/>
          <w:lang w:eastAsia="zh-CN"/>
        </w:rPr>
        <w:t>，是人们看问题，只看现象不看本质，只看出问题的点，不看全局。</w:t>
      </w:r>
    </w:p>
    <w:p w14:paraId="7955A328" w14:textId="77777777" w:rsidR="002303BA" w:rsidRPr="002303BA" w:rsidRDefault="00000000" w:rsidP="00A3569A">
      <w:pPr>
        <w:widowControl w:val="0"/>
        <w:adjustRightInd w:val="0"/>
        <w:snapToGrid w:val="0"/>
        <w:spacing w:after="0" w:line="360" w:lineRule="auto"/>
        <w:ind w:firstLineChars="200" w:firstLine="562"/>
        <w:rPr>
          <w:rFonts w:eastAsia="宋体"/>
          <w:b/>
          <w:bCs/>
          <w:sz w:val="28"/>
          <w:szCs w:val="28"/>
          <w:lang w:eastAsia="zh-CN"/>
        </w:rPr>
      </w:pPr>
      <w:r w:rsidRPr="002303BA">
        <w:rPr>
          <w:rFonts w:eastAsia="宋体"/>
          <w:b/>
          <w:bCs/>
          <w:sz w:val="28"/>
          <w:szCs w:val="28"/>
          <w:lang w:eastAsia="zh-CN"/>
        </w:rPr>
        <w:t>尾闾</w:t>
      </w:r>
      <w:r w:rsidR="000C19E1" w:rsidRPr="002303BA">
        <w:rPr>
          <w:rFonts w:eastAsia="宋体" w:hint="eastAsia"/>
          <w:b/>
          <w:bCs/>
          <w:sz w:val="28"/>
          <w:szCs w:val="28"/>
          <w:lang w:eastAsia="zh-CN"/>
        </w:rPr>
        <w:t>是</w:t>
      </w:r>
      <w:r w:rsidRPr="002303BA">
        <w:rPr>
          <w:rFonts w:eastAsia="宋体"/>
          <w:b/>
          <w:bCs/>
          <w:sz w:val="28"/>
          <w:szCs w:val="28"/>
          <w:lang w:eastAsia="zh-CN"/>
        </w:rPr>
        <w:t>关键当中的关键</w:t>
      </w:r>
      <w:r w:rsidR="000C19E1" w:rsidRPr="002303BA">
        <w:rPr>
          <w:rFonts w:eastAsia="宋体" w:hint="eastAsia"/>
          <w:b/>
          <w:bCs/>
          <w:sz w:val="28"/>
          <w:szCs w:val="28"/>
          <w:lang w:eastAsia="zh-CN"/>
        </w:rPr>
        <w:t>，</w:t>
      </w:r>
      <w:r w:rsidRPr="002303BA">
        <w:rPr>
          <w:rFonts w:eastAsia="宋体"/>
          <w:b/>
          <w:bCs/>
          <w:sz w:val="28"/>
          <w:szCs w:val="28"/>
          <w:lang w:eastAsia="zh-CN"/>
        </w:rPr>
        <w:t>能那么好直接解决吗？你脊柱上有问题，你直接解决脊柱行吗？脑子有问题，直接</w:t>
      </w:r>
      <w:r w:rsidR="00D85CBB" w:rsidRPr="002303BA">
        <w:rPr>
          <w:rFonts w:eastAsia="宋体" w:hint="eastAsia"/>
          <w:b/>
          <w:bCs/>
          <w:sz w:val="28"/>
          <w:szCs w:val="28"/>
          <w:lang w:eastAsia="zh-CN"/>
        </w:rPr>
        <w:t>开颅</w:t>
      </w:r>
      <w:r w:rsidRPr="002303BA">
        <w:rPr>
          <w:rFonts w:eastAsia="宋体"/>
          <w:b/>
          <w:bCs/>
          <w:sz w:val="28"/>
          <w:szCs w:val="28"/>
          <w:lang w:eastAsia="zh-CN"/>
        </w:rPr>
        <w:t>行吗？心脏有病，直接解决心脏？五官有病，直接解决五官行吗？你学了得明</w:t>
      </w:r>
      <w:r w:rsidR="00C7450A" w:rsidRPr="002303BA">
        <w:rPr>
          <w:rFonts w:eastAsia="宋体" w:hint="eastAsia"/>
          <w:b/>
          <w:bCs/>
          <w:sz w:val="28"/>
          <w:szCs w:val="28"/>
          <w:lang w:eastAsia="zh-CN"/>
        </w:rPr>
        <w:t>，</w:t>
      </w:r>
      <w:r w:rsidRPr="002303BA">
        <w:rPr>
          <w:rFonts w:eastAsia="宋体"/>
          <w:b/>
          <w:bCs/>
          <w:sz w:val="28"/>
          <w:szCs w:val="28"/>
          <w:lang w:eastAsia="zh-CN"/>
        </w:rPr>
        <w:t>学了整体观之后，遇到这一类的问题，你马上打一个巨大的</w:t>
      </w:r>
      <w:r w:rsidR="00C7450A" w:rsidRPr="002303BA">
        <w:rPr>
          <w:rFonts w:eastAsia="宋体" w:hint="eastAsia"/>
          <w:b/>
          <w:bCs/>
          <w:sz w:val="28"/>
          <w:szCs w:val="28"/>
          <w:lang w:eastAsia="zh-CN"/>
        </w:rPr>
        <w:t>问号</w:t>
      </w:r>
      <w:r w:rsidRPr="002303BA">
        <w:rPr>
          <w:rFonts w:eastAsia="宋体"/>
          <w:b/>
          <w:bCs/>
          <w:sz w:val="28"/>
          <w:szCs w:val="28"/>
          <w:lang w:eastAsia="zh-CN"/>
        </w:rPr>
        <w:t>，为什么不行？其实这些地方都是至关重要的中枢部门</w:t>
      </w:r>
      <w:r w:rsidR="002303BA" w:rsidRPr="002303BA">
        <w:rPr>
          <w:rFonts w:eastAsia="宋体" w:hint="eastAsia"/>
          <w:b/>
          <w:bCs/>
          <w:sz w:val="28"/>
          <w:szCs w:val="28"/>
          <w:lang w:eastAsia="zh-CN"/>
        </w:rPr>
        <w:t>。。</w:t>
      </w:r>
    </w:p>
    <w:p w14:paraId="0327BCD2" w14:textId="6F1B17A4" w:rsidR="00627F0F" w:rsidRPr="00627F0F" w:rsidRDefault="00000000" w:rsidP="00A3569A">
      <w:pPr>
        <w:widowControl w:val="0"/>
        <w:adjustRightInd w:val="0"/>
        <w:snapToGrid w:val="0"/>
        <w:spacing w:after="0" w:line="360" w:lineRule="auto"/>
        <w:ind w:firstLineChars="200" w:firstLine="562"/>
        <w:rPr>
          <w:rFonts w:eastAsia="宋体"/>
          <w:b/>
          <w:bCs/>
          <w:sz w:val="28"/>
          <w:szCs w:val="28"/>
          <w:lang w:eastAsia="zh-CN"/>
        </w:rPr>
      </w:pPr>
      <w:r w:rsidRPr="00627F0F">
        <w:rPr>
          <w:rFonts w:eastAsia="宋体"/>
          <w:b/>
          <w:bCs/>
          <w:sz w:val="28"/>
          <w:szCs w:val="28"/>
          <w:lang w:eastAsia="zh-CN"/>
        </w:rPr>
        <w:t>就像朝廷一样，如果一个国家积重难返，你换个宰相行吗？王安石变法为什么失败了，庆历新政为什么也失败了？戊戌变法为什么也失败了，清朝的立宪制为什么也失败了？这个问题非常简单，那个地方出现严重问题了，一定是慢慢的侵蚀过去的</w:t>
      </w:r>
      <w:r w:rsidR="002161D8" w:rsidRPr="00627F0F">
        <w:rPr>
          <w:rFonts w:eastAsia="宋体" w:hint="eastAsia"/>
          <w:b/>
          <w:bCs/>
          <w:sz w:val="28"/>
          <w:szCs w:val="28"/>
          <w:lang w:eastAsia="zh-CN"/>
        </w:rPr>
        <w:t>。</w:t>
      </w:r>
      <w:r w:rsidRPr="00627F0F">
        <w:rPr>
          <w:rFonts w:eastAsia="宋体"/>
          <w:b/>
          <w:bCs/>
          <w:sz w:val="28"/>
          <w:szCs w:val="28"/>
          <w:lang w:eastAsia="zh-CN"/>
        </w:rPr>
        <w:t>外</w:t>
      </w:r>
      <w:proofErr w:type="gramStart"/>
      <w:r w:rsidRPr="00627F0F">
        <w:rPr>
          <w:rFonts w:eastAsia="宋体"/>
          <w:b/>
          <w:bCs/>
          <w:sz w:val="28"/>
          <w:szCs w:val="28"/>
          <w:lang w:eastAsia="zh-CN"/>
        </w:rPr>
        <w:t>周</w:t>
      </w:r>
      <w:proofErr w:type="gramEnd"/>
      <w:r w:rsidRPr="00627F0F">
        <w:rPr>
          <w:rFonts w:eastAsia="宋体"/>
          <w:b/>
          <w:bCs/>
          <w:sz w:val="28"/>
          <w:szCs w:val="28"/>
          <w:lang w:eastAsia="zh-CN"/>
        </w:rPr>
        <w:t>周围越来越不行，</w:t>
      </w:r>
      <w:r w:rsidRPr="00627F0F">
        <w:rPr>
          <w:rFonts w:eastAsia="宋体"/>
          <w:b/>
          <w:bCs/>
          <w:sz w:val="28"/>
          <w:szCs w:val="28"/>
          <w:lang w:eastAsia="zh-CN"/>
        </w:rPr>
        <w:lastRenderedPageBreak/>
        <w:t>慢慢的向中央侵蚀，烂苹果一样</w:t>
      </w:r>
      <w:r w:rsidR="002161D8" w:rsidRPr="00627F0F">
        <w:rPr>
          <w:rFonts w:eastAsia="宋体" w:hint="eastAsia"/>
          <w:b/>
          <w:bCs/>
          <w:sz w:val="28"/>
          <w:szCs w:val="28"/>
          <w:lang w:eastAsia="zh-CN"/>
        </w:rPr>
        <w:t>，从</w:t>
      </w:r>
      <w:r w:rsidRPr="00627F0F">
        <w:rPr>
          <w:rFonts w:eastAsia="宋体"/>
          <w:b/>
          <w:bCs/>
          <w:sz w:val="28"/>
          <w:szCs w:val="28"/>
          <w:lang w:eastAsia="zh-CN"/>
        </w:rPr>
        <w:t>外往里面慢慢烂，当你感觉里边已经烂了</w:t>
      </w:r>
      <w:r w:rsidR="002161D8" w:rsidRPr="00627F0F">
        <w:rPr>
          <w:rFonts w:eastAsia="宋体" w:hint="eastAsia"/>
          <w:b/>
          <w:bCs/>
          <w:sz w:val="28"/>
          <w:szCs w:val="28"/>
          <w:lang w:eastAsia="zh-CN"/>
        </w:rPr>
        <w:t>，</w:t>
      </w:r>
      <w:r w:rsidRPr="00627F0F">
        <w:rPr>
          <w:rFonts w:eastAsia="宋体"/>
          <w:b/>
          <w:bCs/>
          <w:sz w:val="28"/>
          <w:szCs w:val="28"/>
          <w:lang w:eastAsia="zh-CN"/>
        </w:rPr>
        <w:t>其实</w:t>
      </w:r>
      <w:proofErr w:type="gramStart"/>
      <w:r w:rsidRPr="00627F0F">
        <w:rPr>
          <w:rFonts w:eastAsia="宋体"/>
          <w:b/>
          <w:bCs/>
          <w:sz w:val="28"/>
          <w:szCs w:val="28"/>
          <w:lang w:eastAsia="zh-CN"/>
        </w:rPr>
        <w:t>外边烂</w:t>
      </w:r>
      <w:proofErr w:type="gramEnd"/>
      <w:r w:rsidRPr="00627F0F">
        <w:rPr>
          <w:rFonts w:eastAsia="宋体"/>
          <w:b/>
          <w:bCs/>
          <w:sz w:val="28"/>
          <w:szCs w:val="28"/>
          <w:lang w:eastAsia="zh-CN"/>
        </w:rPr>
        <w:t>的更厉害了，</w:t>
      </w:r>
      <w:proofErr w:type="gramStart"/>
      <w:r w:rsidR="002161D8" w:rsidRPr="00627F0F">
        <w:rPr>
          <w:rFonts w:eastAsia="宋体" w:hint="eastAsia"/>
          <w:b/>
          <w:bCs/>
          <w:sz w:val="28"/>
          <w:szCs w:val="28"/>
          <w:lang w:eastAsia="zh-CN"/>
        </w:rPr>
        <w:t>烂</w:t>
      </w:r>
      <w:r w:rsidRPr="00627F0F">
        <w:rPr>
          <w:rFonts w:eastAsia="宋体"/>
          <w:b/>
          <w:bCs/>
          <w:sz w:val="28"/>
          <w:szCs w:val="28"/>
          <w:lang w:eastAsia="zh-CN"/>
        </w:rPr>
        <w:t>芯的</w:t>
      </w:r>
      <w:proofErr w:type="gramEnd"/>
      <w:r w:rsidRPr="00627F0F">
        <w:rPr>
          <w:rFonts w:eastAsia="宋体"/>
          <w:b/>
          <w:bCs/>
          <w:sz w:val="28"/>
          <w:szCs w:val="28"/>
          <w:lang w:eastAsia="zh-CN"/>
        </w:rPr>
        <w:t>咱</w:t>
      </w:r>
      <w:r w:rsidR="002161D8" w:rsidRPr="00627F0F">
        <w:rPr>
          <w:rFonts w:eastAsia="宋体" w:hint="eastAsia"/>
          <w:b/>
          <w:bCs/>
          <w:sz w:val="28"/>
          <w:szCs w:val="28"/>
          <w:lang w:eastAsia="zh-CN"/>
        </w:rPr>
        <w:t>先</w:t>
      </w:r>
      <w:r w:rsidRPr="00627F0F">
        <w:rPr>
          <w:rFonts w:eastAsia="宋体"/>
          <w:b/>
          <w:bCs/>
          <w:sz w:val="28"/>
          <w:szCs w:val="28"/>
          <w:lang w:eastAsia="zh-CN"/>
        </w:rPr>
        <w:t>不说啊，</w:t>
      </w:r>
      <w:r w:rsidR="002161D8" w:rsidRPr="00627F0F">
        <w:rPr>
          <w:rFonts w:eastAsia="宋体" w:hint="eastAsia"/>
          <w:b/>
          <w:bCs/>
          <w:sz w:val="28"/>
          <w:szCs w:val="28"/>
          <w:lang w:eastAsia="zh-CN"/>
        </w:rPr>
        <w:t>就说</w:t>
      </w:r>
      <w:r w:rsidRPr="00627F0F">
        <w:rPr>
          <w:rFonts w:eastAsia="宋体"/>
          <w:b/>
          <w:bCs/>
          <w:sz w:val="28"/>
          <w:szCs w:val="28"/>
          <w:lang w:eastAsia="zh-CN"/>
        </w:rPr>
        <w:t>从外边往</w:t>
      </w:r>
      <w:proofErr w:type="gramStart"/>
      <w:r w:rsidRPr="00627F0F">
        <w:rPr>
          <w:rFonts w:eastAsia="宋体"/>
          <w:b/>
          <w:bCs/>
          <w:sz w:val="28"/>
          <w:szCs w:val="28"/>
          <w:lang w:eastAsia="zh-CN"/>
        </w:rPr>
        <w:t>里面烂</w:t>
      </w:r>
      <w:proofErr w:type="gramEnd"/>
      <w:r w:rsidRPr="00627F0F">
        <w:rPr>
          <w:rFonts w:eastAsia="宋体"/>
          <w:b/>
          <w:bCs/>
          <w:sz w:val="28"/>
          <w:szCs w:val="28"/>
          <w:lang w:eastAsia="zh-CN"/>
        </w:rPr>
        <w:t>的那些</w:t>
      </w:r>
      <w:r w:rsidR="002161D8" w:rsidRPr="00627F0F">
        <w:rPr>
          <w:rFonts w:eastAsia="宋体" w:hint="eastAsia"/>
          <w:b/>
          <w:bCs/>
          <w:sz w:val="28"/>
          <w:szCs w:val="28"/>
          <w:lang w:eastAsia="zh-CN"/>
        </w:rPr>
        <w:t>。</w:t>
      </w:r>
      <w:r w:rsidRPr="00627F0F">
        <w:rPr>
          <w:rFonts w:eastAsia="宋体"/>
          <w:b/>
          <w:bCs/>
          <w:sz w:val="28"/>
          <w:szCs w:val="28"/>
          <w:lang w:eastAsia="zh-CN"/>
        </w:rPr>
        <w:t>如果尾闾已经不行的，其实你腿已经不行</w:t>
      </w:r>
      <w:r w:rsidR="002161D8" w:rsidRPr="00627F0F">
        <w:rPr>
          <w:rFonts w:eastAsia="宋体" w:hint="eastAsia"/>
          <w:b/>
          <w:bCs/>
          <w:sz w:val="28"/>
          <w:szCs w:val="28"/>
          <w:lang w:eastAsia="zh-CN"/>
        </w:rPr>
        <w:t>了</w:t>
      </w:r>
      <w:r w:rsidRPr="00627F0F">
        <w:rPr>
          <w:rFonts w:eastAsia="宋体"/>
          <w:b/>
          <w:bCs/>
          <w:sz w:val="28"/>
          <w:szCs w:val="28"/>
          <w:lang w:eastAsia="zh-CN"/>
        </w:rPr>
        <w:t>，小腿</w:t>
      </w:r>
      <w:r w:rsidR="00627F0F" w:rsidRPr="00627F0F">
        <w:rPr>
          <w:rFonts w:eastAsia="宋体" w:hint="eastAsia"/>
          <w:b/>
          <w:bCs/>
          <w:sz w:val="28"/>
          <w:szCs w:val="28"/>
          <w:lang w:eastAsia="zh-CN"/>
        </w:rPr>
        <w:t>、</w:t>
      </w:r>
      <w:r w:rsidRPr="00627F0F">
        <w:rPr>
          <w:rFonts w:eastAsia="宋体"/>
          <w:b/>
          <w:bCs/>
          <w:sz w:val="28"/>
          <w:szCs w:val="28"/>
          <w:lang w:eastAsia="zh-CN"/>
        </w:rPr>
        <w:t>大腿</w:t>
      </w:r>
      <w:r w:rsidR="00627F0F" w:rsidRPr="00627F0F">
        <w:rPr>
          <w:rFonts w:eastAsia="宋体" w:hint="eastAsia"/>
          <w:b/>
          <w:bCs/>
          <w:sz w:val="28"/>
          <w:szCs w:val="28"/>
          <w:lang w:eastAsia="zh-CN"/>
        </w:rPr>
        <w:t>、</w:t>
      </w:r>
      <w:r w:rsidRPr="00627F0F">
        <w:rPr>
          <w:rFonts w:eastAsia="宋体"/>
          <w:b/>
          <w:bCs/>
          <w:sz w:val="28"/>
          <w:szCs w:val="28"/>
          <w:lang w:eastAsia="zh-CN"/>
        </w:rPr>
        <w:t>踝关节</w:t>
      </w:r>
      <w:r w:rsidR="00627F0F" w:rsidRPr="00627F0F">
        <w:rPr>
          <w:rFonts w:eastAsia="宋体" w:hint="eastAsia"/>
          <w:b/>
          <w:bCs/>
          <w:sz w:val="28"/>
          <w:szCs w:val="28"/>
          <w:lang w:eastAsia="zh-CN"/>
        </w:rPr>
        <w:t>、</w:t>
      </w:r>
      <w:r w:rsidRPr="00627F0F">
        <w:rPr>
          <w:rFonts w:eastAsia="宋体"/>
          <w:b/>
          <w:bCs/>
          <w:sz w:val="28"/>
          <w:szCs w:val="28"/>
          <w:lang w:eastAsia="zh-CN"/>
        </w:rPr>
        <w:t>脚</w:t>
      </w:r>
      <w:r w:rsidR="002161D8" w:rsidRPr="00627F0F">
        <w:rPr>
          <w:rFonts w:eastAsia="宋体" w:hint="eastAsia"/>
          <w:b/>
          <w:bCs/>
          <w:sz w:val="28"/>
          <w:szCs w:val="28"/>
          <w:lang w:eastAsia="zh-CN"/>
        </w:rPr>
        <w:t>，</w:t>
      </w:r>
      <w:r w:rsidRPr="00627F0F">
        <w:rPr>
          <w:rFonts w:eastAsia="宋体"/>
          <w:b/>
          <w:bCs/>
          <w:sz w:val="28"/>
          <w:szCs w:val="28"/>
          <w:lang w:eastAsia="zh-CN"/>
        </w:rPr>
        <w:t>方方面面都不行，不可能腿脚很灵活，就那</w:t>
      </w:r>
      <w:r w:rsidR="000124D8" w:rsidRPr="00627F0F">
        <w:rPr>
          <w:rFonts w:eastAsia="宋体" w:hint="eastAsia"/>
          <w:b/>
          <w:bCs/>
          <w:sz w:val="28"/>
          <w:szCs w:val="28"/>
          <w:lang w:eastAsia="zh-CN"/>
        </w:rPr>
        <w:t>儿是</w:t>
      </w:r>
      <w:r w:rsidRPr="00627F0F">
        <w:rPr>
          <w:rFonts w:eastAsia="宋体"/>
          <w:b/>
          <w:bCs/>
          <w:sz w:val="28"/>
          <w:szCs w:val="28"/>
          <w:lang w:eastAsia="zh-CN"/>
        </w:rPr>
        <w:t>不行</w:t>
      </w:r>
      <w:r w:rsidR="000124D8" w:rsidRPr="00627F0F">
        <w:rPr>
          <w:rFonts w:eastAsia="宋体" w:hint="eastAsia"/>
          <w:b/>
          <w:bCs/>
          <w:sz w:val="28"/>
          <w:szCs w:val="28"/>
          <w:lang w:eastAsia="zh-CN"/>
        </w:rPr>
        <w:t>的。</w:t>
      </w:r>
      <w:r w:rsidRPr="00627F0F">
        <w:rPr>
          <w:rFonts w:eastAsia="宋体"/>
          <w:b/>
          <w:bCs/>
          <w:sz w:val="28"/>
          <w:szCs w:val="28"/>
          <w:lang w:eastAsia="zh-CN"/>
        </w:rPr>
        <w:t>这就是</w:t>
      </w:r>
      <w:r w:rsidR="00D115BE">
        <w:rPr>
          <w:rFonts w:eastAsia="宋体" w:hint="eastAsia"/>
          <w:b/>
          <w:bCs/>
          <w:sz w:val="28"/>
          <w:szCs w:val="28"/>
          <w:lang w:eastAsia="zh-CN"/>
        </w:rPr>
        <w:t>《</w:t>
      </w:r>
      <w:r w:rsidRPr="00627F0F">
        <w:rPr>
          <w:rFonts w:eastAsia="宋体"/>
          <w:b/>
          <w:bCs/>
          <w:sz w:val="28"/>
          <w:szCs w:val="28"/>
          <w:lang w:eastAsia="zh-CN"/>
        </w:rPr>
        <w:t>周易</w:t>
      </w:r>
      <w:r w:rsidR="00D115BE">
        <w:rPr>
          <w:rFonts w:eastAsia="宋体" w:hint="eastAsia"/>
          <w:b/>
          <w:bCs/>
          <w:sz w:val="28"/>
          <w:szCs w:val="28"/>
          <w:lang w:eastAsia="zh-CN"/>
        </w:rPr>
        <w:t>》</w:t>
      </w:r>
      <w:proofErr w:type="gramStart"/>
      <w:r w:rsidRPr="00627F0F">
        <w:rPr>
          <w:rFonts w:eastAsia="宋体"/>
          <w:b/>
          <w:bCs/>
          <w:sz w:val="28"/>
          <w:szCs w:val="28"/>
          <w:lang w:eastAsia="zh-CN"/>
        </w:rPr>
        <w:t>八八六十四卦</w:t>
      </w:r>
      <w:proofErr w:type="gramEnd"/>
      <w:r w:rsidRPr="00627F0F">
        <w:rPr>
          <w:rFonts w:eastAsia="宋体"/>
          <w:b/>
          <w:bCs/>
          <w:sz w:val="28"/>
          <w:szCs w:val="28"/>
          <w:lang w:eastAsia="zh-CN"/>
        </w:rPr>
        <w:t>当中的一卦</w:t>
      </w:r>
      <w:r w:rsidR="00D212FE" w:rsidRPr="00627F0F">
        <w:rPr>
          <w:rFonts w:eastAsia="宋体" w:hint="eastAsia"/>
          <w:b/>
          <w:bCs/>
          <w:sz w:val="28"/>
          <w:szCs w:val="28"/>
          <w:lang w:eastAsia="zh-CN"/>
        </w:rPr>
        <w:t>，</w:t>
      </w:r>
      <w:proofErr w:type="gramStart"/>
      <w:r w:rsidRPr="00627F0F">
        <w:rPr>
          <w:rFonts w:eastAsia="宋体"/>
          <w:b/>
          <w:bCs/>
          <w:sz w:val="28"/>
          <w:szCs w:val="28"/>
          <w:lang w:eastAsia="zh-CN"/>
        </w:rPr>
        <w:t>叫渐</w:t>
      </w:r>
      <w:r w:rsidR="00D212FE" w:rsidRPr="00627F0F">
        <w:rPr>
          <w:rFonts w:eastAsia="宋体" w:hint="eastAsia"/>
          <w:b/>
          <w:bCs/>
          <w:sz w:val="28"/>
          <w:szCs w:val="28"/>
          <w:lang w:eastAsia="zh-CN"/>
        </w:rPr>
        <w:t>卦</w:t>
      </w:r>
      <w:proofErr w:type="gramEnd"/>
      <w:r w:rsidR="00D212FE" w:rsidRPr="00627F0F">
        <w:rPr>
          <w:rFonts w:eastAsia="宋体" w:hint="eastAsia"/>
          <w:b/>
          <w:bCs/>
          <w:sz w:val="28"/>
          <w:szCs w:val="28"/>
          <w:lang w:eastAsia="zh-CN"/>
        </w:rPr>
        <w:t>，</w:t>
      </w:r>
      <w:r w:rsidR="00D65DC0" w:rsidRPr="00627F0F">
        <w:rPr>
          <w:rFonts w:eastAsia="宋体" w:hint="eastAsia"/>
          <w:b/>
          <w:bCs/>
          <w:sz w:val="28"/>
          <w:szCs w:val="28"/>
          <w:lang w:eastAsia="zh-CN"/>
        </w:rPr>
        <w:t>风</w:t>
      </w:r>
      <w:r w:rsidRPr="00627F0F">
        <w:rPr>
          <w:rFonts w:eastAsia="宋体"/>
          <w:b/>
          <w:bCs/>
          <w:sz w:val="28"/>
          <w:szCs w:val="28"/>
          <w:lang w:eastAsia="zh-CN"/>
        </w:rPr>
        <w:t>山</w:t>
      </w:r>
      <w:r w:rsidR="00D212FE" w:rsidRPr="00627F0F">
        <w:rPr>
          <w:rFonts w:eastAsia="宋体" w:hint="eastAsia"/>
          <w:b/>
          <w:bCs/>
          <w:sz w:val="28"/>
          <w:szCs w:val="28"/>
          <w:lang w:eastAsia="zh-CN"/>
        </w:rPr>
        <w:t>渐，</w:t>
      </w:r>
      <w:proofErr w:type="gramStart"/>
      <w:r w:rsidRPr="00627F0F">
        <w:rPr>
          <w:rFonts w:eastAsia="宋体"/>
          <w:b/>
          <w:bCs/>
          <w:sz w:val="28"/>
          <w:szCs w:val="28"/>
          <w:lang w:eastAsia="zh-CN"/>
        </w:rPr>
        <w:t>艮</w:t>
      </w:r>
      <w:proofErr w:type="gramEnd"/>
      <w:r w:rsidRPr="00627F0F">
        <w:rPr>
          <w:rFonts w:eastAsia="宋体"/>
          <w:b/>
          <w:bCs/>
          <w:sz w:val="28"/>
          <w:szCs w:val="28"/>
          <w:lang w:eastAsia="zh-CN"/>
        </w:rPr>
        <w:t>下</w:t>
      </w:r>
      <w:proofErr w:type="gramStart"/>
      <w:r w:rsidRPr="00627F0F">
        <w:rPr>
          <w:rFonts w:eastAsia="宋体"/>
          <w:b/>
          <w:bCs/>
          <w:sz w:val="28"/>
          <w:szCs w:val="28"/>
          <w:lang w:eastAsia="zh-CN"/>
        </w:rPr>
        <w:t>巽</w:t>
      </w:r>
      <w:proofErr w:type="gramEnd"/>
      <w:r w:rsidRPr="00627F0F">
        <w:rPr>
          <w:rFonts w:eastAsia="宋体"/>
          <w:b/>
          <w:bCs/>
          <w:sz w:val="28"/>
          <w:szCs w:val="28"/>
          <w:lang w:eastAsia="zh-CN"/>
        </w:rPr>
        <w:t>上</w:t>
      </w:r>
      <w:r w:rsidR="00D212FE" w:rsidRPr="00627F0F">
        <w:rPr>
          <w:rFonts w:eastAsia="宋体" w:hint="eastAsia"/>
          <w:b/>
          <w:bCs/>
          <w:sz w:val="28"/>
          <w:szCs w:val="28"/>
          <w:lang w:eastAsia="zh-CN"/>
        </w:rPr>
        <w:t>，</w:t>
      </w:r>
      <w:r w:rsidR="00D115BE">
        <w:rPr>
          <w:rFonts w:eastAsia="宋体" w:hint="eastAsia"/>
          <w:b/>
          <w:bCs/>
          <w:sz w:val="28"/>
          <w:szCs w:val="28"/>
          <w:lang w:eastAsia="zh-CN"/>
        </w:rPr>
        <w:t>鸿渐于干，</w:t>
      </w:r>
      <w:r w:rsidR="00AE7652" w:rsidRPr="00627F0F">
        <w:rPr>
          <w:rFonts w:eastAsia="宋体"/>
          <w:b/>
          <w:bCs/>
          <w:sz w:val="28"/>
          <w:szCs w:val="28"/>
          <w:lang w:eastAsia="zh-CN"/>
        </w:rPr>
        <w:t>鸿渐于磐</w:t>
      </w:r>
      <w:r w:rsidR="00AE7652" w:rsidRPr="00627F0F">
        <w:rPr>
          <w:rFonts w:eastAsia="宋体" w:hint="eastAsia"/>
          <w:b/>
          <w:bCs/>
          <w:sz w:val="28"/>
          <w:szCs w:val="28"/>
          <w:lang w:eastAsia="zh-CN"/>
        </w:rPr>
        <w:t>，</w:t>
      </w:r>
      <w:r w:rsidR="00AE7652" w:rsidRPr="00627F0F">
        <w:rPr>
          <w:rFonts w:eastAsia="宋体"/>
          <w:b/>
          <w:bCs/>
          <w:sz w:val="28"/>
          <w:szCs w:val="28"/>
          <w:lang w:eastAsia="zh-CN"/>
        </w:rPr>
        <w:t>鸿渐</w:t>
      </w:r>
      <w:r w:rsidR="00D115BE">
        <w:rPr>
          <w:rFonts w:eastAsia="宋体" w:hint="eastAsia"/>
          <w:b/>
          <w:bCs/>
          <w:sz w:val="28"/>
          <w:szCs w:val="28"/>
          <w:lang w:eastAsia="zh-CN"/>
        </w:rPr>
        <w:t>于陆</w:t>
      </w:r>
      <w:r w:rsidR="00AE7652" w:rsidRPr="00627F0F">
        <w:rPr>
          <w:rFonts w:eastAsia="宋体"/>
          <w:b/>
          <w:bCs/>
          <w:sz w:val="28"/>
          <w:szCs w:val="28"/>
          <w:lang w:eastAsia="zh-CN"/>
        </w:rPr>
        <w:t>，鸿渐</w:t>
      </w:r>
      <w:r w:rsidR="00D115BE">
        <w:rPr>
          <w:rFonts w:eastAsia="宋体" w:hint="eastAsia"/>
          <w:b/>
          <w:bCs/>
          <w:sz w:val="28"/>
          <w:szCs w:val="28"/>
          <w:lang w:eastAsia="zh-CN"/>
        </w:rPr>
        <w:t>于木</w:t>
      </w:r>
      <w:r w:rsidRPr="00627F0F">
        <w:rPr>
          <w:rFonts w:eastAsia="宋体"/>
          <w:b/>
          <w:bCs/>
          <w:sz w:val="28"/>
          <w:szCs w:val="28"/>
          <w:lang w:eastAsia="zh-CN"/>
        </w:rPr>
        <w:t>，</w:t>
      </w:r>
      <w:r w:rsidR="00D115BE">
        <w:rPr>
          <w:rFonts w:eastAsia="宋体" w:hint="eastAsia"/>
          <w:b/>
          <w:bCs/>
          <w:sz w:val="28"/>
          <w:szCs w:val="28"/>
          <w:lang w:eastAsia="zh-CN"/>
        </w:rPr>
        <w:t>鸿渐于陵，</w:t>
      </w:r>
      <w:r w:rsidRPr="00627F0F">
        <w:rPr>
          <w:rFonts w:eastAsia="宋体"/>
          <w:b/>
          <w:bCs/>
          <w:sz w:val="28"/>
          <w:szCs w:val="28"/>
          <w:lang w:eastAsia="zh-CN"/>
        </w:rPr>
        <w:t>所由来者渐</w:t>
      </w:r>
      <w:r w:rsidR="00AE7652" w:rsidRPr="00627F0F">
        <w:rPr>
          <w:rFonts w:eastAsia="宋体" w:hint="eastAsia"/>
          <w:b/>
          <w:bCs/>
          <w:sz w:val="28"/>
          <w:szCs w:val="28"/>
          <w:lang w:eastAsia="zh-CN"/>
        </w:rPr>
        <w:t>矣。</w:t>
      </w:r>
    </w:p>
    <w:p w14:paraId="589BD155" w14:textId="77777777" w:rsidR="00627F0F" w:rsidRPr="00627F0F" w:rsidRDefault="00000000" w:rsidP="00A3569A">
      <w:pPr>
        <w:widowControl w:val="0"/>
        <w:adjustRightInd w:val="0"/>
        <w:snapToGrid w:val="0"/>
        <w:spacing w:after="0" w:line="360" w:lineRule="auto"/>
        <w:ind w:firstLineChars="200" w:firstLine="562"/>
        <w:rPr>
          <w:rFonts w:eastAsia="宋体"/>
          <w:b/>
          <w:bCs/>
          <w:sz w:val="28"/>
          <w:szCs w:val="28"/>
          <w:lang w:eastAsia="zh-CN"/>
        </w:rPr>
      </w:pPr>
      <w:r w:rsidRPr="00627F0F">
        <w:rPr>
          <w:rFonts w:eastAsia="宋体"/>
          <w:b/>
          <w:bCs/>
          <w:sz w:val="28"/>
          <w:szCs w:val="28"/>
          <w:lang w:eastAsia="zh-CN"/>
        </w:rPr>
        <w:t>什么事情，不管好事</w:t>
      </w:r>
      <w:r w:rsidR="00627F0F" w:rsidRPr="00627F0F">
        <w:rPr>
          <w:rFonts w:eastAsia="宋体" w:hint="eastAsia"/>
          <w:b/>
          <w:bCs/>
          <w:sz w:val="28"/>
          <w:szCs w:val="28"/>
          <w:lang w:eastAsia="zh-CN"/>
        </w:rPr>
        <w:t>、</w:t>
      </w:r>
      <w:r w:rsidRPr="00627F0F">
        <w:rPr>
          <w:rFonts w:eastAsia="宋体"/>
          <w:b/>
          <w:bCs/>
          <w:sz w:val="28"/>
          <w:szCs w:val="28"/>
          <w:lang w:eastAsia="zh-CN"/>
        </w:rPr>
        <w:t>坏事都慢慢的发展过来的。当你已经</w:t>
      </w:r>
      <w:r w:rsidR="006F4468" w:rsidRPr="00627F0F">
        <w:rPr>
          <w:rFonts w:eastAsia="宋体" w:hint="eastAsia"/>
          <w:b/>
          <w:bCs/>
          <w:sz w:val="28"/>
          <w:szCs w:val="28"/>
          <w:lang w:eastAsia="zh-CN"/>
        </w:rPr>
        <w:t>侵害</w:t>
      </w:r>
      <w:r w:rsidRPr="00627F0F">
        <w:rPr>
          <w:rFonts w:eastAsia="宋体"/>
          <w:b/>
          <w:bCs/>
          <w:sz w:val="28"/>
          <w:szCs w:val="28"/>
          <w:lang w:eastAsia="zh-CN"/>
        </w:rPr>
        <w:t>到核心的时候，这个事儿从内到外，从上到下</w:t>
      </w:r>
      <w:r w:rsidR="006F4468" w:rsidRPr="00627F0F">
        <w:rPr>
          <w:rFonts w:eastAsia="宋体" w:hint="eastAsia"/>
          <w:b/>
          <w:bCs/>
          <w:sz w:val="28"/>
          <w:szCs w:val="28"/>
          <w:lang w:eastAsia="zh-CN"/>
        </w:rPr>
        <w:t>，</w:t>
      </w:r>
      <w:r w:rsidRPr="00627F0F">
        <w:rPr>
          <w:rFonts w:eastAsia="宋体"/>
          <w:b/>
          <w:bCs/>
          <w:sz w:val="28"/>
          <w:szCs w:val="28"/>
          <w:lang w:eastAsia="zh-CN"/>
        </w:rPr>
        <w:t>已经木已成舟了</w:t>
      </w:r>
      <w:r w:rsidR="006F4468" w:rsidRPr="00627F0F">
        <w:rPr>
          <w:rFonts w:eastAsia="宋体" w:hint="eastAsia"/>
          <w:b/>
          <w:bCs/>
          <w:sz w:val="28"/>
          <w:szCs w:val="28"/>
          <w:lang w:eastAsia="zh-CN"/>
        </w:rPr>
        <w:t>。</w:t>
      </w:r>
      <w:proofErr w:type="gramStart"/>
      <w:r w:rsidRPr="00627F0F">
        <w:rPr>
          <w:rFonts w:eastAsia="宋体"/>
          <w:b/>
          <w:bCs/>
          <w:sz w:val="28"/>
          <w:szCs w:val="28"/>
          <w:lang w:eastAsia="zh-CN"/>
        </w:rPr>
        <w:t>凡是做颈腰椎</w:t>
      </w:r>
      <w:proofErr w:type="gramEnd"/>
      <w:r w:rsidRPr="00627F0F">
        <w:rPr>
          <w:rFonts w:eastAsia="宋体"/>
          <w:b/>
          <w:bCs/>
          <w:sz w:val="28"/>
          <w:szCs w:val="28"/>
          <w:lang w:eastAsia="zh-CN"/>
        </w:rPr>
        <w:t>手术的，几乎没有一例好的，你要敢动脊柱的话，往里面打钉子封水泥，那个地方就失活了，就不能活动了</w:t>
      </w:r>
      <w:r w:rsidR="008B10FA" w:rsidRPr="00627F0F">
        <w:rPr>
          <w:rFonts w:eastAsia="宋体" w:hint="eastAsia"/>
          <w:b/>
          <w:bCs/>
          <w:sz w:val="28"/>
          <w:szCs w:val="28"/>
          <w:lang w:eastAsia="zh-CN"/>
        </w:rPr>
        <w:t>，</w:t>
      </w:r>
      <w:r w:rsidRPr="00627F0F">
        <w:rPr>
          <w:rFonts w:eastAsia="宋体"/>
          <w:b/>
          <w:bCs/>
          <w:sz w:val="28"/>
          <w:szCs w:val="28"/>
          <w:lang w:eastAsia="zh-CN"/>
        </w:rPr>
        <w:t>虽然给你解决那</w:t>
      </w:r>
      <w:r w:rsidR="008B10FA" w:rsidRPr="00627F0F">
        <w:rPr>
          <w:rFonts w:eastAsia="宋体" w:hint="eastAsia"/>
          <w:b/>
          <w:bCs/>
          <w:sz w:val="28"/>
          <w:szCs w:val="28"/>
          <w:lang w:eastAsia="zh-CN"/>
        </w:rPr>
        <w:t>地方</w:t>
      </w:r>
      <w:r w:rsidRPr="00627F0F">
        <w:rPr>
          <w:rFonts w:eastAsia="宋体"/>
          <w:b/>
          <w:bCs/>
          <w:sz w:val="28"/>
          <w:szCs w:val="28"/>
          <w:lang w:eastAsia="zh-CN"/>
        </w:rPr>
        <w:t>压迫的问题，但他不能动</w:t>
      </w:r>
      <w:r w:rsidR="008B10FA" w:rsidRPr="00627F0F">
        <w:rPr>
          <w:rFonts w:eastAsia="宋体" w:hint="eastAsia"/>
          <w:b/>
          <w:bCs/>
          <w:sz w:val="28"/>
          <w:szCs w:val="28"/>
          <w:lang w:eastAsia="zh-CN"/>
        </w:rPr>
        <w:t>了</w:t>
      </w:r>
      <w:r w:rsidRPr="00627F0F">
        <w:rPr>
          <w:rFonts w:eastAsia="宋体"/>
          <w:b/>
          <w:bCs/>
          <w:sz w:val="28"/>
          <w:szCs w:val="28"/>
          <w:lang w:eastAsia="zh-CN"/>
        </w:rPr>
        <w:t>。</w:t>
      </w:r>
    </w:p>
    <w:p w14:paraId="0FF2B5A2" w14:textId="77777777" w:rsidR="00F91414" w:rsidRPr="00F91414" w:rsidRDefault="00000000" w:rsidP="00A3569A">
      <w:pPr>
        <w:widowControl w:val="0"/>
        <w:adjustRightInd w:val="0"/>
        <w:snapToGrid w:val="0"/>
        <w:spacing w:after="0" w:line="360" w:lineRule="auto"/>
        <w:ind w:firstLineChars="200" w:firstLine="562"/>
        <w:rPr>
          <w:rFonts w:eastAsia="宋体"/>
          <w:b/>
          <w:bCs/>
          <w:sz w:val="28"/>
          <w:szCs w:val="28"/>
          <w:lang w:eastAsia="zh-CN"/>
        </w:rPr>
      </w:pPr>
      <w:r w:rsidRPr="00F91414">
        <w:rPr>
          <w:rFonts w:eastAsia="宋体"/>
          <w:b/>
          <w:bCs/>
          <w:sz w:val="28"/>
          <w:szCs w:val="28"/>
          <w:lang w:eastAsia="zh-CN"/>
        </w:rPr>
        <w:t>其实原先就是因为那个地方被严重锈死之后，产生压迫</w:t>
      </w:r>
      <w:r w:rsidR="008B10FA" w:rsidRPr="00F91414">
        <w:rPr>
          <w:rFonts w:eastAsia="宋体" w:hint="eastAsia"/>
          <w:b/>
          <w:bCs/>
          <w:sz w:val="28"/>
          <w:szCs w:val="28"/>
          <w:lang w:eastAsia="zh-CN"/>
        </w:rPr>
        <w:t>，原先</w:t>
      </w:r>
      <w:r w:rsidRPr="00F91414">
        <w:rPr>
          <w:rFonts w:eastAsia="宋体"/>
          <w:b/>
          <w:bCs/>
          <w:sz w:val="28"/>
          <w:szCs w:val="28"/>
          <w:lang w:eastAsia="zh-CN"/>
        </w:rPr>
        <w:t>还能稍微动一动</w:t>
      </w:r>
      <w:r w:rsidR="008B10FA" w:rsidRPr="00F91414">
        <w:rPr>
          <w:rFonts w:eastAsia="宋体" w:hint="eastAsia"/>
          <w:b/>
          <w:bCs/>
          <w:sz w:val="28"/>
          <w:szCs w:val="28"/>
          <w:lang w:eastAsia="zh-CN"/>
        </w:rPr>
        <w:t>，</w:t>
      </w:r>
      <w:r w:rsidRPr="00F91414">
        <w:rPr>
          <w:rFonts w:eastAsia="宋体"/>
          <w:b/>
          <w:bCs/>
          <w:sz w:val="28"/>
          <w:szCs w:val="28"/>
          <w:lang w:eastAsia="zh-CN"/>
        </w:rPr>
        <w:t>做完颈椎手术之后，你的脖子就只能这样</w:t>
      </w:r>
      <w:r w:rsidR="008B10FA" w:rsidRPr="00F91414">
        <w:rPr>
          <w:rFonts w:eastAsia="宋体" w:hint="eastAsia"/>
          <w:b/>
          <w:bCs/>
          <w:sz w:val="28"/>
          <w:szCs w:val="28"/>
          <w:lang w:eastAsia="zh-CN"/>
        </w:rPr>
        <w:t>，</w:t>
      </w:r>
      <w:r w:rsidRPr="00F91414">
        <w:rPr>
          <w:rFonts w:eastAsia="宋体"/>
          <w:b/>
          <w:bCs/>
          <w:sz w:val="28"/>
          <w:szCs w:val="28"/>
          <w:lang w:eastAsia="zh-CN"/>
        </w:rPr>
        <w:t>腰椎也是</w:t>
      </w:r>
      <w:r w:rsidR="008B10FA" w:rsidRPr="00F91414">
        <w:rPr>
          <w:rFonts w:eastAsia="宋体" w:hint="eastAsia"/>
          <w:b/>
          <w:bCs/>
          <w:sz w:val="28"/>
          <w:szCs w:val="28"/>
          <w:lang w:eastAsia="zh-CN"/>
        </w:rPr>
        <w:t>，</w:t>
      </w:r>
      <w:r w:rsidRPr="00F91414">
        <w:rPr>
          <w:rFonts w:eastAsia="宋体"/>
          <w:b/>
          <w:bCs/>
          <w:sz w:val="28"/>
          <w:szCs w:val="28"/>
          <w:lang w:eastAsia="zh-CN"/>
        </w:rPr>
        <w:t>胸椎还是</w:t>
      </w:r>
      <w:r w:rsidR="008B10FA" w:rsidRPr="00F91414">
        <w:rPr>
          <w:rFonts w:eastAsia="宋体" w:hint="eastAsia"/>
          <w:b/>
          <w:bCs/>
          <w:sz w:val="28"/>
          <w:szCs w:val="28"/>
          <w:lang w:eastAsia="zh-CN"/>
        </w:rPr>
        <w:t>。</w:t>
      </w:r>
      <w:r w:rsidRPr="00F91414">
        <w:rPr>
          <w:rFonts w:eastAsia="宋体"/>
          <w:b/>
          <w:bCs/>
          <w:sz w:val="28"/>
          <w:szCs w:val="28"/>
          <w:lang w:eastAsia="zh-CN"/>
        </w:rPr>
        <w:t>所以</w:t>
      </w:r>
      <w:r w:rsidR="00D619D8" w:rsidRPr="00F91414">
        <w:rPr>
          <w:rFonts w:eastAsia="宋体" w:hint="eastAsia"/>
          <w:b/>
          <w:bCs/>
          <w:sz w:val="28"/>
          <w:szCs w:val="28"/>
          <w:lang w:eastAsia="zh-CN"/>
        </w:rPr>
        <w:t>得明</w:t>
      </w:r>
      <w:r w:rsidRPr="00F91414">
        <w:rPr>
          <w:rFonts w:eastAsia="宋体"/>
          <w:b/>
          <w:bCs/>
          <w:sz w:val="28"/>
          <w:szCs w:val="28"/>
          <w:lang w:eastAsia="zh-CN"/>
        </w:rPr>
        <w:t>健身发明了正确的解困办法，解决你们深层次的办法是什么？</w:t>
      </w:r>
      <w:r w:rsidR="00D619D8" w:rsidRPr="00F91414">
        <w:rPr>
          <w:rFonts w:eastAsia="宋体" w:hint="eastAsia"/>
          <w:b/>
          <w:bCs/>
          <w:sz w:val="28"/>
          <w:szCs w:val="28"/>
          <w:lang w:eastAsia="zh-CN"/>
        </w:rPr>
        <w:t>三个由</w:t>
      </w:r>
      <w:r w:rsidR="0002727A" w:rsidRPr="00F91414">
        <w:rPr>
          <w:rFonts w:eastAsia="宋体" w:hint="eastAsia"/>
          <w:b/>
          <w:bCs/>
          <w:sz w:val="28"/>
          <w:szCs w:val="28"/>
          <w:lang w:eastAsia="zh-CN"/>
        </w:rPr>
        <w:t>，</w:t>
      </w:r>
      <w:r w:rsidRPr="00F91414">
        <w:rPr>
          <w:rFonts w:eastAsia="宋体"/>
          <w:b/>
          <w:bCs/>
          <w:sz w:val="28"/>
          <w:szCs w:val="28"/>
          <w:lang w:eastAsia="zh-CN"/>
        </w:rPr>
        <w:t>一定是由浅入深，由外到内</w:t>
      </w:r>
      <w:r w:rsidR="0002727A" w:rsidRPr="00F91414">
        <w:rPr>
          <w:rFonts w:eastAsia="宋体" w:hint="eastAsia"/>
          <w:b/>
          <w:bCs/>
          <w:sz w:val="28"/>
          <w:szCs w:val="28"/>
          <w:lang w:eastAsia="zh-CN"/>
        </w:rPr>
        <w:t>，</w:t>
      </w:r>
      <w:r w:rsidRPr="00F91414">
        <w:rPr>
          <w:rFonts w:eastAsia="宋体"/>
          <w:b/>
          <w:bCs/>
          <w:sz w:val="28"/>
          <w:szCs w:val="28"/>
          <w:lang w:eastAsia="zh-CN"/>
        </w:rPr>
        <w:t>由两周及中间</w:t>
      </w:r>
      <w:r w:rsidR="0002727A" w:rsidRPr="00F91414">
        <w:rPr>
          <w:rFonts w:eastAsia="宋体" w:hint="eastAsia"/>
          <w:b/>
          <w:bCs/>
          <w:sz w:val="28"/>
          <w:szCs w:val="28"/>
          <w:lang w:eastAsia="zh-CN"/>
        </w:rPr>
        <w:t>，由</w:t>
      </w:r>
      <w:r w:rsidRPr="00F91414">
        <w:rPr>
          <w:rFonts w:eastAsia="宋体"/>
          <w:b/>
          <w:bCs/>
          <w:sz w:val="28"/>
          <w:szCs w:val="28"/>
          <w:lang w:eastAsia="zh-CN"/>
        </w:rPr>
        <w:t>末梢由四肢及躯干</w:t>
      </w:r>
      <w:r w:rsidR="00EA7FAE" w:rsidRPr="00F91414">
        <w:rPr>
          <w:rFonts w:eastAsia="宋体" w:hint="eastAsia"/>
          <w:b/>
          <w:bCs/>
          <w:sz w:val="28"/>
          <w:szCs w:val="28"/>
          <w:lang w:eastAsia="zh-CN"/>
        </w:rPr>
        <w:t>，</w:t>
      </w:r>
      <w:r w:rsidRPr="00F91414">
        <w:rPr>
          <w:rFonts w:eastAsia="宋体"/>
          <w:b/>
          <w:bCs/>
          <w:sz w:val="28"/>
          <w:szCs w:val="28"/>
          <w:lang w:eastAsia="zh-CN"/>
        </w:rPr>
        <w:t>渐次的解决你由来已久的问题</w:t>
      </w:r>
      <w:r w:rsidR="00EA7FAE" w:rsidRPr="00F91414">
        <w:rPr>
          <w:rFonts w:eastAsia="宋体" w:hint="eastAsia"/>
          <w:b/>
          <w:bCs/>
          <w:sz w:val="28"/>
          <w:szCs w:val="28"/>
          <w:lang w:eastAsia="zh-CN"/>
        </w:rPr>
        <w:t>。</w:t>
      </w:r>
    </w:p>
    <w:p w14:paraId="64C18748" w14:textId="77777777" w:rsidR="0082664C" w:rsidRPr="0082664C" w:rsidRDefault="00000000" w:rsidP="00A3569A">
      <w:pPr>
        <w:widowControl w:val="0"/>
        <w:adjustRightInd w:val="0"/>
        <w:snapToGrid w:val="0"/>
        <w:spacing w:after="0" w:line="360" w:lineRule="auto"/>
        <w:ind w:firstLineChars="200" w:firstLine="562"/>
        <w:rPr>
          <w:rFonts w:eastAsia="宋体"/>
          <w:b/>
          <w:bCs/>
          <w:sz w:val="28"/>
          <w:szCs w:val="28"/>
          <w:lang w:eastAsia="zh-CN"/>
        </w:rPr>
      </w:pPr>
      <w:r w:rsidRPr="0082664C">
        <w:rPr>
          <w:rFonts w:eastAsia="宋体"/>
          <w:b/>
          <w:bCs/>
          <w:sz w:val="28"/>
          <w:szCs w:val="28"/>
          <w:lang w:eastAsia="zh-CN"/>
        </w:rPr>
        <w:t>做事儿从易到难，从简到繁</w:t>
      </w:r>
      <w:r w:rsidR="009C2781" w:rsidRPr="0082664C">
        <w:rPr>
          <w:rFonts w:eastAsia="宋体" w:hint="eastAsia"/>
          <w:b/>
          <w:bCs/>
          <w:sz w:val="28"/>
          <w:szCs w:val="28"/>
          <w:lang w:eastAsia="zh-CN"/>
        </w:rPr>
        <w:t>，</w:t>
      </w:r>
      <w:r w:rsidRPr="0082664C">
        <w:rPr>
          <w:rFonts w:eastAsia="宋体"/>
          <w:b/>
          <w:bCs/>
          <w:sz w:val="28"/>
          <w:szCs w:val="28"/>
          <w:lang w:eastAsia="zh-CN"/>
        </w:rPr>
        <w:t>层层递进，锲而不舍</w:t>
      </w:r>
      <w:r w:rsidR="009C2781" w:rsidRPr="0082664C">
        <w:rPr>
          <w:rFonts w:eastAsia="宋体" w:hint="eastAsia"/>
          <w:b/>
          <w:bCs/>
          <w:sz w:val="28"/>
          <w:szCs w:val="28"/>
          <w:lang w:eastAsia="zh-CN"/>
        </w:rPr>
        <w:t>，</w:t>
      </w:r>
      <w:r w:rsidRPr="0082664C">
        <w:rPr>
          <w:rFonts w:eastAsia="宋体"/>
          <w:b/>
          <w:bCs/>
          <w:sz w:val="28"/>
          <w:szCs w:val="28"/>
          <w:lang w:eastAsia="zh-CN"/>
        </w:rPr>
        <w:t>少量多次</w:t>
      </w:r>
      <w:r w:rsidR="009C2781" w:rsidRPr="0082664C">
        <w:rPr>
          <w:rFonts w:eastAsia="宋体" w:hint="eastAsia"/>
          <w:b/>
          <w:bCs/>
          <w:sz w:val="28"/>
          <w:szCs w:val="28"/>
          <w:lang w:eastAsia="zh-CN"/>
        </w:rPr>
        <w:t>，</w:t>
      </w:r>
      <w:r w:rsidRPr="0082664C">
        <w:rPr>
          <w:rFonts w:eastAsia="宋体"/>
          <w:b/>
          <w:bCs/>
          <w:sz w:val="28"/>
          <w:szCs w:val="28"/>
          <w:lang w:eastAsia="zh-CN"/>
        </w:rPr>
        <w:t>循序渐进，你才能根本的最终触及你的核心，剥洋葱理论</w:t>
      </w:r>
      <w:r w:rsidR="003D1A3E" w:rsidRPr="0082664C">
        <w:rPr>
          <w:rFonts w:eastAsia="宋体" w:hint="eastAsia"/>
          <w:b/>
          <w:bCs/>
          <w:sz w:val="28"/>
          <w:szCs w:val="28"/>
          <w:lang w:eastAsia="zh-CN"/>
        </w:rPr>
        <w:t>，</w:t>
      </w:r>
      <w:r w:rsidRPr="0082664C">
        <w:rPr>
          <w:rFonts w:eastAsia="宋体"/>
          <w:b/>
          <w:bCs/>
          <w:sz w:val="28"/>
          <w:szCs w:val="28"/>
          <w:lang w:eastAsia="zh-CN"/>
        </w:rPr>
        <w:t>层层剥进</w:t>
      </w:r>
      <w:r w:rsidR="003D1A3E" w:rsidRPr="0082664C">
        <w:rPr>
          <w:rFonts w:eastAsia="宋体" w:hint="eastAsia"/>
          <w:b/>
          <w:bCs/>
          <w:sz w:val="28"/>
          <w:szCs w:val="28"/>
          <w:lang w:eastAsia="zh-CN"/>
        </w:rPr>
        <w:t>，</w:t>
      </w:r>
      <w:r w:rsidRPr="0082664C">
        <w:rPr>
          <w:rFonts w:eastAsia="宋体"/>
          <w:b/>
          <w:bCs/>
          <w:sz w:val="28"/>
          <w:szCs w:val="28"/>
          <w:lang w:eastAsia="zh-CN"/>
        </w:rPr>
        <w:t>而不是</w:t>
      </w:r>
      <w:r w:rsidR="000F1F99" w:rsidRPr="0082664C">
        <w:rPr>
          <w:rFonts w:eastAsia="宋体" w:hint="eastAsia"/>
          <w:b/>
          <w:bCs/>
          <w:sz w:val="28"/>
          <w:szCs w:val="28"/>
          <w:lang w:eastAsia="zh-CN"/>
        </w:rPr>
        <w:t>上来</w:t>
      </w:r>
      <w:r w:rsidRPr="0082664C">
        <w:rPr>
          <w:rFonts w:eastAsia="宋体"/>
          <w:b/>
          <w:bCs/>
          <w:sz w:val="28"/>
          <w:szCs w:val="28"/>
          <w:lang w:eastAsia="zh-CN"/>
        </w:rPr>
        <w:t>马上解决脊柱，让你马上解决你的骨头，马上解决你的腰底，马上解决你的心脏，</w:t>
      </w:r>
      <w:r w:rsidR="003D1A3E" w:rsidRPr="0082664C">
        <w:rPr>
          <w:rFonts w:eastAsia="宋体" w:hint="eastAsia"/>
          <w:b/>
          <w:bCs/>
          <w:sz w:val="28"/>
          <w:szCs w:val="28"/>
          <w:lang w:eastAsia="zh-CN"/>
        </w:rPr>
        <w:t>这个东西</w:t>
      </w:r>
      <w:r w:rsidRPr="0082664C">
        <w:rPr>
          <w:rFonts w:eastAsia="宋体"/>
          <w:b/>
          <w:bCs/>
          <w:sz w:val="28"/>
          <w:szCs w:val="28"/>
          <w:lang w:eastAsia="zh-CN"/>
        </w:rPr>
        <w:t>都带有极大的危险性</w:t>
      </w:r>
      <w:r w:rsidR="003D1A3E" w:rsidRPr="0082664C">
        <w:rPr>
          <w:rFonts w:eastAsia="宋体" w:hint="eastAsia"/>
          <w:b/>
          <w:bCs/>
          <w:sz w:val="28"/>
          <w:szCs w:val="28"/>
          <w:lang w:eastAsia="zh-CN"/>
        </w:rPr>
        <w:t>。</w:t>
      </w:r>
      <w:r w:rsidR="00332B59" w:rsidRPr="0082664C">
        <w:rPr>
          <w:rFonts w:eastAsia="宋体" w:hint="eastAsia"/>
          <w:b/>
          <w:bCs/>
          <w:sz w:val="28"/>
          <w:szCs w:val="28"/>
          <w:lang w:eastAsia="zh-CN"/>
        </w:rPr>
        <w:t>方法论，</w:t>
      </w:r>
      <w:r w:rsidRPr="0082664C">
        <w:rPr>
          <w:rFonts w:eastAsia="宋体"/>
          <w:b/>
          <w:bCs/>
          <w:sz w:val="28"/>
          <w:szCs w:val="28"/>
          <w:lang w:eastAsia="zh-CN"/>
        </w:rPr>
        <w:t>真正养生的哲学思考</w:t>
      </w:r>
      <w:r w:rsidR="00332B59" w:rsidRPr="0082664C">
        <w:rPr>
          <w:rFonts w:eastAsia="宋体" w:hint="eastAsia"/>
          <w:b/>
          <w:bCs/>
          <w:sz w:val="28"/>
          <w:szCs w:val="28"/>
          <w:lang w:eastAsia="zh-CN"/>
        </w:rPr>
        <w:t>。</w:t>
      </w:r>
      <w:r w:rsidRPr="0082664C">
        <w:rPr>
          <w:rFonts w:eastAsia="宋体"/>
          <w:b/>
          <w:bCs/>
          <w:sz w:val="28"/>
          <w:szCs w:val="28"/>
          <w:lang w:eastAsia="zh-CN"/>
        </w:rPr>
        <w:t>脊柱不行，</w:t>
      </w:r>
      <w:r w:rsidR="00332B59" w:rsidRPr="0082664C">
        <w:rPr>
          <w:rFonts w:eastAsia="宋体" w:hint="eastAsia"/>
          <w:b/>
          <w:bCs/>
          <w:sz w:val="28"/>
          <w:szCs w:val="28"/>
          <w:lang w:eastAsia="zh-CN"/>
        </w:rPr>
        <w:t>除非</w:t>
      </w:r>
      <w:r w:rsidRPr="0082664C">
        <w:rPr>
          <w:rFonts w:eastAsia="宋体"/>
          <w:b/>
          <w:bCs/>
          <w:sz w:val="28"/>
          <w:szCs w:val="28"/>
          <w:lang w:eastAsia="zh-CN"/>
        </w:rPr>
        <w:t>外伤，强直性脊柱炎</w:t>
      </w:r>
      <w:r w:rsidR="00332B59" w:rsidRPr="0082664C">
        <w:rPr>
          <w:rFonts w:eastAsia="宋体" w:hint="eastAsia"/>
          <w:b/>
          <w:bCs/>
          <w:sz w:val="28"/>
          <w:szCs w:val="28"/>
          <w:lang w:eastAsia="zh-CN"/>
        </w:rPr>
        <w:t>什么的，</w:t>
      </w:r>
      <w:r w:rsidRPr="0082664C">
        <w:rPr>
          <w:rFonts w:eastAsia="宋体"/>
          <w:b/>
          <w:bCs/>
          <w:sz w:val="28"/>
          <w:szCs w:val="28"/>
          <w:lang w:eastAsia="zh-CN"/>
        </w:rPr>
        <w:t>你会发现都是一点点的失活，这失活一定是从浅</w:t>
      </w:r>
      <w:r w:rsidR="00332B59" w:rsidRPr="0082664C">
        <w:rPr>
          <w:rFonts w:eastAsia="宋体" w:hint="eastAsia"/>
          <w:b/>
          <w:bCs/>
          <w:sz w:val="28"/>
          <w:szCs w:val="28"/>
          <w:lang w:eastAsia="zh-CN"/>
        </w:rPr>
        <w:t>及</w:t>
      </w:r>
      <w:r w:rsidRPr="0082664C">
        <w:rPr>
          <w:rFonts w:eastAsia="宋体"/>
          <w:b/>
          <w:bCs/>
          <w:sz w:val="28"/>
          <w:szCs w:val="28"/>
          <w:lang w:eastAsia="zh-CN"/>
        </w:rPr>
        <w:t>深</w:t>
      </w:r>
      <w:r w:rsidR="00332B59" w:rsidRPr="0082664C">
        <w:rPr>
          <w:rFonts w:eastAsia="宋体" w:hint="eastAsia"/>
          <w:b/>
          <w:bCs/>
          <w:sz w:val="28"/>
          <w:szCs w:val="28"/>
          <w:lang w:eastAsia="zh-CN"/>
        </w:rPr>
        <w:t>，</w:t>
      </w:r>
      <w:r w:rsidRPr="0082664C">
        <w:rPr>
          <w:rFonts w:eastAsia="宋体"/>
          <w:b/>
          <w:bCs/>
          <w:sz w:val="28"/>
          <w:szCs w:val="28"/>
          <w:lang w:eastAsia="zh-CN"/>
        </w:rPr>
        <w:t>由表及里</w:t>
      </w:r>
      <w:r w:rsidR="00332B59" w:rsidRPr="0082664C">
        <w:rPr>
          <w:rFonts w:eastAsia="宋体" w:hint="eastAsia"/>
          <w:b/>
          <w:bCs/>
          <w:sz w:val="28"/>
          <w:szCs w:val="28"/>
          <w:lang w:eastAsia="zh-CN"/>
        </w:rPr>
        <w:t>，</w:t>
      </w:r>
      <w:r w:rsidRPr="0082664C">
        <w:rPr>
          <w:rFonts w:eastAsia="宋体"/>
          <w:b/>
          <w:bCs/>
          <w:sz w:val="28"/>
          <w:szCs w:val="28"/>
          <w:lang w:eastAsia="zh-CN"/>
        </w:rPr>
        <w:t>由经脉及脏腑</w:t>
      </w:r>
      <w:r w:rsidR="00332B59" w:rsidRPr="0082664C">
        <w:rPr>
          <w:rFonts w:eastAsia="宋体" w:hint="eastAsia"/>
          <w:b/>
          <w:bCs/>
          <w:sz w:val="28"/>
          <w:szCs w:val="28"/>
          <w:lang w:eastAsia="zh-CN"/>
        </w:rPr>
        <w:t>。</w:t>
      </w:r>
    </w:p>
    <w:p w14:paraId="26B697D9" w14:textId="77777777" w:rsidR="007D402F" w:rsidRDefault="00000000" w:rsidP="00A3569A">
      <w:pPr>
        <w:widowControl w:val="0"/>
        <w:adjustRightInd w:val="0"/>
        <w:snapToGrid w:val="0"/>
        <w:spacing w:after="0" w:line="360" w:lineRule="auto"/>
        <w:ind w:firstLineChars="200" w:firstLine="562"/>
        <w:rPr>
          <w:rFonts w:eastAsia="宋体"/>
          <w:b/>
          <w:bCs/>
          <w:sz w:val="28"/>
          <w:szCs w:val="28"/>
          <w:lang w:eastAsia="zh-CN"/>
        </w:rPr>
      </w:pPr>
      <w:r w:rsidRPr="00965639">
        <w:rPr>
          <w:rFonts w:eastAsia="宋体"/>
          <w:b/>
          <w:bCs/>
          <w:sz w:val="28"/>
          <w:szCs w:val="28"/>
          <w:lang w:eastAsia="zh-CN"/>
        </w:rPr>
        <w:lastRenderedPageBreak/>
        <w:t>扁鹊见蔡桓公刚开始说，</w:t>
      </w:r>
      <w:r w:rsidR="00385002" w:rsidRPr="00965639">
        <w:rPr>
          <w:rFonts w:eastAsia="宋体" w:hint="eastAsia"/>
          <w:b/>
          <w:bCs/>
          <w:sz w:val="28"/>
          <w:szCs w:val="28"/>
          <w:lang w:eastAsia="zh-CN"/>
        </w:rPr>
        <w:t>“</w:t>
      </w:r>
      <w:r w:rsidR="00385002" w:rsidRPr="00965639">
        <w:rPr>
          <w:rFonts w:eastAsia="宋体"/>
          <w:b/>
          <w:bCs/>
          <w:sz w:val="28"/>
          <w:szCs w:val="28"/>
          <w:lang w:eastAsia="zh-CN"/>
        </w:rPr>
        <w:t>君有疾在腠理</w:t>
      </w:r>
      <w:r w:rsidR="00385002" w:rsidRPr="00965639">
        <w:rPr>
          <w:rFonts w:eastAsia="宋体" w:hint="eastAsia"/>
          <w:b/>
          <w:bCs/>
          <w:sz w:val="28"/>
          <w:szCs w:val="28"/>
          <w:lang w:eastAsia="zh-CN"/>
        </w:rPr>
        <w:t>”，</w:t>
      </w:r>
      <w:r w:rsidR="00385002" w:rsidRPr="00965639">
        <w:rPr>
          <w:rFonts w:eastAsia="宋体"/>
          <w:b/>
          <w:bCs/>
          <w:sz w:val="28"/>
          <w:szCs w:val="28"/>
          <w:lang w:eastAsia="zh-CN"/>
        </w:rPr>
        <w:t>“病在肌肤”</w:t>
      </w:r>
      <w:r w:rsidR="00385002" w:rsidRPr="00965639">
        <w:rPr>
          <w:rFonts w:eastAsia="宋体" w:hint="eastAsia"/>
          <w:b/>
          <w:bCs/>
          <w:sz w:val="28"/>
          <w:szCs w:val="28"/>
          <w:lang w:eastAsia="zh-CN"/>
        </w:rPr>
        <w:t>，</w:t>
      </w:r>
      <w:r w:rsidR="00385002" w:rsidRPr="007D402F">
        <w:rPr>
          <w:rFonts w:eastAsia="宋体"/>
          <w:b/>
          <w:bCs/>
          <w:sz w:val="28"/>
          <w:szCs w:val="28"/>
          <w:lang w:eastAsia="zh-CN"/>
        </w:rPr>
        <w:t>“病在肠胃”</w:t>
      </w:r>
      <w:r w:rsidRPr="007D402F">
        <w:rPr>
          <w:rFonts w:eastAsia="宋体"/>
          <w:b/>
          <w:bCs/>
          <w:sz w:val="28"/>
          <w:szCs w:val="28"/>
          <w:lang w:eastAsia="zh-CN"/>
        </w:rPr>
        <w:t>，最后深入到膏肓之间了</w:t>
      </w:r>
      <w:r w:rsidR="00385002" w:rsidRPr="007D402F">
        <w:rPr>
          <w:rFonts w:eastAsia="宋体" w:hint="eastAsia"/>
          <w:b/>
          <w:bCs/>
          <w:sz w:val="28"/>
          <w:szCs w:val="28"/>
          <w:lang w:eastAsia="zh-CN"/>
        </w:rPr>
        <w:t>。老师给你的这个东西</w:t>
      </w:r>
      <w:r w:rsidRPr="007D402F">
        <w:rPr>
          <w:rFonts w:eastAsia="宋体"/>
          <w:b/>
          <w:bCs/>
          <w:sz w:val="28"/>
          <w:szCs w:val="28"/>
          <w:lang w:eastAsia="zh-CN"/>
        </w:rPr>
        <w:t>，你几乎可以</w:t>
      </w:r>
      <w:r w:rsidR="00385002" w:rsidRPr="007D402F">
        <w:rPr>
          <w:rFonts w:eastAsia="宋体" w:hint="eastAsia"/>
          <w:b/>
          <w:bCs/>
          <w:sz w:val="28"/>
          <w:szCs w:val="28"/>
          <w:lang w:eastAsia="zh-CN"/>
        </w:rPr>
        <w:t>验证</w:t>
      </w:r>
      <w:r w:rsidRPr="007D402F">
        <w:rPr>
          <w:rFonts w:eastAsia="宋体"/>
          <w:b/>
          <w:bCs/>
          <w:sz w:val="28"/>
          <w:szCs w:val="28"/>
          <w:lang w:eastAsia="zh-CN"/>
        </w:rPr>
        <w:t>所有的方法</w:t>
      </w:r>
      <w:r w:rsidR="00385002" w:rsidRPr="007D402F">
        <w:rPr>
          <w:rFonts w:eastAsia="宋体" w:hint="eastAsia"/>
          <w:b/>
          <w:bCs/>
          <w:sz w:val="28"/>
          <w:szCs w:val="28"/>
          <w:lang w:eastAsia="zh-CN"/>
        </w:rPr>
        <w:t>。</w:t>
      </w:r>
      <w:r w:rsidRPr="007D402F">
        <w:rPr>
          <w:rFonts w:eastAsia="宋体"/>
          <w:b/>
          <w:bCs/>
          <w:sz w:val="28"/>
          <w:szCs w:val="28"/>
          <w:lang w:eastAsia="zh-CN"/>
        </w:rPr>
        <w:t>很多方法都过于粗暴简单</w:t>
      </w:r>
      <w:r w:rsidR="00385002" w:rsidRPr="007D402F">
        <w:rPr>
          <w:rFonts w:eastAsia="宋体" w:hint="eastAsia"/>
          <w:b/>
          <w:bCs/>
          <w:sz w:val="28"/>
          <w:szCs w:val="28"/>
          <w:lang w:eastAsia="zh-CN"/>
        </w:rPr>
        <w:t>，</w:t>
      </w:r>
      <w:r w:rsidRPr="007D402F">
        <w:rPr>
          <w:rFonts w:eastAsia="宋体"/>
          <w:b/>
          <w:bCs/>
          <w:sz w:val="28"/>
          <w:szCs w:val="28"/>
          <w:lang w:eastAsia="zh-CN"/>
        </w:rPr>
        <w:t>有危害性，比如正骨，骨头不正是因为</w:t>
      </w:r>
      <w:proofErr w:type="gramStart"/>
      <w:r w:rsidRPr="007D402F">
        <w:rPr>
          <w:rFonts w:eastAsia="宋体"/>
          <w:b/>
          <w:bCs/>
          <w:sz w:val="28"/>
          <w:szCs w:val="28"/>
          <w:lang w:eastAsia="zh-CN"/>
        </w:rPr>
        <w:t>筋</w:t>
      </w:r>
      <w:proofErr w:type="gramEnd"/>
      <w:r w:rsidRPr="007D402F">
        <w:rPr>
          <w:rFonts w:eastAsia="宋体"/>
          <w:b/>
          <w:bCs/>
          <w:sz w:val="28"/>
          <w:szCs w:val="28"/>
          <w:lang w:eastAsia="zh-CN"/>
        </w:rPr>
        <w:t>不正</w:t>
      </w:r>
      <w:r w:rsidR="00385002" w:rsidRPr="007D402F">
        <w:rPr>
          <w:rFonts w:eastAsia="宋体" w:hint="eastAsia"/>
          <w:b/>
          <w:bCs/>
          <w:sz w:val="28"/>
          <w:szCs w:val="28"/>
          <w:lang w:eastAsia="zh-CN"/>
        </w:rPr>
        <w:t>，</w:t>
      </w:r>
      <w:r w:rsidRPr="007D402F">
        <w:rPr>
          <w:rFonts w:eastAsia="宋体"/>
          <w:b/>
          <w:bCs/>
          <w:sz w:val="28"/>
          <w:szCs w:val="28"/>
          <w:lang w:eastAsia="zh-CN"/>
        </w:rPr>
        <w:t>要捋筋</w:t>
      </w:r>
      <w:r w:rsidR="00385002" w:rsidRPr="007D402F">
        <w:rPr>
          <w:rFonts w:eastAsia="宋体" w:hint="eastAsia"/>
          <w:b/>
          <w:bCs/>
          <w:sz w:val="28"/>
          <w:szCs w:val="28"/>
          <w:lang w:eastAsia="zh-CN"/>
        </w:rPr>
        <w:t>。</w:t>
      </w:r>
      <w:r w:rsidRPr="007D402F">
        <w:rPr>
          <w:rFonts w:eastAsia="宋体"/>
          <w:b/>
          <w:bCs/>
          <w:sz w:val="28"/>
          <w:szCs w:val="28"/>
          <w:lang w:eastAsia="zh-CN"/>
        </w:rPr>
        <w:t>你捋</w:t>
      </w:r>
      <w:proofErr w:type="gramStart"/>
      <w:r w:rsidRPr="007D402F">
        <w:rPr>
          <w:rFonts w:eastAsia="宋体"/>
          <w:b/>
          <w:bCs/>
          <w:sz w:val="28"/>
          <w:szCs w:val="28"/>
          <w:lang w:eastAsia="zh-CN"/>
        </w:rPr>
        <w:t>筋能上来捋</w:t>
      </w:r>
      <w:proofErr w:type="gramEnd"/>
      <w:r w:rsidRPr="007D402F">
        <w:rPr>
          <w:rFonts w:eastAsia="宋体"/>
          <w:b/>
          <w:bCs/>
          <w:sz w:val="28"/>
          <w:szCs w:val="28"/>
          <w:lang w:eastAsia="zh-CN"/>
        </w:rPr>
        <w:t>脊柱的筋吗？脊柱的</w:t>
      </w:r>
      <w:proofErr w:type="gramStart"/>
      <w:r w:rsidRPr="007D402F">
        <w:rPr>
          <w:rFonts w:eastAsia="宋体"/>
          <w:b/>
          <w:bCs/>
          <w:sz w:val="28"/>
          <w:szCs w:val="28"/>
          <w:lang w:eastAsia="zh-CN"/>
        </w:rPr>
        <w:t>筋又是</w:t>
      </w:r>
      <w:proofErr w:type="gramEnd"/>
      <w:r w:rsidRPr="007D402F">
        <w:rPr>
          <w:rFonts w:eastAsia="宋体"/>
          <w:b/>
          <w:bCs/>
          <w:sz w:val="28"/>
          <w:szCs w:val="28"/>
          <w:lang w:eastAsia="zh-CN"/>
        </w:rPr>
        <w:t>由于外周</w:t>
      </w:r>
      <w:proofErr w:type="gramStart"/>
      <w:r w:rsidRPr="007D402F">
        <w:rPr>
          <w:rFonts w:eastAsia="宋体"/>
          <w:b/>
          <w:bCs/>
          <w:sz w:val="28"/>
          <w:szCs w:val="28"/>
          <w:lang w:eastAsia="zh-CN"/>
        </w:rPr>
        <w:t>的筋去</w:t>
      </w:r>
      <w:r w:rsidR="00557B06" w:rsidRPr="007D402F">
        <w:rPr>
          <w:rFonts w:eastAsia="宋体" w:hint="eastAsia"/>
          <w:b/>
          <w:bCs/>
          <w:sz w:val="28"/>
          <w:szCs w:val="28"/>
          <w:lang w:eastAsia="zh-CN"/>
        </w:rPr>
        <w:t>牵拉</w:t>
      </w:r>
      <w:r w:rsidRPr="007D402F">
        <w:rPr>
          <w:rFonts w:eastAsia="宋体"/>
          <w:b/>
          <w:bCs/>
          <w:sz w:val="28"/>
          <w:szCs w:val="28"/>
          <w:lang w:eastAsia="zh-CN"/>
        </w:rPr>
        <w:t>伤</w:t>
      </w:r>
      <w:r w:rsidR="00557B06" w:rsidRPr="007D402F">
        <w:rPr>
          <w:rFonts w:eastAsia="宋体" w:hint="eastAsia"/>
          <w:b/>
          <w:bCs/>
          <w:sz w:val="28"/>
          <w:szCs w:val="28"/>
          <w:lang w:eastAsia="zh-CN"/>
        </w:rPr>
        <w:t>及</w:t>
      </w:r>
      <w:proofErr w:type="gramEnd"/>
      <w:r w:rsidRPr="007D402F">
        <w:rPr>
          <w:rFonts w:eastAsia="宋体"/>
          <w:b/>
          <w:bCs/>
          <w:sz w:val="28"/>
          <w:szCs w:val="28"/>
          <w:lang w:eastAsia="zh-CN"/>
        </w:rPr>
        <w:t>里</w:t>
      </w:r>
      <w:r w:rsidR="00557B06" w:rsidRPr="007D402F">
        <w:rPr>
          <w:rFonts w:eastAsia="宋体" w:hint="eastAsia"/>
          <w:b/>
          <w:bCs/>
          <w:sz w:val="28"/>
          <w:szCs w:val="28"/>
          <w:lang w:eastAsia="zh-CN"/>
        </w:rPr>
        <w:t>脊</w:t>
      </w:r>
      <w:r w:rsidRPr="007D402F">
        <w:rPr>
          <w:rFonts w:eastAsia="宋体"/>
          <w:b/>
          <w:bCs/>
          <w:sz w:val="28"/>
          <w:szCs w:val="28"/>
          <w:lang w:eastAsia="zh-CN"/>
        </w:rPr>
        <w:t>，里脊和外</w:t>
      </w:r>
      <w:r w:rsidR="00557B06" w:rsidRPr="007D402F">
        <w:rPr>
          <w:rFonts w:eastAsia="宋体" w:hint="eastAsia"/>
          <w:b/>
          <w:bCs/>
          <w:sz w:val="28"/>
          <w:szCs w:val="28"/>
          <w:lang w:eastAsia="zh-CN"/>
        </w:rPr>
        <w:t>脊。</w:t>
      </w:r>
      <w:r w:rsidRPr="007D402F">
        <w:rPr>
          <w:rFonts w:eastAsia="宋体"/>
          <w:b/>
          <w:bCs/>
          <w:sz w:val="28"/>
          <w:szCs w:val="28"/>
          <w:lang w:eastAsia="zh-CN"/>
        </w:rPr>
        <w:t>甚至是胸腹内的结</w:t>
      </w:r>
      <w:r w:rsidR="000926C1" w:rsidRPr="007D402F">
        <w:rPr>
          <w:rFonts w:eastAsia="宋体" w:hint="eastAsia"/>
          <w:b/>
          <w:bCs/>
          <w:sz w:val="28"/>
          <w:szCs w:val="28"/>
          <w:lang w:eastAsia="zh-CN"/>
        </w:rPr>
        <w:t>，</w:t>
      </w:r>
      <w:r w:rsidRPr="007D402F">
        <w:rPr>
          <w:rFonts w:eastAsia="宋体"/>
          <w:b/>
          <w:bCs/>
          <w:sz w:val="28"/>
          <w:szCs w:val="28"/>
          <w:lang w:eastAsia="zh-CN"/>
        </w:rPr>
        <w:t>由里向外去拽到脊柱周围的</w:t>
      </w:r>
      <w:r w:rsidR="00557B06" w:rsidRPr="007D402F">
        <w:rPr>
          <w:rFonts w:eastAsia="宋体" w:hint="eastAsia"/>
          <w:b/>
          <w:bCs/>
          <w:sz w:val="28"/>
          <w:szCs w:val="28"/>
          <w:lang w:eastAsia="zh-CN"/>
        </w:rPr>
        <w:t>筋。</w:t>
      </w:r>
    </w:p>
    <w:p w14:paraId="7979E941" w14:textId="4BF23A62" w:rsidR="000926C1" w:rsidRPr="007D402F" w:rsidRDefault="00AA15CF" w:rsidP="00A3569A">
      <w:pPr>
        <w:widowControl w:val="0"/>
        <w:adjustRightInd w:val="0"/>
        <w:snapToGrid w:val="0"/>
        <w:spacing w:after="0" w:line="360" w:lineRule="auto"/>
        <w:ind w:firstLineChars="200" w:firstLine="562"/>
        <w:rPr>
          <w:rFonts w:eastAsia="宋体"/>
          <w:b/>
          <w:bCs/>
          <w:sz w:val="28"/>
          <w:szCs w:val="28"/>
          <w:lang w:eastAsia="zh-CN"/>
        </w:rPr>
      </w:pPr>
      <w:r w:rsidRPr="007D402F">
        <w:rPr>
          <w:rFonts w:eastAsia="宋体" w:hint="eastAsia"/>
          <w:b/>
          <w:bCs/>
          <w:sz w:val="28"/>
          <w:szCs w:val="28"/>
          <w:lang w:eastAsia="zh-CN"/>
        </w:rPr>
        <w:t>比</w:t>
      </w:r>
      <w:r w:rsidR="00000000" w:rsidRPr="007D402F">
        <w:rPr>
          <w:rFonts w:eastAsia="宋体"/>
          <w:b/>
          <w:bCs/>
          <w:sz w:val="28"/>
          <w:szCs w:val="28"/>
          <w:lang w:eastAsia="zh-CN"/>
        </w:rPr>
        <w:t>如后背外脊，外脊就是足太阳膀胱经那一条，你一按疼，比如你按到</w:t>
      </w:r>
      <w:r w:rsidRPr="007D402F">
        <w:rPr>
          <w:rFonts w:eastAsia="宋体" w:hint="eastAsia"/>
          <w:b/>
          <w:bCs/>
          <w:sz w:val="28"/>
          <w:szCs w:val="28"/>
          <w:lang w:eastAsia="zh-CN"/>
        </w:rPr>
        <w:t>肺</w:t>
      </w:r>
      <w:proofErr w:type="gramStart"/>
      <w:r w:rsidRPr="007D402F">
        <w:rPr>
          <w:rFonts w:eastAsia="宋体" w:hint="eastAsia"/>
          <w:b/>
          <w:bCs/>
          <w:sz w:val="28"/>
          <w:szCs w:val="28"/>
          <w:lang w:eastAsia="zh-CN"/>
        </w:rPr>
        <w:t>俞</w:t>
      </w:r>
      <w:proofErr w:type="gramEnd"/>
      <w:r w:rsidRPr="007D402F">
        <w:rPr>
          <w:rFonts w:eastAsia="宋体" w:hint="eastAsia"/>
          <w:b/>
          <w:bCs/>
          <w:sz w:val="28"/>
          <w:szCs w:val="28"/>
          <w:lang w:eastAsia="zh-CN"/>
        </w:rPr>
        <w:t>穴</w:t>
      </w:r>
      <w:r w:rsidR="00000000" w:rsidRPr="007D402F">
        <w:rPr>
          <w:rFonts w:eastAsia="宋体"/>
          <w:b/>
          <w:bCs/>
          <w:sz w:val="28"/>
          <w:szCs w:val="28"/>
          <w:lang w:eastAsia="zh-CN"/>
        </w:rPr>
        <w:t>，</w:t>
      </w:r>
      <w:r w:rsidRPr="007D402F">
        <w:rPr>
          <w:rFonts w:eastAsia="宋体" w:hint="eastAsia"/>
          <w:b/>
          <w:bCs/>
          <w:sz w:val="28"/>
          <w:szCs w:val="28"/>
          <w:lang w:eastAsia="zh-CN"/>
        </w:rPr>
        <w:t>应的是</w:t>
      </w:r>
      <w:r w:rsidR="00000000" w:rsidRPr="007D402F">
        <w:rPr>
          <w:rFonts w:eastAsia="宋体"/>
          <w:b/>
          <w:bCs/>
          <w:sz w:val="28"/>
          <w:szCs w:val="28"/>
          <w:lang w:eastAsia="zh-CN"/>
        </w:rPr>
        <w:t>什么？你肺中有病传导到肺</w:t>
      </w:r>
      <w:proofErr w:type="gramStart"/>
      <w:r w:rsidRPr="007D402F">
        <w:rPr>
          <w:rFonts w:eastAsia="宋体" w:hint="eastAsia"/>
          <w:b/>
          <w:bCs/>
          <w:sz w:val="28"/>
          <w:szCs w:val="28"/>
          <w:lang w:eastAsia="zh-CN"/>
        </w:rPr>
        <w:t>俞</w:t>
      </w:r>
      <w:proofErr w:type="gramEnd"/>
      <w:r w:rsidRPr="007D402F">
        <w:rPr>
          <w:rFonts w:eastAsia="宋体" w:hint="eastAsia"/>
          <w:b/>
          <w:bCs/>
          <w:sz w:val="28"/>
          <w:szCs w:val="28"/>
          <w:lang w:eastAsia="zh-CN"/>
        </w:rPr>
        <w:t>穴</w:t>
      </w:r>
      <w:r w:rsidR="00000000" w:rsidRPr="007D402F">
        <w:rPr>
          <w:rFonts w:eastAsia="宋体"/>
          <w:b/>
          <w:bCs/>
          <w:sz w:val="28"/>
          <w:szCs w:val="28"/>
          <w:lang w:eastAsia="zh-CN"/>
        </w:rPr>
        <w:t>，你按</w:t>
      </w:r>
      <w:r w:rsidR="000926C1" w:rsidRPr="007D402F">
        <w:rPr>
          <w:rFonts w:eastAsia="宋体" w:hint="eastAsia"/>
          <w:b/>
          <w:bCs/>
          <w:sz w:val="28"/>
          <w:szCs w:val="28"/>
          <w:lang w:eastAsia="zh-CN"/>
        </w:rPr>
        <w:t>它</w:t>
      </w:r>
      <w:r w:rsidR="00000000" w:rsidRPr="007D402F">
        <w:rPr>
          <w:rFonts w:eastAsia="宋体"/>
          <w:b/>
          <w:bCs/>
          <w:sz w:val="28"/>
          <w:szCs w:val="28"/>
          <w:lang w:eastAsia="zh-CN"/>
        </w:rPr>
        <w:t>疼，它会产生牵拉感，导致脊柱周围，比如脊柱右侧肺</w:t>
      </w:r>
      <w:proofErr w:type="gramStart"/>
      <w:r w:rsidRPr="007D402F">
        <w:rPr>
          <w:rFonts w:eastAsia="宋体" w:hint="eastAsia"/>
          <w:b/>
          <w:bCs/>
          <w:sz w:val="28"/>
          <w:szCs w:val="28"/>
          <w:lang w:eastAsia="zh-CN"/>
        </w:rPr>
        <w:t>俞</w:t>
      </w:r>
      <w:proofErr w:type="gramEnd"/>
      <w:r w:rsidRPr="007D402F">
        <w:rPr>
          <w:rFonts w:eastAsia="宋体" w:hint="eastAsia"/>
          <w:b/>
          <w:bCs/>
          <w:sz w:val="28"/>
          <w:szCs w:val="28"/>
          <w:lang w:eastAsia="zh-CN"/>
        </w:rPr>
        <w:t>穴</w:t>
      </w:r>
      <w:r w:rsidR="00000000" w:rsidRPr="007D402F">
        <w:rPr>
          <w:rFonts w:eastAsia="宋体"/>
          <w:b/>
          <w:bCs/>
          <w:sz w:val="28"/>
          <w:szCs w:val="28"/>
          <w:lang w:eastAsia="zh-CN"/>
        </w:rPr>
        <w:t>疼，那一定是你右肺出了问题</w:t>
      </w:r>
      <w:r w:rsidRPr="007D402F">
        <w:rPr>
          <w:rFonts w:eastAsia="宋体" w:hint="eastAsia"/>
          <w:b/>
          <w:bCs/>
          <w:sz w:val="28"/>
          <w:szCs w:val="28"/>
          <w:lang w:eastAsia="zh-CN"/>
        </w:rPr>
        <w:t>。</w:t>
      </w:r>
    </w:p>
    <w:p w14:paraId="16FAE2D8" w14:textId="77777777" w:rsidR="00D115BE" w:rsidRPr="00D115BE" w:rsidRDefault="00000000" w:rsidP="00A3569A">
      <w:pPr>
        <w:widowControl w:val="0"/>
        <w:adjustRightInd w:val="0"/>
        <w:snapToGrid w:val="0"/>
        <w:spacing w:after="0" w:line="360" w:lineRule="auto"/>
        <w:ind w:firstLineChars="200" w:firstLine="560"/>
        <w:rPr>
          <w:rFonts w:eastAsia="宋体"/>
          <w:b/>
          <w:bCs/>
          <w:sz w:val="28"/>
          <w:szCs w:val="28"/>
          <w:lang w:eastAsia="zh-CN"/>
        </w:rPr>
      </w:pPr>
      <w:r w:rsidRPr="00D115BE">
        <w:rPr>
          <w:rFonts w:eastAsia="宋体"/>
          <w:b/>
          <w:bCs/>
          <w:sz w:val="28"/>
          <w:szCs w:val="28"/>
          <w:lang w:eastAsia="zh-CN"/>
        </w:rPr>
        <w:t>所有的五脏六腑在后边的脊柱上和脊柱两旁，旁开两条，左右各两条足太阳膀胱经上都有相应的对应点</w:t>
      </w:r>
      <w:r w:rsidR="00AA15CF" w:rsidRPr="00D115BE">
        <w:rPr>
          <w:rFonts w:eastAsia="宋体" w:hint="eastAsia"/>
          <w:b/>
          <w:bCs/>
          <w:sz w:val="28"/>
          <w:szCs w:val="28"/>
          <w:lang w:eastAsia="zh-CN"/>
        </w:rPr>
        <w:t>。</w:t>
      </w:r>
      <w:r w:rsidRPr="00D115BE">
        <w:rPr>
          <w:rFonts w:eastAsia="宋体"/>
          <w:b/>
          <w:bCs/>
          <w:sz w:val="28"/>
          <w:szCs w:val="28"/>
          <w:lang w:eastAsia="zh-CN"/>
        </w:rPr>
        <w:t>这些对应点</w:t>
      </w:r>
      <w:r w:rsidR="00AA15CF" w:rsidRPr="00D115BE">
        <w:rPr>
          <w:rFonts w:eastAsia="宋体" w:hint="eastAsia"/>
          <w:b/>
          <w:bCs/>
          <w:sz w:val="28"/>
          <w:szCs w:val="28"/>
          <w:lang w:eastAsia="zh-CN"/>
        </w:rPr>
        <w:t>，</w:t>
      </w:r>
      <w:r w:rsidRPr="00D115BE">
        <w:rPr>
          <w:rFonts w:eastAsia="宋体"/>
          <w:b/>
          <w:bCs/>
          <w:sz w:val="28"/>
          <w:szCs w:val="28"/>
          <w:lang w:eastAsia="zh-CN"/>
        </w:rPr>
        <w:t>你只要一按疼，它都对应里面五脏六腑出了问题</w:t>
      </w:r>
      <w:r w:rsidR="00AA15CF" w:rsidRPr="00D115BE">
        <w:rPr>
          <w:rFonts w:eastAsia="宋体" w:hint="eastAsia"/>
          <w:b/>
          <w:bCs/>
          <w:sz w:val="28"/>
          <w:szCs w:val="28"/>
          <w:lang w:eastAsia="zh-CN"/>
        </w:rPr>
        <w:t>。</w:t>
      </w:r>
      <w:r w:rsidRPr="00D115BE">
        <w:rPr>
          <w:rFonts w:eastAsia="宋体"/>
          <w:b/>
          <w:bCs/>
          <w:sz w:val="28"/>
          <w:szCs w:val="28"/>
          <w:lang w:eastAsia="zh-CN"/>
        </w:rPr>
        <w:t>同样我们胸腹上也有五脏六腑的对应点</w:t>
      </w:r>
      <w:r w:rsidR="00AA15CF" w:rsidRPr="00D115BE">
        <w:rPr>
          <w:rFonts w:eastAsia="宋体" w:hint="eastAsia"/>
          <w:b/>
          <w:bCs/>
          <w:sz w:val="28"/>
          <w:szCs w:val="28"/>
          <w:lang w:eastAsia="zh-CN"/>
        </w:rPr>
        <w:t>。</w:t>
      </w:r>
      <w:r w:rsidRPr="00D115BE">
        <w:rPr>
          <w:rFonts w:eastAsia="宋体"/>
          <w:b/>
          <w:bCs/>
          <w:sz w:val="28"/>
          <w:szCs w:val="28"/>
          <w:lang w:eastAsia="zh-CN"/>
        </w:rPr>
        <w:t>也就是说这个人的身体是内外相连</w:t>
      </w:r>
      <w:r w:rsidR="00F90DA1" w:rsidRPr="00D115BE">
        <w:rPr>
          <w:rFonts w:eastAsia="宋体" w:hint="eastAsia"/>
          <w:b/>
          <w:bCs/>
          <w:sz w:val="28"/>
          <w:szCs w:val="28"/>
          <w:lang w:eastAsia="zh-CN"/>
        </w:rPr>
        <w:t>，</w:t>
      </w:r>
      <w:r w:rsidRPr="00D115BE">
        <w:rPr>
          <w:rFonts w:eastAsia="宋体"/>
          <w:b/>
          <w:bCs/>
          <w:sz w:val="28"/>
          <w:szCs w:val="28"/>
          <w:lang w:eastAsia="zh-CN"/>
        </w:rPr>
        <w:t>内外一体，你胸腹里的毛病一定会体现在你的胸腹表面</w:t>
      </w:r>
      <w:r w:rsidR="00F90DA1" w:rsidRPr="00D115BE">
        <w:rPr>
          <w:rFonts w:eastAsia="宋体" w:hint="eastAsia"/>
          <w:b/>
          <w:bCs/>
          <w:sz w:val="28"/>
          <w:szCs w:val="28"/>
          <w:lang w:eastAsia="zh-CN"/>
        </w:rPr>
        <w:t>，</w:t>
      </w:r>
      <w:r w:rsidRPr="00D115BE">
        <w:rPr>
          <w:rFonts w:eastAsia="宋体"/>
          <w:b/>
          <w:bCs/>
          <w:sz w:val="28"/>
          <w:szCs w:val="28"/>
          <w:lang w:eastAsia="zh-CN"/>
        </w:rPr>
        <w:t>后背表面</w:t>
      </w:r>
      <w:r w:rsidR="00F90DA1" w:rsidRPr="00D115BE">
        <w:rPr>
          <w:rFonts w:eastAsia="宋体" w:hint="eastAsia"/>
          <w:b/>
          <w:bCs/>
          <w:sz w:val="28"/>
          <w:szCs w:val="28"/>
          <w:lang w:eastAsia="zh-CN"/>
        </w:rPr>
        <w:t>，</w:t>
      </w:r>
      <w:r w:rsidRPr="00D115BE">
        <w:rPr>
          <w:rFonts w:eastAsia="宋体"/>
          <w:b/>
          <w:bCs/>
          <w:sz w:val="28"/>
          <w:szCs w:val="28"/>
          <w:lang w:eastAsia="zh-CN"/>
        </w:rPr>
        <w:t>甚至你的四肢表面</w:t>
      </w:r>
      <w:r w:rsidR="00F90DA1" w:rsidRPr="00D115BE">
        <w:rPr>
          <w:rFonts w:eastAsia="宋体" w:hint="eastAsia"/>
          <w:b/>
          <w:bCs/>
          <w:sz w:val="28"/>
          <w:szCs w:val="28"/>
          <w:lang w:eastAsia="zh-CN"/>
        </w:rPr>
        <w:t>，</w:t>
      </w:r>
      <w:r w:rsidRPr="00D115BE">
        <w:rPr>
          <w:rFonts w:eastAsia="宋体"/>
          <w:b/>
          <w:bCs/>
          <w:sz w:val="28"/>
          <w:szCs w:val="28"/>
          <w:lang w:eastAsia="zh-CN"/>
        </w:rPr>
        <w:t>它都有对应点</w:t>
      </w:r>
      <w:r w:rsidR="00D115BE" w:rsidRPr="00D115BE">
        <w:rPr>
          <w:rFonts w:eastAsia="宋体" w:hint="eastAsia"/>
          <w:b/>
          <w:bCs/>
          <w:sz w:val="28"/>
          <w:szCs w:val="28"/>
          <w:lang w:eastAsia="zh-CN"/>
        </w:rPr>
        <w:t>。</w:t>
      </w:r>
    </w:p>
    <w:p w14:paraId="079649A8" w14:textId="77777777" w:rsidR="00D91706" w:rsidRPr="00E66D29" w:rsidRDefault="00000000" w:rsidP="00A3569A">
      <w:pPr>
        <w:widowControl w:val="0"/>
        <w:adjustRightInd w:val="0"/>
        <w:snapToGrid w:val="0"/>
        <w:spacing w:after="0" w:line="360" w:lineRule="auto"/>
        <w:ind w:firstLineChars="200" w:firstLine="560"/>
        <w:rPr>
          <w:rFonts w:eastAsia="宋体"/>
          <w:b/>
          <w:bCs/>
          <w:sz w:val="28"/>
          <w:szCs w:val="28"/>
          <w:lang w:eastAsia="zh-CN"/>
        </w:rPr>
      </w:pPr>
      <w:r w:rsidRPr="00E66D29">
        <w:rPr>
          <w:rFonts w:eastAsia="宋体"/>
          <w:b/>
          <w:bCs/>
          <w:sz w:val="28"/>
          <w:szCs w:val="28"/>
          <w:lang w:eastAsia="zh-CN"/>
        </w:rPr>
        <w:t>这个就是什么呢？叫经络和</w:t>
      </w:r>
      <w:proofErr w:type="gramStart"/>
      <w:r w:rsidRPr="00E66D29">
        <w:rPr>
          <w:rFonts w:eastAsia="宋体"/>
          <w:b/>
          <w:bCs/>
          <w:sz w:val="28"/>
          <w:szCs w:val="28"/>
          <w:lang w:eastAsia="zh-CN"/>
        </w:rPr>
        <w:t>募</w:t>
      </w:r>
      <w:r w:rsidR="00A1337D" w:rsidRPr="00E66D29">
        <w:rPr>
          <w:rFonts w:eastAsia="宋体" w:hint="eastAsia"/>
          <w:b/>
          <w:bCs/>
          <w:sz w:val="28"/>
          <w:szCs w:val="28"/>
          <w:lang w:eastAsia="zh-CN"/>
        </w:rPr>
        <w:t>俞</w:t>
      </w:r>
      <w:proofErr w:type="gramEnd"/>
      <w:r w:rsidR="00A1337D" w:rsidRPr="00E66D29">
        <w:rPr>
          <w:rFonts w:eastAsia="宋体" w:hint="eastAsia"/>
          <w:b/>
          <w:bCs/>
          <w:sz w:val="28"/>
          <w:szCs w:val="28"/>
          <w:lang w:eastAsia="zh-CN"/>
        </w:rPr>
        <w:t>，</w:t>
      </w:r>
      <w:r w:rsidRPr="00E66D29">
        <w:rPr>
          <w:rFonts w:eastAsia="宋体"/>
          <w:b/>
          <w:bCs/>
          <w:sz w:val="28"/>
          <w:szCs w:val="28"/>
          <w:lang w:eastAsia="zh-CN"/>
        </w:rPr>
        <w:t>前面是募穴，后边是</w:t>
      </w:r>
      <w:proofErr w:type="gramStart"/>
      <w:r w:rsidRPr="00E66D29">
        <w:rPr>
          <w:rFonts w:eastAsia="宋体"/>
          <w:b/>
          <w:bCs/>
          <w:sz w:val="28"/>
          <w:szCs w:val="28"/>
          <w:lang w:eastAsia="zh-CN"/>
        </w:rPr>
        <w:t>腧</w:t>
      </w:r>
      <w:proofErr w:type="gramEnd"/>
      <w:r w:rsidRPr="00E66D29">
        <w:rPr>
          <w:rFonts w:eastAsia="宋体"/>
          <w:b/>
          <w:bCs/>
          <w:sz w:val="28"/>
          <w:szCs w:val="28"/>
          <w:lang w:eastAsia="zh-CN"/>
        </w:rPr>
        <w:t>穴</w:t>
      </w:r>
      <w:r w:rsidR="00F90DA1" w:rsidRPr="00E66D29">
        <w:rPr>
          <w:rFonts w:eastAsia="宋体" w:hint="eastAsia"/>
          <w:b/>
          <w:bCs/>
          <w:sz w:val="28"/>
          <w:szCs w:val="28"/>
          <w:lang w:eastAsia="zh-CN"/>
        </w:rPr>
        <w:t>。</w:t>
      </w:r>
      <w:r w:rsidRPr="00E66D29">
        <w:rPr>
          <w:rFonts w:eastAsia="宋体"/>
          <w:b/>
          <w:bCs/>
          <w:sz w:val="28"/>
          <w:szCs w:val="28"/>
          <w:lang w:eastAsia="zh-CN"/>
        </w:rPr>
        <w:t>甚至在头上也会有对应点</w:t>
      </w:r>
      <w:r w:rsidR="00A1337D" w:rsidRPr="00E66D29">
        <w:rPr>
          <w:rFonts w:eastAsia="宋体" w:hint="eastAsia"/>
          <w:b/>
          <w:bCs/>
          <w:sz w:val="28"/>
          <w:szCs w:val="28"/>
          <w:lang w:eastAsia="zh-CN"/>
        </w:rPr>
        <w:t>。</w:t>
      </w:r>
      <w:r w:rsidRPr="00E66D29">
        <w:rPr>
          <w:rFonts w:eastAsia="宋体"/>
          <w:b/>
          <w:bCs/>
          <w:sz w:val="28"/>
          <w:szCs w:val="28"/>
          <w:lang w:eastAsia="zh-CN"/>
        </w:rPr>
        <w:t>比如说我们三叉神经痛</w:t>
      </w:r>
      <w:r w:rsidR="00F90DA1" w:rsidRPr="00E66D29">
        <w:rPr>
          <w:rFonts w:eastAsia="宋体" w:hint="eastAsia"/>
          <w:b/>
          <w:bCs/>
          <w:sz w:val="28"/>
          <w:szCs w:val="28"/>
          <w:lang w:eastAsia="zh-CN"/>
        </w:rPr>
        <w:t>，</w:t>
      </w:r>
      <w:r w:rsidRPr="00E66D29">
        <w:rPr>
          <w:rFonts w:eastAsia="宋体"/>
          <w:b/>
          <w:bCs/>
          <w:sz w:val="28"/>
          <w:szCs w:val="28"/>
          <w:lang w:eastAsia="zh-CN"/>
        </w:rPr>
        <w:t>对应的是胆经不调，沿经络向上传导</w:t>
      </w:r>
      <w:r w:rsidR="00F90DA1" w:rsidRPr="00E66D29">
        <w:rPr>
          <w:rFonts w:eastAsia="宋体" w:hint="eastAsia"/>
          <w:b/>
          <w:bCs/>
          <w:sz w:val="28"/>
          <w:szCs w:val="28"/>
          <w:lang w:eastAsia="zh-CN"/>
        </w:rPr>
        <w:t>，</w:t>
      </w:r>
      <w:r w:rsidRPr="00E66D29">
        <w:rPr>
          <w:rFonts w:eastAsia="宋体"/>
          <w:b/>
          <w:bCs/>
          <w:sz w:val="28"/>
          <w:szCs w:val="28"/>
          <w:lang w:eastAsia="zh-CN"/>
        </w:rPr>
        <w:t>表现在你的脸颊一侧，牵扯到大牙，眼珠子</w:t>
      </w:r>
      <w:r w:rsidR="00F90DA1" w:rsidRPr="00E66D29">
        <w:rPr>
          <w:rFonts w:eastAsia="宋体" w:hint="eastAsia"/>
          <w:b/>
          <w:bCs/>
          <w:sz w:val="28"/>
          <w:szCs w:val="28"/>
          <w:lang w:eastAsia="zh-CN"/>
        </w:rPr>
        <w:t>，</w:t>
      </w:r>
      <w:r w:rsidRPr="00E66D29">
        <w:rPr>
          <w:rFonts w:eastAsia="宋体"/>
          <w:b/>
          <w:bCs/>
          <w:sz w:val="28"/>
          <w:szCs w:val="28"/>
          <w:lang w:eastAsia="zh-CN"/>
        </w:rPr>
        <w:t>头围</w:t>
      </w:r>
      <w:r w:rsidR="00F90DA1" w:rsidRPr="00E66D29">
        <w:rPr>
          <w:rFonts w:eastAsia="宋体" w:hint="eastAsia"/>
          <w:b/>
          <w:bCs/>
          <w:sz w:val="28"/>
          <w:szCs w:val="28"/>
          <w:lang w:eastAsia="zh-CN"/>
        </w:rPr>
        <w:t>，</w:t>
      </w:r>
      <w:r w:rsidRPr="00E66D29">
        <w:rPr>
          <w:rFonts w:eastAsia="宋体"/>
          <w:b/>
          <w:bCs/>
          <w:sz w:val="28"/>
          <w:szCs w:val="28"/>
          <w:lang w:eastAsia="zh-CN"/>
        </w:rPr>
        <w:t>甚至辐射到耳朵</w:t>
      </w:r>
      <w:r w:rsidR="00F90DA1" w:rsidRPr="00E66D29">
        <w:rPr>
          <w:rFonts w:eastAsia="宋体" w:hint="eastAsia"/>
          <w:b/>
          <w:bCs/>
          <w:sz w:val="28"/>
          <w:szCs w:val="28"/>
          <w:lang w:eastAsia="zh-CN"/>
        </w:rPr>
        <w:t>，</w:t>
      </w:r>
      <w:r w:rsidRPr="00E66D29">
        <w:rPr>
          <w:rFonts w:eastAsia="宋体"/>
          <w:b/>
          <w:bCs/>
          <w:sz w:val="28"/>
          <w:szCs w:val="28"/>
          <w:lang w:eastAsia="zh-CN"/>
        </w:rPr>
        <w:t>一侧面部</w:t>
      </w:r>
      <w:r w:rsidR="00F90DA1" w:rsidRPr="00E66D29">
        <w:rPr>
          <w:rFonts w:eastAsia="宋体" w:hint="eastAsia"/>
          <w:b/>
          <w:bCs/>
          <w:sz w:val="28"/>
          <w:szCs w:val="28"/>
          <w:lang w:eastAsia="zh-CN"/>
        </w:rPr>
        <w:t>。</w:t>
      </w:r>
      <w:r w:rsidRPr="00E66D29">
        <w:rPr>
          <w:rFonts w:eastAsia="宋体"/>
          <w:b/>
          <w:bCs/>
          <w:sz w:val="28"/>
          <w:szCs w:val="28"/>
          <w:lang w:eastAsia="zh-CN"/>
        </w:rPr>
        <w:t>胆经经脉所经过的</w:t>
      </w:r>
      <w:r w:rsidR="00DC5CEF" w:rsidRPr="00E66D29">
        <w:rPr>
          <w:rFonts w:eastAsia="宋体" w:hint="eastAsia"/>
          <w:b/>
          <w:bCs/>
          <w:sz w:val="28"/>
          <w:szCs w:val="28"/>
          <w:lang w:eastAsia="zh-CN"/>
        </w:rPr>
        <w:t>，</w:t>
      </w:r>
      <w:r w:rsidRPr="00E66D29">
        <w:rPr>
          <w:rFonts w:eastAsia="宋体"/>
          <w:b/>
          <w:bCs/>
          <w:sz w:val="28"/>
          <w:szCs w:val="28"/>
          <w:lang w:eastAsia="zh-CN"/>
        </w:rPr>
        <w:t>控制的流域，比如我们把经脉比作河流，</w:t>
      </w:r>
      <w:r w:rsidR="00F90DA1" w:rsidRPr="00E66D29">
        <w:rPr>
          <w:rFonts w:eastAsia="宋体" w:hint="eastAsia"/>
          <w:b/>
          <w:bCs/>
          <w:sz w:val="28"/>
          <w:szCs w:val="28"/>
          <w:lang w:eastAsia="zh-CN"/>
        </w:rPr>
        <w:t>《</w:t>
      </w:r>
      <w:r w:rsidRPr="00E66D29">
        <w:rPr>
          <w:rFonts w:eastAsia="宋体"/>
          <w:b/>
          <w:bCs/>
          <w:sz w:val="28"/>
          <w:szCs w:val="28"/>
          <w:lang w:eastAsia="zh-CN"/>
        </w:rPr>
        <w:t>黄帝内经</w:t>
      </w:r>
      <w:r w:rsidR="00F90DA1" w:rsidRPr="00E66D29">
        <w:rPr>
          <w:rFonts w:eastAsia="宋体" w:hint="eastAsia"/>
          <w:b/>
          <w:bCs/>
          <w:sz w:val="28"/>
          <w:szCs w:val="28"/>
          <w:lang w:eastAsia="zh-CN"/>
        </w:rPr>
        <w:t>》</w:t>
      </w:r>
      <w:r w:rsidRPr="00E66D29">
        <w:rPr>
          <w:rFonts w:eastAsia="宋体"/>
          <w:b/>
          <w:bCs/>
          <w:sz w:val="28"/>
          <w:szCs w:val="28"/>
          <w:lang w:eastAsia="zh-CN"/>
        </w:rPr>
        <w:t>明确指</w:t>
      </w:r>
      <w:r w:rsidR="00F90DA1" w:rsidRPr="00E66D29">
        <w:rPr>
          <w:rFonts w:eastAsia="宋体" w:hint="eastAsia"/>
          <w:b/>
          <w:bCs/>
          <w:sz w:val="28"/>
          <w:szCs w:val="28"/>
          <w:lang w:eastAsia="zh-CN"/>
        </w:rPr>
        <w:t>出</w:t>
      </w:r>
      <w:r w:rsidRPr="00E66D29">
        <w:rPr>
          <w:rFonts w:eastAsia="宋体"/>
          <w:b/>
          <w:bCs/>
          <w:sz w:val="28"/>
          <w:szCs w:val="28"/>
          <w:lang w:eastAsia="zh-CN"/>
        </w:rPr>
        <w:t>经水</w:t>
      </w:r>
      <w:r w:rsidR="00DC5CEF" w:rsidRPr="00E66D29">
        <w:rPr>
          <w:rFonts w:eastAsia="宋体" w:hint="eastAsia"/>
          <w:b/>
          <w:bCs/>
          <w:sz w:val="28"/>
          <w:szCs w:val="28"/>
          <w:lang w:eastAsia="zh-CN"/>
        </w:rPr>
        <w:t>，</w:t>
      </w:r>
      <w:r w:rsidRPr="00E66D29">
        <w:rPr>
          <w:rFonts w:eastAsia="宋体"/>
          <w:b/>
          <w:bCs/>
          <w:sz w:val="28"/>
          <w:szCs w:val="28"/>
          <w:lang w:eastAsia="zh-CN"/>
        </w:rPr>
        <w:t>经络像河流一样，比如说泗水，渭水这都叫水，</w:t>
      </w:r>
      <w:r w:rsidR="00F90DA1" w:rsidRPr="00E66D29">
        <w:rPr>
          <w:rFonts w:eastAsia="宋体" w:hint="eastAsia"/>
          <w:b/>
          <w:bCs/>
          <w:sz w:val="28"/>
          <w:szCs w:val="28"/>
          <w:lang w:eastAsia="zh-CN"/>
        </w:rPr>
        <w:t>水</w:t>
      </w:r>
      <w:r w:rsidRPr="00E66D29">
        <w:rPr>
          <w:rFonts w:eastAsia="宋体"/>
          <w:b/>
          <w:bCs/>
          <w:sz w:val="28"/>
          <w:szCs w:val="28"/>
          <w:lang w:eastAsia="zh-CN"/>
        </w:rPr>
        <w:t>就是河流。</w:t>
      </w:r>
    </w:p>
    <w:p w14:paraId="4B359874" w14:textId="5056825B" w:rsidR="00E7264F" w:rsidRPr="00E66D29" w:rsidRDefault="00000000" w:rsidP="00A3569A">
      <w:pPr>
        <w:widowControl w:val="0"/>
        <w:adjustRightInd w:val="0"/>
        <w:snapToGrid w:val="0"/>
        <w:spacing w:after="0" w:line="360" w:lineRule="auto"/>
        <w:ind w:firstLineChars="200" w:firstLine="560"/>
        <w:rPr>
          <w:rFonts w:eastAsia="宋体" w:hint="eastAsia"/>
          <w:b/>
          <w:bCs/>
          <w:sz w:val="28"/>
          <w:szCs w:val="28"/>
          <w:lang w:eastAsia="zh-CN"/>
        </w:rPr>
      </w:pPr>
      <w:r w:rsidRPr="00E66D29">
        <w:rPr>
          <w:rFonts w:eastAsia="宋体"/>
          <w:b/>
          <w:bCs/>
          <w:sz w:val="28"/>
          <w:szCs w:val="28"/>
          <w:lang w:eastAsia="zh-CN"/>
        </w:rPr>
        <w:t>古人把经络比作河流</w:t>
      </w:r>
      <w:r w:rsidR="00F90DA1" w:rsidRPr="00E66D29">
        <w:rPr>
          <w:rFonts w:eastAsia="宋体" w:hint="eastAsia"/>
          <w:b/>
          <w:bCs/>
          <w:sz w:val="28"/>
          <w:szCs w:val="28"/>
          <w:lang w:eastAsia="zh-CN"/>
        </w:rPr>
        <w:t>，</w:t>
      </w:r>
      <w:r w:rsidRPr="00E66D29">
        <w:rPr>
          <w:rFonts w:eastAsia="宋体"/>
          <w:b/>
          <w:bCs/>
          <w:sz w:val="28"/>
          <w:szCs w:val="28"/>
          <w:lang w:eastAsia="zh-CN"/>
        </w:rPr>
        <w:t>经络流经的叫做水域</w:t>
      </w:r>
      <w:r w:rsidR="00F90DA1" w:rsidRPr="00E66D29">
        <w:rPr>
          <w:rFonts w:eastAsia="宋体" w:hint="eastAsia"/>
          <w:b/>
          <w:bCs/>
          <w:sz w:val="28"/>
          <w:szCs w:val="28"/>
          <w:lang w:eastAsia="zh-CN"/>
        </w:rPr>
        <w:t>，流域。</w:t>
      </w:r>
      <w:r w:rsidRPr="00E66D29">
        <w:rPr>
          <w:rFonts w:eastAsia="宋体"/>
          <w:b/>
          <w:bCs/>
          <w:sz w:val="28"/>
          <w:szCs w:val="28"/>
          <w:lang w:eastAsia="zh-CN"/>
        </w:rPr>
        <w:t>在身体上叫皮部。什么叫皮部？你看从这儿分界，这个在一块儿，到这一块皮撕</w:t>
      </w:r>
      <w:r w:rsidRPr="00E66D29">
        <w:rPr>
          <w:rFonts w:eastAsia="宋体"/>
          <w:b/>
          <w:bCs/>
          <w:sz w:val="28"/>
          <w:szCs w:val="28"/>
          <w:lang w:eastAsia="zh-CN"/>
        </w:rPr>
        <w:lastRenderedPageBreak/>
        <w:t>开</w:t>
      </w:r>
      <w:r w:rsidR="0039624E" w:rsidRPr="00E66D29">
        <w:rPr>
          <w:rFonts w:eastAsia="宋体" w:hint="eastAsia"/>
          <w:b/>
          <w:bCs/>
          <w:sz w:val="28"/>
          <w:szCs w:val="28"/>
          <w:lang w:eastAsia="zh-CN"/>
        </w:rPr>
        <w:t>，</w:t>
      </w:r>
      <w:r w:rsidRPr="00E66D29">
        <w:rPr>
          <w:rFonts w:eastAsia="宋体"/>
          <w:b/>
          <w:bCs/>
          <w:sz w:val="28"/>
          <w:szCs w:val="28"/>
          <w:lang w:eastAsia="zh-CN"/>
        </w:rPr>
        <w:t>这一块皮</w:t>
      </w:r>
      <w:proofErr w:type="gramStart"/>
      <w:r w:rsidRPr="00E66D29">
        <w:rPr>
          <w:rFonts w:eastAsia="宋体"/>
          <w:b/>
          <w:bCs/>
          <w:sz w:val="28"/>
          <w:szCs w:val="28"/>
          <w:lang w:eastAsia="zh-CN"/>
        </w:rPr>
        <w:t>都归足少</w:t>
      </w:r>
      <w:proofErr w:type="gramEnd"/>
      <w:r w:rsidRPr="00E66D29">
        <w:rPr>
          <w:rFonts w:eastAsia="宋体"/>
          <w:b/>
          <w:bCs/>
          <w:sz w:val="28"/>
          <w:szCs w:val="28"/>
          <w:lang w:eastAsia="zh-CN"/>
        </w:rPr>
        <w:t>阳胆经管理，它有明显的交界，这里面就是胃经</w:t>
      </w:r>
      <w:r w:rsidR="0039624E" w:rsidRPr="00E66D29">
        <w:rPr>
          <w:rFonts w:eastAsia="宋体" w:hint="eastAsia"/>
          <w:b/>
          <w:bCs/>
          <w:sz w:val="28"/>
          <w:szCs w:val="28"/>
          <w:lang w:eastAsia="zh-CN"/>
        </w:rPr>
        <w:t>，</w:t>
      </w:r>
      <w:r w:rsidRPr="00E66D29">
        <w:rPr>
          <w:rFonts w:eastAsia="宋体"/>
          <w:b/>
          <w:bCs/>
          <w:sz w:val="28"/>
          <w:szCs w:val="28"/>
          <w:lang w:eastAsia="zh-CN"/>
        </w:rPr>
        <w:t>交界这边就是胆经</w:t>
      </w:r>
      <w:r w:rsidR="0039624E" w:rsidRPr="00E66D29">
        <w:rPr>
          <w:rFonts w:eastAsia="宋体" w:hint="eastAsia"/>
          <w:b/>
          <w:bCs/>
          <w:sz w:val="28"/>
          <w:szCs w:val="28"/>
          <w:lang w:eastAsia="zh-CN"/>
        </w:rPr>
        <w:t>，</w:t>
      </w:r>
      <w:r w:rsidRPr="00E66D29">
        <w:rPr>
          <w:rFonts w:eastAsia="宋体"/>
          <w:b/>
          <w:bCs/>
          <w:sz w:val="28"/>
          <w:szCs w:val="28"/>
          <w:lang w:eastAsia="zh-CN"/>
        </w:rPr>
        <w:t>泾渭分明</w:t>
      </w:r>
      <w:r w:rsidR="0039624E" w:rsidRPr="00E66D29">
        <w:rPr>
          <w:rFonts w:eastAsia="宋体" w:hint="eastAsia"/>
          <w:b/>
          <w:bCs/>
          <w:sz w:val="28"/>
          <w:szCs w:val="28"/>
          <w:lang w:eastAsia="zh-CN"/>
        </w:rPr>
        <w:t>。</w:t>
      </w:r>
      <w:r w:rsidRPr="00E66D29">
        <w:rPr>
          <w:rFonts w:eastAsia="宋体"/>
          <w:b/>
          <w:bCs/>
          <w:sz w:val="28"/>
          <w:szCs w:val="28"/>
          <w:lang w:eastAsia="zh-CN"/>
        </w:rPr>
        <w:t>这叫皮部</w:t>
      </w:r>
      <w:r w:rsidR="00EF2825" w:rsidRPr="00E66D29">
        <w:rPr>
          <w:rFonts w:eastAsia="宋体" w:hint="eastAsia"/>
          <w:b/>
          <w:bCs/>
          <w:sz w:val="28"/>
          <w:szCs w:val="28"/>
          <w:lang w:eastAsia="zh-CN"/>
        </w:rPr>
        <w:t>，</w:t>
      </w:r>
      <w:r w:rsidRPr="00E66D29">
        <w:rPr>
          <w:rFonts w:eastAsia="宋体"/>
          <w:b/>
          <w:bCs/>
          <w:sz w:val="28"/>
          <w:szCs w:val="28"/>
          <w:lang w:eastAsia="zh-CN"/>
        </w:rPr>
        <w:t>所有的这个地方，这不是穴位，都叫足</w:t>
      </w:r>
      <w:proofErr w:type="gramStart"/>
      <w:r w:rsidRPr="00E66D29">
        <w:rPr>
          <w:rFonts w:eastAsia="宋体"/>
          <w:b/>
          <w:bCs/>
          <w:sz w:val="28"/>
          <w:szCs w:val="28"/>
          <w:lang w:eastAsia="zh-CN"/>
        </w:rPr>
        <w:t>少阳皮部</w:t>
      </w:r>
      <w:proofErr w:type="gramEnd"/>
      <w:r w:rsidR="00EF2825" w:rsidRPr="00E66D29">
        <w:rPr>
          <w:rFonts w:eastAsia="宋体" w:hint="eastAsia"/>
          <w:b/>
          <w:bCs/>
          <w:sz w:val="28"/>
          <w:szCs w:val="28"/>
          <w:lang w:eastAsia="zh-CN"/>
        </w:rPr>
        <w:t>；</w:t>
      </w:r>
      <w:r w:rsidRPr="00E66D29">
        <w:rPr>
          <w:rFonts w:eastAsia="宋体"/>
          <w:b/>
          <w:bCs/>
          <w:sz w:val="28"/>
          <w:szCs w:val="28"/>
          <w:lang w:eastAsia="zh-CN"/>
        </w:rPr>
        <w:t>这边这个皮，到</w:t>
      </w:r>
      <w:proofErr w:type="gramStart"/>
      <w:r w:rsidRPr="00E66D29">
        <w:rPr>
          <w:rFonts w:eastAsia="宋体"/>
          <w:b/>
          <w:bCs/>
          <w:sz w:val="28"/>
          <w:szCs w:val="28"/>
          <w:lang w:eastAsia="zh-CN"/>
        </w:rPr>
        <w:t>这儿这</w:t>
      </w:r>
      <w:proofErr w:type="gramEnd"/>
      <w:r w:rsidRPr="00E66D29">
        <w:rPr>
          <w:rFonts w:eastAsia="宋体"/>
          <w:b/>
          <w:bCs/>
          <w:sz w:val="28"/>
          <w:szCs w:val="28"/>
          <w:lang w:eastAsia="zh-CN"/>
        </w:rPr>
        <w:t>一块儿，包括一部分额上，这个皮谁管啊？阳明胃经</w:t>
      </w:r>
      <w:r w:rsidR="000555D5" w:rsidRPr="00E66D29">
        <w:rPr>
          <w:rFonts w:eastAsia="宋体" w:hint="eastAsia"/>
          <w:b/>
          <w:bCs/>
          <w:sz w:val="28"/>
          <w:szCs w:val="28"/>
          <w:lang w:eastAsia="zh-CN"/>
        </w:rPr>
        <w:t>皮</w:t>
      </w:r>
      <w:r w:rsidRPr="00E66D29">
        <w:rPr>
          <w:rFonts w:eastAsia="宋体"/>
          <w:b/>
          <w:bCs/>
          <w:sz w:val="28"/>
          <w:szCs w:val="28"/>
          <w:lang w:eastAsia="zh-CN"/>
        </w:rPr>
        <w:t>部</w:t>
      </w:r>
      <w:r w:rsidR="000555D5" w:rsidRPr="00E66D29">
        <w:rPr>
          <w:rFonts w:eastAsia="宋体" w:hint="eastAsia"/>
          <w:b/>
          <w:bCs/>
          <w:sz w:val="28"/>
          <w:szCs w:val="28"/>
          <w:lang w:eastAsia="zh-CN"/>
        </w:rPr>
        <w:t>。</w:t>
      </w:r>
      <w:r w:rsidRPr="00E66D29">
        <w:rPr>
          <w:rFonts w:eastAsia="宋体"/>
          <w:b/>
          <w:bCs/>
          <w:sz w:val="28"/>
          <w:szCs w:val="28"/>
          <w:lang w:eastAsia="zh-CN"/>
        </w:rPr>
        <w:t>有时候它既在这儿也出现黄褐斑，又在这儿出现黄褐斑，两界交汇处都有黄褐斑</w:t>
      </w:r>
      <w:r w:rsidR="00EF2825" w:rsidRPr="00E66D29">
        <w:rPr>
          <w:rFonts w:eastAsia="宋体" w:hint="eastAsia"/>
          <w:b/>
          <w:bCs/>
          <w:sz w:val="28"/>
          <w:szCs w:val="28"/>
          <w:lang w:eastAsia="zh-CN"/>
        </w:rPr>
        <w:t>，</w:t>
      </w:r>
      <w:r w:rsidRPr="00E66D29">
        <w:rPr>
          <w:rFonts w:eastAsia="宋体"/>
          <w:b/>
          <w:bCs/>
          <w:sz w:val="28"/>
          <w:szCs w:val="28"/>
          <w:lang w:eastAsia="zh-CN"/>
        </w:rPr>
        <w:t>那谁管？叫做二阳合</w:t>
      </w:r>
      <w:r w:rsidR="009E7D17" w:rsidRPr="00E66D29">
        <w:rPr>
          <w:rFonts w:eastAsia="宋体" w:hint="eastAsia"/>
          <w:b/>
          <w:bCs/>
          <w:sz w:val="28"/>
          <w:szCs w:val="28"/>
          <w:lang w:eastAsia="zh-CN"/>
        </w:rPr>
        <w:t>病，</w:t>
      </w:r>
      <w:r w:rsidR="000555D5" w:rsidRPr="00E66D29">
        <w:rPr>
          <w:rFonts w:eastAsia="宋体" w:hint="eastAsia"/>
          <w:b/>
          <w:bCs/>
          <w:sz w:val="28"/>
          <w:szCs w:val="28"/>
          <w:lang w:eastAsia="zh-CN"/>
        </w:rPr>
        <w:t>《</w:t>
      </w:r>
      <w:r w:rsidRPr="00E66D29">
        <w:rPr>
          <w:rFonts w:eastAsia="宋体"/>
          <w:b/>
          <w:bCs/>
          <w:sz w:val="28"/>
          <w:szCs w:val="28"/>
          <w:lang w:eastAsia="zh-CN"/>
        </w:rPr>
        <w:t>伤寒论</w:t>
      </w:r>
      <w:r w:rsidR="000555D5" w:rsidRPr="00E66D29">
        <w:rPr>
          <w:rFonts w:eastAsia="宋体" w:hint="eastAsia"/>
          <w:b/>
          <w:bCs/>
          <w:sz w:val="28"/>
          <w:szCs w:val="28"/>
          <w:lang w:eastAsia="zh-CN"/>
        </w:rPr>
        <w:t>》</w:t>
      </w:r>
      <w:r w:rsidRPr="00E66D29">
        <w:rPr>
          <w:rFonts w:eastAsia="宋体"/>
          <w:b/>
          <w:bCs/>
          <w:sz w:val="28"/>
          <w:szCs w:val="28"/>
          <w:lang w:eastAsia="zh-CN"/>
        </w:rPr>
        <w:t>讲的，又叫二阳并病，这既有胆经的问题，也有胃经的问题。一般这个时候我们管这个病叫啥病，胆胃不和，胆病了，会影响胃</w:t>
      </w:r>
      <w:r w:rsidR="00AC7CD9" w:rsidRPr="00E66D29">
        <w:rPr>
          <w:rFonts w:eastAsia="宋体" w:hint="eastAsia"/>
          <w:b/>
          <w:bCs/>
          <w:sz w:val="28"/>
          <w:szCs w:val="28"/>
          <w:lang w:eastAsia="zh-CN"/>
        </w:rPr>
        <w:t>，</w:t>
      </w:r>
      <w:r w:rsidRPr="00E66D29">
        <w:rPr>
          <w:rFonts w:eastAsia="宋体"/>
          <w:b/>
          <w:bCs/>
          <w:sz w:val="28"/>
          <w:szCs w:val="28"/>
          <w:lang w:eastAsia="zh-CN"/>
        </w:rPr>
        <w:t>胃病</w:t>
      </w:r>
      <w:r w:rsidR="00AC7CD9" w:rsidRPr="00E66D29">
        <w:rPr>
          <w:rFonts w:eastAsia="宋体" w:hint="eastAsia"/>
          <w:b/>
          <w:bCs/>
          <w:sz w:val="28"/>
          <w:szCs w:val="28"/>
          <w:lang w:eastAsia="zh-CN"/>
        </w:rPr>
        <w:t>了</w:t>
      </w:r>
      <w:r w:rsidRPr="00E66D29">
        <w:rPr>
          <w:rFonts w:eastAsia="宋体"/>
          <w:b/>
          <w:bCs/>
          <w:sz w:val="28"/>
          <w:szCs w:val="28"/>
          <w:lang w:eastAsia="zh-CN"/>
        </w:rPr>
        <w:t>也会影响胆，我们把这种</w:t>
      </w:r>
      <w:proofErr w:type="gramStart"/>
      <w:r w:rsidRPr="00E66D29">
        <w:rPr>
          <w:rFonts w:eastAsia="宋体"/>
          <w:b/>
          <w:bCs/>
          <w:sz w:val="28"/>
          <w:szCs w:val="28"/>
          <w:lang w:eastAsia="zh-CN"/>
        </w:rPr>
        <w:t>病叫胆</w:t>
      </w:r>
      <w:proofErr w:type="gramEnd"/>
      <w:r w:rsidRPr="00E66D29">
        <w:rPr>
          <w:rFonts w:eastAsia="宋体"/>
          <w:b/>
          <w:bCs/>
          <w:sz w:val="28"/>
          <w:szCs w:val="28"/>
          <w:lang w:eastAsia="zh-CN"/>
        </w:rPr>
        <w:t>胃不和</w:t>
      </w:r>
      <w:r w:rsidR="00AC7CD9" w:rsidRPr="00E66D29">
        <w:rPr>
          <w:rFonts w:eastAsia="宋体" w:hint="eastAsia"/>
          <w:b/>
          <w:bCs/>
          <w:sz w:val="28"/>
          <w:szCs w:val="28"/>
          <w:lang w:eastAsia="zh-CN"/>
        </w:rPr>
        <w:t>。</w:t>
      </w:r>
    </w:p>
    <w:p w14:paraId="2F0E3234" w14:textId="77777777" w:rsidR="00E66D29" w:rsidRPr="00B12ADC" w:rsidRDefault="00C10987" w:rsidP="00A3569A">
      <w:pPr>
        <w:widowControl w:val="0"/>
        <w:adjustRightInd w:val="0"/>
        <w:snapToGrid w:val="0"/>
        <w:spacing w:after="0" w:line="360" w:lineRule="auto"/>
        <w:ind w:firstLineChars="200" w:firstLine="560"/>
        <w:rPr>
          <w:rFonts w:eastAsia="宋体"/>
          <w:b/>
          <w:bCs/>
          <w:sz w:val="28"/>
          <w:szCs w:val="28"/>
          <w:lang w:eastAsia="zh-CN"/>
        </w:rPr>
      </w:pPr>
      <w:r w:rsidRPr="00B12ADC">
        <w:rPr>
          <w:rFonts w:eastAsia="宋体" w:hint="eastAsia"/>
          <w:b/>
          <w:bCs/>
          <w:sz w:val="28"/>
          <w:szCs w:val="28"/>
          <w:lang w:eastAsia="zh-CN"/>
        </w:rPr>
        <w:t>今天咱们讲什么呀？</w:t>
      </w:r>
      <w:r w:rsidRPr="00B12ADC">
        <w:rPr>
          <w:rFonts w:eastAsia="宋体"/>
          <w:b/>
          <w:bCs/>
          <w:sz w:val="28"/>
          <w:szCs w:val="28"/>
          <w:lang w:eastAsia="zh-CN"/>
        </w:rPr>
        <w:t>讲五官讲嘴</w:t>
      </w:r>
      <w:r w:rsidR="00957C81" w:rsidRPr="00B12ADC">
        <w:rPr>
          <w:rFonts w:eastAsia="宋体" w:hint="eastAsia"/>
          <w:b/>
          <w:bCs/>
          <w:sz w:val="28"/>
          <w:szCs w:val="28"/>
          <w:lang w:eastAsia="zh-CN"/>
        </w:rPr>
        <w:t>。</w:t>
      </w:r>
      <w:r w:rsidRPr="00B12ADC">
        <w:rPr>
          <w:rFonts w:eastAsia="宋体"/>
          <w:b/>
          <w:bCs/>
          <w:sz w:val="28"/>
          <w:szCs w:val="28"/>
          <w:lang w:eastAsia="zh-CN"/>
        </w:rPr>
        <w:t>有</w:t>
      </w:r>
      <w:r w:rsidR="00957C81" w:rsidRPr="00B12ADC">
        <w:rPr>
          <w:rFonts w:eastAsia="宋体" w:hint="eastAsia"/>
          <w:b/>
          <w:bCs/>
          <w:sz w:val="28"/>
          <w:szCs w:val="28"/>
          <w:lang w:eastAsia="zh-CN"/>
        </w:rPr>
        <w:t>《</w:t>
      </w:r>
      <w:r w:rsidRPr="00B12ADC">
        <w:rPr>
          <w:rFonts w:eastAsia="宋体"/>
          <w:b/>
          <w:bCs/>
          <w:sz w:val="28"/>
          <w:szCs w:val="28"/>
          <w:lang w:eastAsia="zh-CN"/>
        </w:rPr>
        <w:t>麻衣神相</w:t>
      </w:r>
      <w:r w:rsidR="00957C81" w:rsidRPr="00B12ADC">
        <w:rPr>
          <w:rFonts w:eastAsia="宋体" w:hint="eastAsia"/>
          <w:b/>
          <w:bCs/>
          <w:sz w:val="28"/>
          <w:szCs w:val="28"/>
          <w:lang w:eastAsia="zh-CN"/>
        </w:rPr>
        <w:t>》</w:t>
      </w:r>
      <w:r w:rsidRPr="00B12ADC">
        <w:rPr>
          <w:rFonts w:eastAsia="宋体"/>
          <w:b/>
          <w:bCs/>
          <w:sz w:val="28"/>
          <w:szCs w:val="28"/>
          <w:lang w:eastAsia="zh-CN"/>
        </w:rPr>
        <w:t>，有</w:t>
      </w:r>
      <w:r w:rsidR="00957C81" w:rsidRPr="00B12ADC">
        <w:rPr>
          <w:rFonts w:eastAsia="宋体" w:hint="eastAsia"/>
          <w:b/>
          <w:bCs/>
          <w:sz w:val="28"/>
          <w:szCs w:val="28"/>
          <w:lang w:eastAsia="zh-CN"/>
        </w:rPr>
        <w:t>《</w:t>
      </w:r>
      <w:r w:rsidRPr="00B12ADC">
        <w:rPr>
          <w:rFonts w:eastAsia="宋体"/>
          <w:b/>
          <w:bCs/>
          <w:sz w:val="28"/>
          <w:szCs w:val="28"/>
          <w:lang w:eastAsia="zh-CN"/>
        </w:rPr>
        <w:t>布衣神相</w:t>
      </w:r>
      <w:r w:rsidR="00957C81" w:rsidRPr="00B12ADC">
        <w:rPr>
          <w:rFonts w:eastAsia="宋体" w:hint="eastAsia"/>
          <w:b/>
          <w:bCs/>
          <w:sz w:val="28"/>
          <w:szCs w:val="28"/>
          <w:lang w:eastAsia="zh-CN"/>
        </w:rPr>
        <w:t>》，</w:t>
      </w:r>
      <w:r w:rsidRPr="00B12ADC">
        <w:rPr>
          <w:rFonts w:eastAsia="宋体"/>
          <w:b/>
          <w:bCs/>
          <w:sz w:val="28"/>
          <w:szCs w:val="28"/>
          <w:lang w:eastAsia="zh-CN"/>
        </w:rPr>
        <w:t>有</w:t>
      </w:r>
      <w:r w:rsidR="00957C81" w:rsidRPr="00B12ADC">
        <w:rPr>
          <w:rFonts w:eastAsia="宋体" w:hint="eastAsia"/>
          <w:b/>
          <w:bCs/>
          <w:sz w:val="28"/>
          <w:szCs w:val="28"/>
          <w:lang w:eastAsia="zh-CN"/>
        </w:rPr>
        <w:t>《</w:t>
      </w:r>
      <w:r w:rsidRPr="00B12ADC">
        <w:rPr>
          <w:rFonts w:eastAsia="宋体"/>
          <w:b/>
          <w:bCs/>
          <w:sz w:val="28"/>
          <w:szCs w:val="28"/>
          <w:lang w:eastAsia="zh-CN"/>
        </w:rPr>
        <w:t>水镜集</w:t>
      </w:r>
      <w:r w:rsidR="00957C81" w:rsidRPr="00B12ADC">
        <w:rPr>
          <w:rFonts w:eastAsia="宋体" w:hint="eastAsia"/>
          <w:b/>
          <w:bCs/>
          <w:sz w:val="28"/>
          <w:szCs w:val="28"/>
          <w:lang w:eastAsia="zh-CN"/>
        </w:rPr>
        <w:t>》</w:t>
      </w:r>
      <w:r w:rsidRPr="00B12ADC">
        <w:rPr>
          <w:rFonts w:eastAsia="宋体"/>
          <w:b/>
          <w:bCs/>
          <w:sz w:val="28"/>
          <w:szCs w:val="28"/>
          <w:lang w:eastAsia="zh-CN"/>
        </w:rPr>
        <w:t>，你们都看过</w:t>
      </w:r>
      <w:r w:rsidR="00957C81" w:rsidRPr="00B12ADC">
        <w:rPr>
          <w:rFonts w:eastAsia="宋体" w:hint="eastAsia"/>
          <w:b/>
          <w:bCs/>
          <w:sz w:val="28"/>
          <w:szCs w:val="28"/>
          <w:lang w:eastAsia="zh-CN"/>
        </w:rPr>
        <w:t>吗</w:t>
      </w:r>
      <w:r w:rsidRPr="00B12ADC">
        <w:rPr>
          <w:rFonts w:eastAsia="宋体"/>
          <w:b/>
          <w:bCs/>
          <w:sz w:val="28"/>
          <w:szCs w:val="28"/>
          <w:lang w:eastAsia="zh-CN"/>
        </w:rPr>
        <w:t>？咱们原先讲过</w:t>
      </w:r>
      <w:r w:rsidR="00957C81" w:rsidRPr="00B12ADC">
        <w:rPr>
          <w:rFonts w:eastAsia="宋体" w:hint="eastAsia"/>
          <w:b/>
          <w:bCs/>
          <w:sz w:val="28"/>
          <w:szCs w:val="28"/>
          <w:lang w:eastAsia="zh-CN"/>
        </w:rPr>
        <w:t>《</w:t>
      </w:r>
      <w:r w:rsidRPr="00B12ADC">
        <w:rPr>
          <w:rFonts w:eastAsia="宋体"/>
          <w:b/>
          <w:bCs/>
          <w:sz w:val="28"/>
          <w:szCs w:val="28"/>
          <w:lang w:eastAsia="zh-CN"/>
        </w:rPr>
        <w:t>神异赋</w:t>
      </w:r>
      <w:r w:rsidR="00957C81" w:rsidRPr="00B12ADC">
        <w:rPr>
          <w:rFonts w:eastAsia="宋体" w:hint="eastAsia"/>
          <w:b/>
          <w:bCs/>
          <w:sz w:val="28"/>
          <w:szCs w:val="28"/>
          <w:lang w:eastAsia="zh-CN"/>
        </w:rPr>
        <w:t>》，</w:t>
      </w:r>
      <w:r w:rsidRPr="00B12ADC">
        <w:rPr>
          <w:rFonts w:eastAsia="宋体"/>
          <w:b/>
          <w:bCs/>
          <w:sz w:val="28"/>
          <w:szCs w:val="28"/>
          <w:lang w:eastAsia="zh-CN"/>
        </w:rPr>
        <w:t>听过吗？就</w:t>
      </w:r>
      <w:r w:rsidR="00957C81" w:rsidRPr="00B12ADC">
        <w:rPr>
          <w:rFonts w:eastAsia="宋体" w:hint="eastAsia"/>
          <w:b/>
          <w:bCs/>
          <w:sz w:val="28"/>
          <w:szCs w:val="28"/>
          <w:lang w:eastAsia="zh-CN"/>
        </w:rPr>
        <w:t>《</w:t>
      </w:r>
      <w:r w:rsidRPr="00B12ADC">
        <w:rPr>
          <w:rFonts w:eastAsia="宋体"/>
          <w:b/>
          <w:bCs/>
          <w:sz w:val="28"/>
          <w:szCs w:val="28"/>
          <w:lang w:eastAsia="zh-CN"/>
        </w:rPr>
        <w:t>麻衣神相</w:t>
      </w:r>
      <w:r w:rsidR="00957C81" w:rsidRPr="00B12ADC">
        <w:rPr>
          <w:rFonts w:eastAsia="宋体" w:hint="eastAsia"/>
          <w:b/>
          <w:bCs/>
          <w:sz w:val="28"/>
          <w:szCs w:val="28"/>
          <w:lang w:eastAsia="zh-CN"/>
        </w:rPr>
        <w:t>》</w:t>
      </w:r>
      <w:r w:rsidRPr="00B12ADC">
        <w:rPr>
          <w:rFonts w:eastAsia="宋体"/>
          <w:b/>
          <w:bCs/>
          <w:sz w:val="28"/>
          <w:szCs w:val="28"/>
          <w:lang w:eastAsia="zh-CN"/>
        </w:rPr>
        <w:t>里面有一个</w:t>
      </w:r>
      <w:r w:rsidR="008F2971" w:rsidRPr="00B12ADC">
        <w:rPr>
          <w:rFonts w:eastAsia="宋体" w:hint="eastAsia"/>
          <w:b/>
          <w:bCs/>
          <w:sz w:val="28"/>
          <w:szCs w:val="28"/>
          <w:lang w:eastAsia="zh-CN"/>
        </w:rPr>
        <w:t>赋</w:t>
      </w:r>
      <w:r w:rsidRPr="00B12ADC">
        <w:rPr>
          <w:rFonts w:eastAsia="宋体"/>
          <w:b/>
          <w:bCs/>
          <w:sz w:val="28"/>
          <w:szCs w:val="28"/>
          <w:lang w:eastAsia="zh-CN"/>
        </w:rPr>
        <w:t>，</w:t>
      </w:r>
      <w:r w:rsidR="008F2971" w:rsidRPr="00B12ADC">
        <w:rPr>
          <w:rFonts w:eastAsia="宋体" w:hint="eastAsia"/>
          <w:b/>
          <w:bCs/>
          <w:sz w:val="28"/>
          <w:szCs w:val="28"/>
          <w:lang w:eastAsia="zh-CN"/>
        </w:rPr>
        <w:t>据说</w:t>
      </w:r>
      <w:r w:rsidRPr="00B12ADC">
        <w:rPr>
          <w:rFonts w:eastAsia="宋体"/>
          <w:b/>
          <w:bCs/>
          <w:sz w:val="28"/>
          <w:szCs w:val="28"/>
          <w:lang w:eastAsia="zh-CN"/>
        </w:rPr>
        <w:t>是陈</w:t>
      </w:r>
      <w:proofErr w:type="gramStart"/>
      <w:r w:rsidRPr="00B12ADC">
        <w:rPr>
          <w:rFonts w:eastAsia="宋体"/>
          <w:b/>
          <w:bCs/>
          <w:sz w:val="28"/>
          <w:szCs w:val="28"/>
          <w:lang w:eastAsia="zh-CN"/>
        </w:rPr>
        <w:t>抟</w:t>
      </w:r>
      <w:proofErr w:type="gramEnd"/>
      <w:r w:rsidRPr="00B12ADC">
        <w:rPr>
          <w:rFonts w:eastAsia="宋体"/>
          <w:b/>
          <w:bCs/>
          <w:sz w:val="28"/>
          <w:szCs w:val="28"/>
          <w:lang w:eastAsia="zh-CN"/>
        </w:rPr>
        <w:t>老祖写的</w:t>
      </w:r>
      <w:r w:rsidR="008F2971" w:rsidRPr="00B12ADC">
        <w:rPr>
          <w:rFonts w:eastAsia="宋体" w:hint="eastAsia"/>
          <w:b/>
          <w:bCs/>
          <w:sz w:val="28"/>
          <w:szCs w:val="28"/>
          <w:lang w:eastAsia="zh-CN"/>
        </w:rPr>
        <w:t>，</w:t>
      </w:r>
      <w:r w:rsidRPr="00B12ADC">
        <w:rPr>
          <w:rFonts w:eastAsia="宋体"/>
          <w:b/>
          <w:bCs/>
          <w:sz w:val="28"/>
          <w:szCs w:val="28"/>
          <w:lang w:eastAsia="zh-CN"/>
        </w:rPr>
        <w:t>叫</w:t>
      </w:r>
      <w:r w:rsidR="00957C81" w:rsidRPr="00B12ADC">
        <w:rPr>
          <w:rFonts w:eastAsia="宋体" w:hint="eastAsia"/>
          <w:b/>
          <w:bCs/>
          <w:sz w:val="28"/>
          <w:szCs w:val="28"/>
          <w:lang w:eastAsia="zh-CN"/>
        </w:rPr>
        <w:t>《</w:t>
      </w:r>
      <w:r w:rsidRPr="00B12ADC">
        <w:rPr>
          <w:rFonts w:eastAsia="宋体"/>
          <w:b/>
          <w:bCs/>
          <w:sz w:val="28"/>
          <w:szCs w:val="28"/>
          <w:lang w:eastAsia="zh-CN"/>
        </w:rPr>
        <w:t>神异赋</w:t>
      </w:r>
      <w:r w:rsidR="00957C81" w:rsidRPr="00B12ADC">
        <w:rPr>
          <w:rFonts w:eastAsia="宋体" w:hint="eastAsia"/>
          <w:b/>
          <w:bCs/>
          <w:sz w:val="28"/>
          <w:szCs w:val="28"/>
          <w:lang w:eastAsia="zh-CN"/>
        </w:rPr>
        <w:t>》</w:t>
      </w:r>
      <w:r w:rsidR="008F2971" w:rsidRPr="00B12ADC">
        <w:rPr>
          <w:rFonts w:eastAsia="宋体" w:hint="eastAsia"/>
          <w:b/>
          <w:bCs/>
          <w:sz w:val="28"/>
          <w:szCs w:val="28"/>
          <w:lang w:eastAsia="zh-CN"/>
        </w:rPr>
        <w:t>。</w:t>
      </w:r>
      <w:proofErr w:type="gramStart"/>
      <w:r w:rsidRPr="00B12ADC">
        <w:rPr>
          <w:rFonts w:eastAsia="宋体"/>
          <w:b/>
          <w:bCs/>
          <w:sz w:val="28"/>
          <w:szCs w:val="28"/>
          <w:lang w:eastAsia="zh-CN"/>
        </w:rPr>
        <w:t>简单给</w:t>
      </w:r>
      <w:proofErr w:type="gramEnd"/>
      <w:r w:rsidRPr="00B12ADC">
        <w:rPr>
          <w:rFonts w:eastAsia="宋体"/>
          <w:b/>
          <w:bCs/>
          <w:sz w:val="28"/>
          <w:szCs w:val="28"/>
          <w:lang w:eastAsia="zh-CN"/>
        </w:rPr>
        <w:t>大家讲一下，按照得明健身的理论来看，我们知道人是一个整体，人既然是个整体，那么</w:t>
      </w:r>
      <w:r w:rsidR="002C3E3B" w:rsidRPr="00B12ADC">
        <w:rPr>
          <w:rFonts w:eastAsia="宋体" w:hint="eastAsia"/>
          <w:b/>
          <w:bCs/>
          <w:sz w:val="28"/>
          <w:szCs w:val="28"/>
          <w:lang w:eastAsia="zh-CN"/>
        </w:rPr>
        <w:t>《</w:t>
      </w:r>
      <w:r w:rsidRPr="00B12ADC">
        <w:rPr>
          <w:rFonts w:eastAsia="宋体"/>
          <w:b/>
          <w:bCs/>
          <w:sz w:val="28"/>
          <w:szCs w:val="28"/>
          <w:lang w:eastAsia="zh-CN"/>
        </w:rPr>
        <w:t>周易</w:t>
      </w:r>
      <w:r w:rsidR="002C3E3B" w:rsidRPr="00B12ADC">
        <w:rPr>
          <w:rFonts w:eastAsia="宋体" w:hint="eastAsia"/>
          <w:b/>
          <w:bCs/>
          <w:sz w:val="28"/>
          <w:szCs w:val="28"/>
          <w:lang w:eastAsia="zh-CN"/>
        </w:rPr>
        <w:t>》</w:t>
      </w:r>
      <w:r w:rsidRPr="00B12ADC">
        <w:rPr>
          <w:rFonts w:eastAsia="宋体"/>
          <w:b/>
          <w:bCs/>
          <w:sz w:val="28"/>
          <w:szCs w:val="28"/>
          <w:lang w:eastAsia="zh-CN"/>
        </w:rPr>
        <w:t>里面讲</w:t>
      </w:r>
      <w:r w:rsidR="002C3E3B" w:rsidRPr="00B12ADC">
        <w:rPr>
          <w:rFonts w:eastAsia="宋体" w:hint="eastAsia"/>
          <w:b/>
          <w:bCs/>
          <w:sz w:val="28"/>
          <w:szCs w:val="28"/>
          <w:lang w:eastAsia="zh-CN"/>
        </w:rPr>
        <w:t>，“</w:t>
      </w:r>
      <w:r w:rsidRPr="00B12ADC">
        <w:rPr>
          <w:rFonts w:eastAsia="宋体"/>
          <w:b/>
          <w:bCs/>
          <w:sz w:val="28"/>
          <w:szCs w:val="28"/>
          <w:lang w:eastAsia="zh-CN"/>
        </w:rPr>
        <w:t>在天</w:t>
      </w:r>
      <w:proofErr w:type="gramStart"/>
      <w:r w:rsidRPr="00B12ADC">
        <w:rPr>
          <w:rFonts w:eastAsia="宋体"/>
          <w:b/>
          <w:bCs/>
          <w:sz w:val="28"/>
          <w:szCs w:val="28"/>
          <w:lang w:eastAsia="zh-CN"/>
        </w:rPr>
        <w:t>成</w:t>
      </w:r>
      <w:r w:rsidR="00CC2841" w:rsidRPr="00B12ADC">
        <w:rPr>
          <w:rFonts w:eastAsia="宋体" w:hint="eastAsia"/>
          <w:b/>
          <w:bCs/>
          <w:sz w:val="28"/>
          <w:szCs w:val="28"/>
          <w:lang w:eastAsia="zh-CN"/>
        </w:rPr>
        <w:t>象</w:t>
      </w:r>
      <w:proofErr w:type="gramEnd"/>
      <w:r w:rsidR="002C3E3B" w:rsidRPr="00B12ADC">
        <w:rPr>
          <w:rFonts w:eastAsia="宋体" w:hint="eastAsia"/>
          <w:b/>
          <w:bCs/>
          <w:sz w:val="28"/>
          <w:szCs w:val="28"/>
          <w:lang w:eastAsia="zh-CN"/>
        </w:rPr>
        <w:t>，</w:t>
      </w:r>
      <w:r w:rsidRPr="00B12ADC">
        <w:rPr>
          <w:rFonts w:eastAsia="宋体"/>
          <w:b/>
          <w:bCs/>
          <w:sz w:val="28"/>
          <w:szCs w:val="28"/>
          <w:lang w:eastAsia="zh-CN"/>
        </w:rPr>
        <w:t>在地成形</w:t>
      </w:r>
      <w:r w:rsidR="002C3E3B" w:rsidRPr="00B12ADC">
        <w:rPr>
          <w:rFonts w:eastAsia="宋体" w:hint="eastAsia"/>
          <w:b/>
          <w:bCs/>
          <w:sz w:val="28"/>
          <w:szCs w:val="28"/>
          <w:lang w:eastAsia="zh-CN"/>
        </w:rPr>
        <w:t>，</w:t>
      </w:r>
      <w:r w:rsidRPr="00B12ADC">
        <w:rPr>
          <w:rFonts w:eastAsia="宋体"/>
          <w:b/>
          <w:bCs/>
          <w:sz w:val="28"/>
          <w:szCs w:val="28"/>
          <w:lang w:eastAsia="zh-CN"/>
        </w:rPr>
        <w:t>变化见矣</w:t>
      </w:r>
      <w:r w:rsidR="002C3E3B" w:rsidRPr="00B12ADC">
        <w:rPr>
          <w:rFonts w:eastAsia="宋体" w:hint="eastAsia"/>
          <w:b/>
          <w:bCs/>
          <w:sz w:val="28"/>
          <w:szCs w:val="28"/>
          <w:lang w:eastAsia="zh-CN"/>
        </w:rPr>
        <w:t>”</w:t>
      </w:r>
      <w:r w:rsidR="00A008F5" w:rsidRPr="00B12ADC">
        <w:rPr>
          <w:rFonts w:eastAsia="宋体" w:hint="eastAsia"/>
          <w:b/>
          <w:bCs/>
          <w:sz w:val="28"/>
          <w:szCs w:val="28"/>
          <w:lang w:eastAsia="zh-CN"/>
        </w:rPr>
        <w:t>，在天</w:t>
      </w:r>
      <w:proofErr w:type="gramStart"/>
      <w:r w:rsidR="00A008F5" w:rsidRPr="00B12ADC">
        <w:rPr>
          <w:rFonts w:eastAsia="宋体" w:hint="eastAsia"/>
          <w:b/>
          <w:bCs/>
          <w:sz w:val="28"/>
          <w:szCs w:val="28"/>
          <w:lang w:eastAsia="zh-CN"/>
        </w:rPr>
        <w:t>成象</w:t>
      </w:r>
      <w:proofErr w:type="gramEnd"/>
      <w:r w:rsidR="00A008F5" w:rsidRPr="00B12ADC">
        <w:rPr>
          <w:rFonts w:eastAsia="宋体" w:hint="eastAsia"/>
          <w:b/>
          <w:bCs/>
          <w:sz w:val="28"/>
          <w:szCs w:val="28"/>
          <w:lang w:eastAsia="zh-CN"/>
        </w:rPr>
        <w:t>，</w:t>
      </w:r>
      <w:r w:rsidRPr="00B12ADC">
        <w:rPr>
          <w:rFonts w:eastAsia="宋体"/>
          <w:b/>
          <w:bCs/>
          <w:sz w:val="28"/>
          <w:szCs w:val="28"/>
          <w:lang w:eastAsia="zh-CN"/>
        </w:rPr>
        <w:t>如果我们是一个小天地，哪部分是天</w:t>
      </w:r>
      <w:r w:rsidR="00A008F5" w:rsidRPr="00B12ADC">
        <w:rPr>
          <w:rFonts w:eastAsia="宋体" w:hint="eastAsia"/>
          <w:b/>
          <w:bCs/>
          <w:sz w:val="28"/>
          <w:szCs w:val="28"/>
          <w:lang w:eastAsia="zh-CN"/>
        </w:rPr>
        <w:t>？</w:t>
      </w:r>
      <w:r w:rsidRPr="00B12ADC">
        <w:rPr>
          <w:rFonts w:eastAsia="宋体"/>
          <w:b/>
          <w:bCs/>
          <w:sz w:val="28"/>
          <w:szCs w:val="28"/>
          <w:lang w:eastAsia="zh-CN"/>
        </w:rPr>
        <w:t>如果拿躯干来论，我们的胸是天，相对腹是地。如果按头上来算，我们的额头以上是天</w:t>
      </w:r>
      <w:r w:rsidR="00A008F5" w:rsidRPr="00B12ADC">
        <w:rPr>
          <w:rFonts w:eastAsia="宋体" w:hint="eastAsia"/>
          <w:b/>
          <w:bCs/>
          <w:sz w:val="28"/>
          <w:szCs w:val="28"/>
          <w:lang w:eastAsia="zh-CN"/>
        </w:rPr>
        <w:t>，</w:t>
      </w:r>
      <w:r w:rsidRPr="00B12ADC">
        <w:rPr>
          <w:rFonts w:eastAsia="宋体"/>
          <w:b/>
          <w:bCs/>
          <w:sz w:val="28"/>
          <w:szCs w:val="28"/>
          <w:lang w:eastAsia="zh-CN"/>
        </w:rPr>
        <w:t>嘴巴以下是地</w:t>
      </w:r>
      <w:r w:rsidR="00A008F5" w:rsidRPr="00B12ADC">
        <w:rPr>
          <w:rFonts w:eastAsia="宋体" w:hint="eastAsia"/>
          <w:b/>
          <w:bCs/>
          <w:sz w:val="28"/>
          <w:szCs w:val="28"/>
          <w:lang w:eastAsia="zh-CN"/>
        </w:rPr>
        <w:t>。</w:t>
      </w:r>
      <w:r w:rsidRPr="00B12ADC">
        <w:rPr>
          <w:rFonts w:eastAsia="宋体"/>
          <w:b/>
          <w:bCs/>
          <w:sz w:val="28"/>
          <w:szCs w:val="28"/>
          <w:lang w:eastAsia="zh-CN"/>
        </w:rPr>
        <w:t>如果头胸</w:t>
      </w:r>
      <w:r w:rsidR="000B1F35" w:rsidRPr="00B12ADC">
        <w:rPr>
          <w:rFonts w:eastAsia="宋体" w:hint="eastAsia"/>
          <w:b/>
          <w:bCs/>
          <w:sz w:val="28"/>
          <w:szCs w:val="28"/>
          <w:lang w:eastAsia="zh-CN"/>
        </w:rPr>
        <w:t>腹</w:t>
      </w:r>
      <w:r w:rsidRPr="00B12ADC">
        <w:rPr>
          <w:rFonts w:eastAsia="宋体"/>
          <w:b/>
          <w:bCs/>
          <w:sz w:val="28"/>
          <w:szCs w:val="28"/>
          <w:lang w:eastAsia="zh-CN"/>
        </w:rPr>
        <w:t>作为一个整体来说，我们的头是天</w:t>
      </w:r>
      <w:r w:rsidR="000B1F35" w:rsidRPr="00B12ADC">
        <w:rPr>
          <w:rFonts w:eastAsia="宋体" w:hint="eastAsia"/>
          <w:b/>
          <w:bCs/>
          <w:sz w:val="28"/>
          <w:szCs w:val="28"/>
          <w:lang w:eastAsia="zh-CN"/>
        </w:rPr>
        <w:t>，</w:t>
      </w:r>
      <w:r w:rsidRPr="00B12ADC">
        <w:rPr>
          <w:rFonts w:eastAsia="宋体"/>
          <w:b/>
          <w:bCs/>
          <w:sz w:val="28"/>
          <w:szCs w:val="28"/>
          <w:lang w:eastAsia="zh-CN"/>
        </w:rPr>
        <w:t>胸腹</w:t>
      </w:r>
      <w:r w:rsidR="000B1F35" w:rsidRPr="00B12ADC">
        <w:rPr>
          <w:rFonts w:eastAsia="宋体" w:hint="eastAsia"/>
          <w:b/>
          <w:bCs/>
          <w:sz w:val="28"/>
          <w:szCs w:val="28"/>
          <w:lang w:eastAsia="zh-CN"/>
        </w:rPr>
        <w:t>是地。</w:t>
      </w:r>
      <w:r w:rsidRPr="00B12ADC">
        <w:rPr>
          <w:rFonts w:eastAsia="宋体"/>
          <w:b/>
          <w:bCs/>
          <w:sz w:val="28"/>
          <w:szCs w:val="28"/>
          <w:lang w:eastAsia="zh-CN"/>
        </w:rPr>
        <w:t>那么我们基本是</w:t>
      </w:r>
      <w:r w:rsidR="000632C7" w:rsidRPr="00B12ADC">
        <w:rPr>
          <w:rFonts w:eastAsia="宋体" w:hint="eastAsia"/>
          <w:b/>
          <w:bCs/>
          <w:sz w:val="28"/>
          <w:szCs w:val="28"/>
          <w:lang w:eastAsia="zh-CN"/>
        </w:rPr>
        <w:t>“</w:t>
      </w:r>
      <w:r w:rsidR="000632C7" w:rsidRPr="00B12ADC">
        <w:rPr>
          <w:rFonts w:eastAsia="宋体"/>
          <w:b/>
          <w:bCs/>
          <w:sz w:val="28"/>
          <w:szCs w:val="28"/>
          <w:lang w:eastAsia="zh-CN"/>
        </w:rPr>
        <w:t>在天</w:t>
      </w:r>
      <w:proofErr w:type="gramStart"/>
      <w:r w:rsidR="000632C7" w:rsidRPr="00B12ADC">
        <w:rPr>
          <w:rFonts w:eastAsia="宋体"/>
          <w:b/>
          <w:bCs/>
          <w:sz w:val="28"/>
          <w:szCs w:val="28"/>
          <w:lang w:eastAsia="zh-CN"/>
        </w:rPr>
        <w:t>成</w:t>
      </w:r>
      <w:r w:rsidR="000632C7" w:rsidRPr="00B12ADC">
        <w:rPr>
          <w:rFonts w:eastAsia="宋体" w:hint="eastAsia"/>
          <w:b/>
          <w:bCs/>
          <w:sz w:val="28"/>
          <w:szCs w:val="28"/>
          <w:lang w:eastAsia="zh-CN"/>
        </w:rPr>
        <w:t>象</w:t>
      </w:r>
      <w:proofErr w:type="gramEnd"/>
      <w:r w:rsidR="000632C7" w:rsidRPr="00B12ADC">
        <w:rPr>
          <w:rFonts w:eastAsia="宋体" w:hint="eastAsia"/>
          <w:b/>
          <w:bCs/>
          <w:sz w:val="28"/>
          <w:szCs w:val="28"/>
          <w:lang w:eastAsia="zh-CN"/>
        </w:rPr>
        <w:t>，</w:t>
      </w:r>
      <w:r w:rsidR="000632C7" w:rsidRPr="00B12ADC">
        <w:rPr>
          <w:rFonts w:eastAsia="宋体"/>
          <w:b/>
          <w:bCs/>
          <w:sz w:val="28"/>
          <w:szCs w:val="28"/>
          <w:lang w:eastAsia="zh-CN"/>
        </w:rPr>
        <w:t>在地成形</w:t>
      </w:r>
      <w:r w:rsidR="000632C7" w:rsidRPr="00B12ADC">
        <w:rPr>
          <w:rFonts w:eastAsia="宋体" w:hint="eastAsia"/>
          <w:b/>
          <w:bCs/>
          <w:sz w:val="28"/>
          <w:szCs w:val="28"/>
          <w:lang w:eastAsia="zh-CN"/>
        </w:rPr>
        <w:t>”</w:t>
      </w:r>
      <w:r w:rsidR="00E66D29" w:rsidRPr="00B12ADC">
        <w:rPr>
          <w:rFonts w:eastAsia="宋体" w:hint="eastAsia"/>
          <w:b/>
          <w:bCs/>
          <w:sz w:val="28"/>
          <w:szCs w:val="28"/>
          <w:lang w:eastAsia="zh-CN"/>
        </w:rPr>
        <w:t>。</w:t>
      </w:r>
    </w:p>
    <w:p w14:paraId="233F03C5" w14:textId="77777777" w:rsidR="00B12ADC" w:rsidRPr="00B12ADC" w:rsidRDefault="00C10987" w:rsidP="00A3569A">
      <w:pPr>
        <w:widowControl w:val="0"/>
        <w:adjustRightInd w:val="0"/>
        <w:snapToGrid w:val="0"/>
        <w:spacing w:after="0" w:line="360" w:lineRule="auto"/>
        <w:ind w:firstLineChars="200" w:firstLine="560"/>
        <w:rPr>
          <w:rFonts w:eastAsia="宋体"/>
          <w:b/>
          <w:bCs/>
          <w:sz w:val="28"/>
          <w:szCs w:val="28"/>
          <w:lang w:eastAsia="zh-CN"/>
        </w:rPr>
      </w:pPr>
      <w:r w:rsidRPr="00B12ADC">
        <w:rPr>
          <w:rFonts w:eastAsia="宋体"/>
          <w:b/>
          <w:bCs/>
          <w:sz w:val="28"/>
          <w:szCs w:val="28"/>
          <w:lang w:eastAsia="zh-CN"/>
        </w:rPr>
        <w:t>古人讲</w:t>
      </w:r>
      <w:r w:rsidR="000632C7" w:rsidRPr="00B12ADC">
        <w:rPr>
          <w:rFonts w:eastAsia="宋体" w:hint="eastAsia"/>
          <w:b/>
          <w:bCs/>
          <w:sz w:val="28"/>
          <w:szCs w:val="28"/>
          <w:lang w:eastAsia="zh-CN"/>
        </w:rPr>
        <w:t>“</w:t>
      </w:r>
      <w:r w:rsidRPr="00B12ADC">
        <w:rPr>
          <w:rFonts w:eastAsia="宋体"/>
          <w:b/>
          <w:bCs/>
          <w:sz w:val="28"/>
          <w:szCs w:val="28"/>
          <w:lang w:eastAsia="zh-CN"/>
        </w:rPr>
        <w:t>天人感应</w:t>
      </w:r>
      <w:r w:rsidR="000632C7" w:rsidRPr="00B12ADC">
        <w:rPr>
          <w:rFonts w:eastAsia="宋体" w:hint="eastAsia"/>
          <w:b/>
          <w:bCs/>
          <w:sz w:val="28"/>
          <w:szCs w:val="28"/>
          <w:lang w:eastAsia="zh-CN"/>
        </w:rPr>
        <w:t>”</w:t>
      </w:r>
      <w:r w:rsidRPr="00B12ADC">
        <w:rPr>
          <w:rFonts w:eastAsia="宋体"/>
          <w:b/>
          <w:bCs/>
          <w:sz w:val="28"/>
          <w:szCs w:val="28"/>
          <w:lang w:eastAsia="zh-CN"/>
        </w:rPr>
        <w:t>，也叫</w:t>
      </w:r>
      <w:r w:rsidR="000632C7" w:rsidRPr="00B12ADC">
        <w:rPr>
          <w:rFonts w:eastAsia="宋体" w:hint="eastAsia"/>
          <w:b/>
          <w:bCs/>
          <w:sz w:val="28"/>
          <w:szCs w:val="28"/>
          <w:lang w:eastAsia="zh-CN"/>
        </w:rPr>
        <w:t>“</w:t>
      </w:r>
      <w:r w:rsidRPr="00B12ADC">
        <w:rPr>
          <w:rFonts w:eastAsia="宋体"/>
          <w:b/>
          <w:bCs/>
          <w:sz w:val="28"/>
          <w:szCs w:val="28"/>
          <w:lang w:eastAsia="zh-CN"/>
        </w:rPr>
        <w:t>天地感应</w:t>
      </w:r>
      <w:r w:rsidR="000632C7" w:rsidRPr="00B12ADC">
        <w:rPr>
          <w:rFonts w:eastAsia="宋体" w:hint="eastAsia"/>
          <w:b/>
          <w:bCs/>
          <w:sz w:val="28"/>
          <w:szCs w:val="28"/>
          <w:lang w:eastAsia="zh-CN"/>
        </w:rPr>
        <w:t>”</w:t>
      </w:r>
      <w:r w:rsidRPr="00B12ADC">
        <w:rPr>
          <w:rFonts w:eastAsia="宋体"/>
          <w:b/>
          <w:bCs/>
          <w:sz w:val="28"/>
          <w:szCs w:val="28"/>
          <w:lang w:eastAsia="zh-CN"/>
        </w:rPr>
        <w:t>，就成立了</w:t>
      </w:r>
      <w:r w:rsidR="000632C7" w:rsidRPr="00B12ADC">
        <w:rPr>
          <w:rFonts w:eastAsia="宋体" w:hint="eastAsia"/>
          <w:b/>
          <w:bCs/>
          <w:sz w:val="28"/>
          <w:szCs w:val="28"/>
          <w:lang w:eastAsia="zh-CN"/>
        </w:rPr>
        <w:t>。为</w:t>
      </w:r>
      <w:r w:rsidRPr="00B12ADC">
        <w:rPr>
          <w:rFonts w:eastAsia="宋体"/>
          <w:b/>
          <w:bCs/>
          <w:sz w:val="28"/>
          <w:szCs w:val="28"/>
          <w:lang w:eastAsia="zh-CN"/>
        </w:rPr>
        <w:t>什么要这样说呀？</w:t>
      </w:r>
      <w:r w:rsidR="004D05FB" w:rsidRPr="00B12ADC">
        <w:rPr>
          <w:rFonts w:eastAsia="宋体" w:hint="eastAsia"/>
          <w:b/>
          <w:bCs/>
          <w:sz w:val="28"/>
          <w:szCs w:val="28"/>
          <w:lang w:eastAsia="zh-CN"/>
        </w:rPr>
        <w:t>因</w:t>
      </w:r>
      <w:r w:rsidRPr="00B12ADC">
        <w:rPr>
          <w:rFonts w:eastAsia="宋体"/>
          <w:b/>
          <w:bCs/>
          <w:sz w:val="28"/>
          <w:szCs w:val="28"/>
          <w:lang w:eastAsia="zh-CN"/>
        </w:rPr>
        <w:t>为整个世界都是一体</w:t>
      </w:r>
      <w:r w:rsidR="004D05FB" w:rsidRPr="00B12ADC">
        <w:rPr>
          <w:rFonts w:eastAsia="宋体" w:hint="eastAsia"/>
          <w:b/>
          <w:bCs/>
          <w:sz w:val="28"/>
          <w:szCs w:val="28"/>
          <w:lang w:eastAsia="zh-CN"/>
        </w:rPr>
        <w:t>。</w:t>
      </w:r>
      <w:r w:rsidRPr="00B12ADC">
        <w:rPr>
          <w:rFonts w:eastAsia="宋体"/>
          <w:b/>
          <w:bCs/>
          <w:sz w:val="28"/>
          <w:szCs w:val="28"/>
          <w:lang w:eastAsia="zh-CN"/>
        </w:rPr>
        <w:t>天上的一颗星星的变化都会</w:t>
      </w:r>
      <w:r w:rsidR="004D05FB" w:rsidRPr="00B12ADC">
        <w:rPr>
          <w:rFonts w:eastAsia="宋体" w:hint="eastAsia"/>
          <w:b/>
          <w:bCs/>
          <w:sz w:val="28"/>
          <w:szCs w:val="28"/>
          <w:lang w:eastAsia="zh-CN"/>
        </w:rPr>
        <w:t>应</w:t>
      </w:r>
      <w:r w:rsidRPr="00B12ADC">
        <w:rPr>
          <w:rFonts w:eastAsia="宋体"/>
          <w:b/>
          <w:bCs/>
          <w:sz w:val="28"/>
          <w:szCs w:val="28"/>
          <w:lang w:eastAsia="zh-CN"/>
        </w:rPr>
        <w:t>在人类的生产生活</w:t>
      </w:r>
      <w:r w:rsidR="004D05FB" w:rsidRPr="00B12ADC">
        <w:rPr>
          <w:rFonts w:eastAsia="宋体" w:hint="eastAsia"/>
          <w:b/>
          <w:bCs/>
          <w:sz w:val="28"/>
          <w:szCs w:val="28"/>
          <w:lang w:eastAsia="zh-CN"/>
        </w:rPr>
        <w:t>。</w:t>
      </w:r>
      <w:r w:rsidRPr="00B12ADC">
        <w:rPr>
          <w:rFonts w:eastAsia="宋体"/>
          <w:b/>
          <w:bCs/>
          <w:sz w:val="28"/>
          <w:szCs w:val="28"/>
          <w:lang w:eastAsia="zh-CN"/>
        </w:rPr>
        <w:t>天上任何一个摇动变化，它都会以辐射的形式或者感应的形式去影响地球人类的活动和地质变化</w:t>
      </w:r>
      <w:r w:rsidR="008223AD" w:rsidRPr="00B12ADC">
        <w:rPr>
          <w:rFonts w:eastAsia="宋体" w:hint="eastAsia"/>
          <w:b/>
          <w:bCs/>
          <w:sz w:val="28"/>
          <w:szCs w:val="28"/>
          <w:lang w:eastAsia="zh-CN"/>
        </w:rPr>
        <w:t>。</w:t>
      </w:r>
      <w:r w:rsidRPr="00B12ADC">
        <w:rPr>
          <w:rFonts w:eastAsia="宋体"/>
          <w:b/>
          <w:bCs/>
          <w:sz w:val="28"/>
          <w:szCs w:val="28"/>
          <w:lang w:eastAsia="zh-CN"/>
        </w:rPr>
        <w:t>实际你就想天地之间也有经络</w:t>
      </w:r>
      <w:r w:rsidR="0078192F" w:rsidRPr="00B12ADC">
        <w:rPr>
          <w:rFonts w:eastAsia="宋体" w:hint="eastAsia"/>
          <w:b/>
          <w:bCs/>
          <w:sz w:val="28"/>
          <w:szCs w:val="28"/>
          <w:lang w:eastAsia="zh-CN"/>
        </w:rPr>
        <w:t>。对应</w:t>
      </w:r>
      <w:r w:rsidRPr="00B12ADC">
        <w:rPr>
          <w:rFonts w:eastAsia="宋体"/>
          <w:b/>
          <w:bCs/>
          <w:sz w:val="28"/>
          <w:szCs w:val="28"/>
          <w:lang w:eastAsia="zh-CN"/>
        </w:rPr>
        <w:t>我们人来说，什么样的嘴巴最有福？</w:t>
      </w:r>
      <w:proofErr w:type="gramStart"/>
      <w:r w:rsidRPr="00B12ADC">
        <w:rPr>
          <w:rFonts w:eastAsia="宋体"/>
          <w:b/>
          <w:bCs/>
          <w:sz w:val="28"/>
          <w:szCs w:val="28"/>
          <w:lang w:eastAsia="zh-CN"/>
        </w:rPr>
        <w:t>嘴代表</w:t>
      </w:r>
      <w:proofErr w:type="gramEnd"/>
      <w:r w:rsidRPr="00B12ADC">
        <w:rPr>
          <w:rFonts w:eastAsia="宋体"/>
          <w:b/>
          <w:bCs/>
          <w:sz w:val="28"/>
          <w:szCs w:val="28"/>
          <w:lang w:eastAsia="zh-CN"/>
        </w:rPr>
        <w:t>地气</w:t>
      </w:r>
      <w:r w:rsidR="004717E7" w:rsidRPr="00B12ADC">
        <w:rPr>
          <w:rFonts w:eastAsia="宋体" w:hint="eastAsia"/>
          <w:b/>
          <w:bCs/>
          <w:sz w:val="28"/>
          <w:szCs w:val="28"/>
          <w:lang w:eastAsia="zh-CN"/>
        </w:rPr>
        <w:t>，</w:t>
      </w:r>
      <w:r w:rsidRPr="00B12ADC">
        <w:rPr>
          <w:rFonts w:eastAsia="宋体"/>
          <w:b/>
          <w:bCs/>
          <w:sz w:val="28"/>
          <w:szCs w:val="28"/>
          <w:lang w:eastAsia="zh-CN"/>
        </w:rPr>
        <w:t>地气代表什么呢？代表滋养</w:t>
      </w:r>
      <w:r w:rsidR="004717E7" w:rsidRPr="00B12ADC">
        <w:rPr>
          <w:rFonts w:eastAsia="宋体" w:hint="eastAsia"/>
          <w:b/>
          <w:bCs/>
          <w:sz w:val="28"/>
          <w:szCs w:val="28"/>
          <w:lang w:eastAsia="zh-CN"/>
        </w:rPr>
        <w:t>，</w:t>
      </w:r>
      <w:r w:rsidRPr="00B12ADC">
        <w:rPr>
          <w:rFonts w:eastAsia="宋体"/>
          <w:b/>
          <w:bCs/>
          <w:sz w:val="28"/>
          <w:szCs w:val="28"/>
          <w:lang w:eastAsia="zh-CN"/>
        </w:rPr>
        <w:t>代表承受</w:t>
      </w:r>
      <w:r w:rsidR="004717E7" w:rsidRPr="00B12ADC">
        <w:rPr>
          <w:rFonts w:eastAsia="宋体" w:hint="eastAsia"/>
          <w:b/>
          <w:bCs/>
          <w:sz w:val="28"/>
          <w:szCs w:val="28"/>
          <w:lang w:eastAsia="zh-CN"/>
        </w:rPr>
        <w:t>。</w:t>
      </w:r>
      <w:r w:rsidRPr="00B12ADC">
        <w:rPr>
          <w:rFonts w:eastAsia="宋体"/>
          <w:b/>
          <w:bCs/>
          <w:sz w:val="28"/>
          <w:szCs w:val="28"/>
          <w:lang w:eastAsia="zh-CN"/>
        </w:rPr>
        <w:t>天代表什么呢？代表</w:t>
      </w:r>
      <w:r w:rsidR="00107C43" w:rsidRPr="00B12ADC">
        <w:rPr>
          <w:rFonts w:eastAsia="宋体" w:hint="eastAsia"/>
          <w:b/>
          <w:bCs/>
          <w:sz w:val="28"/>
          <w:szCs w:val="28"/>
          <w:lang w:eastAsia="zh-CN"/>
        </w:rPr>
        <w:t>健</w:t>
      </w:r>
      <w:r w:rsidRPr="00B12ADC">
        <w:rPr>
          <w:rFonts w:eastAsia="宋体"/>
          <w:b/>
          <w:bCs/>
          <w:sz w:val="28"/>
          <w:szCs w:val="28"/>
          <w:lang w:eastAsia="zh-CN"/>
        </w:rPr>
        <w:t>运</w:t>
      </w:r>
      <w:r w:rsidR="00107C43" w:rsidRPr="00B12ADC">
        <w:rPr>
          <w:rFonts w:eastAsia="宋体" w:hint="eastAsia"/>
          <w:b/>
          <w:bCs/>
          <w:sz w:val="28"/>
          <w:szCs w:val="28"/>
          <w:lang w:eastAsia="zh-CN"/>
        </w:rPr>
        <w:t>，</w:t>
      </w:r>
      <w:r w:rsidRPr="00B12ADC">
        <w:rPr>
          <w:rFonts w:eastAsia="宋体"/>
          <w:b/>
          <w:bCs/>
          <w:sz w:val="28"/>
          <w:szCs w:val="28"/>
          <w:lang w:eastAsia="zh-CN"/>
        </w:rPr>
        <w:t>代</w:t>
      </w:r>
      <w:r w:rsidRPr="00B12ADC">
        <w:rPr>
          <w:rFonts w:eastAsia="宋体"/>
          <w:b/>
          <w:bCs/>
          <w:sz w:val="28"/>
          <w:szCs w:val="28"/>
          <w:lang w:eastAsia="zh-CN"/>
        </w:rPr>
        <w:lastRenderedPageBreak/>
        <w:t>表青青</w:t>
      </w:r>
      <w:r w:rsidR="00107C43" w:rsidRPr="00B12ADC">
        <w:rPr>
          <w:rFonts w:eastAsia="宋体" w:hint="eastAsia"/>
          <w:b/>
          <w:bCs/>
          <w:sz w:val="28"/>
          <w:szCs w:val="28"/>
          <w:lang w:eastAsia="zh-CN"/>
        </w:rPr>
        <w:t>，</w:t>
      </w:r>
      <w:r w:rsidRPr="00B12ADC">
        <w:rPr>
          <w:rFonts w:eastAsia="宋体"/>
          <w:b/>
          <w:bCs/>
          <w:sz w:val="28"/>
          <w:szCs w:val="28"/>
          <w:lang w:eastAsia="zh-CN"/>
        </w:rPr>
        <w:t>代表尊贵。上面代表性</w:t>
      </w:r>
      <w:r w:rsidR="002E494C" w:rsidRPr="00B12ADC">
        <w:rPr>
          <w:rFonts w:eastAsia="宋体" w:hint="eastAsia"/>
          <w:b/>
          <w:bCs/>
          <w:sz w:val="28"/>
          <w:szCs w:val="28"/>
          <w:lang w:eastAsia="zh-CN"/>
        </w:rPr>
        <w:t>，</w:t>
      </w:r>
      <w:r w:rsidRPr="00B12ADC">
        <w:rPr>
          <w:rFonts w:eastAsia="宋体"/>
          <w:b/>
          <w:bCs/>
          <w:sz w:val="28"/>
          <w:szCs w:val="28"/>
          <w:lang w:eastAsia="zh-CN"/>
        </w:rPr>
        <w:t>下面代表命</w:t>
      </w:r>
      <w:r w:rsidR="002E494C" w:rsidRPr="00B12ADC">
        <w:rPr>
          <w:rFonts w:eastAsia="宋体" w:hint="eastAsia"/>
          <w:b/>
          <w:bCs/>
          <w:sz w:val="28"/>
          <w:szCs w:val="28"/>
          <w:lang w:eastAsia="zh-CN"/>
        </w:rPr>
        <w:t>，</w:t>
      </w:r>
      <w:r w:rsidRPr="00B12ADC">
        <w:rPr>
          <w:rFonts w:eastAsia="宋体"/>
          <w:b/>
          <w:bCs/>
          <w:sz w:val="28"/>
          <w:szCs w:val="28"/>
          <w:lang w:eastAsia="zh-CN"/>
        </w:rPr>
        <w:t>它就构成了一个整体的天地运行观</w:t>
      </w:r>
      <w:r w:rsidR="002E494C" w:rsidRPr="00B12ADC">
        <w:rPr>
          <w:rFonts w:eastAsia="宋体" w:hint="eastAsia"/>
          <w:b/>
          <w:bCs/>
          <w:sz w:val="28"/>
          <w:szCs w:val="28"/>
          <w:lang w:eastAsia="zh-CN"/>
        </w:rPr>
        <w:t>。</w:t>
      </w:r>
    </w:p>
    <w:p w14:paraId="30A3ED2D" w14:textId="77777777" w:rsidR="00B12ADC" w:rsidRPr="00B12ADC" w:rsidRDefault="00C10987" w:rsidP="00A3569A">
      <w:pPr>
        <w:widowControl w:val="0"/>
        <w:adjustRightInd w:val="0"/>
        <w:snapToGrid w:val="0"/>
        <w:spacing w:after="0" w:line="360" w:lineRule="auto"/>
        <w:ind w:firstLineChars="200" w:firstLine="560"/>
        <w:rPr>
          <w:rFonts w:eastAsia="宋体"/>
          <w:b/>
          <w:bCs/>
          <w:sz w:val="28"/>
          <w:szCs w:val="28"/>
          <w:lang w:eastAsia="zh-CN"/>
        </w:rPr>
      </w:pPr>
      <w:proofErr w:type="gramStart"/>
      <w:r w:rsidRPr="00B12ADC">
        <w:rPr>
          <w:rFonts w:eastAsia="宋体"/>
          <w:b/>
          <w:bCs/>
          <w:sz w:val="28"/>
          <w:szCs w:val="28"/>
          <w:lang w:eastAsia="zh-CN"/>
        </w:rPr>
        <w:t>嘴同时</w:t>
      </w:r>
      <w:proofErr w:type="gramEnd"/>
      <w:r w:rsidRPr="00B12ADC">
        <w:rPr>
          <w:rFonts w:eastAsia="宋体"/>
          <w:b/>
          <w:bCs/>
          <w:sz w:val="28"/>
          <w:szCs w:val="28"/>
          <w:lang w:eastAsia="zh-CN"/>
        </w:rPr>
        <w:t>又连着我们的消化道，</w:t>
      </w:r>
      <w:r w:rsidR="00264A78" w:rsidRPr="00B12ADC">
        <w:rPr>
          <w:rFonts w:eastAsia="宋体" w:hint="eastAsia"/>
          <w:b/>
          <w:bCs/>
          <w:sz w:val="28"/>
          <w:szCs w:val="28"/>
          <w:lang w:eastAsia="zh-CN"/>
        </w:rPr>
        <w:t>食管大小肠，</w:t>
      </w:r>
      <w:r w:rsidRPr="00B12ADC">
        <w:rPr>
          <w:rFonts w:eastAsia="宋体"/>
          <w:b/>
          <w:bCs/>
          <w:sz w:val="28"/>
          <w:szCs w:val="28"/>
          <w:lang w:eastAsia="zh-CN"/>
        </w:rPr>
        <w:t>那么它是我们消化管的上口，又代表什么呢？西方也是这样认为的，</w:t>
      </w:r>
      <w:r w:rsidR="00264A78" w:rsidRPr="00B12ADC">
        <w:rPr>
          <w:rFonts w:eastAsia="宋体" w:hint="eastAsia"/>
          <w:b/>
          <w:bCs/>
          <w:sz w:val="28"/>
          <w:szCs w:val="28"/>
          <w:lang w:eastAsia="zh-CN"/>
        </w:rPr>
        <w:t>代表</w:t>
      </w:r>
      <w:r w:rsidRPr="00B12ADC">
        <w:rPr>
          <w:rFonts w:eastAsia="宋体"/>
          <w:b/>
          <w:bCs/>
          <w:sz w:val="28"/>
          <w:szCs w:val="28"/>
          <w:lang w:eastAsia="zh-CN"/>
        </w:rPr>
        <w:t>食欲，代表</w:t>
      </w:r>
      <w:r w:rsidR="00264A78" w:rsidRPr="00B12ADC">
        <w:rPr>
          <w:rFonts w:eastAsia="宋体" w:hint="eastAsia"/>
          <w:b/>
          <w:bCs/>
          <w:sz w:val="28"/>
          <w:szCs w:val="28"/>
          <w:lang w:eastAsia="zh-CN"/>
        </w:rPr>
        <w:t>攫取，甚至</w:t>
      </w:r>
      <w:r w:rsidRPr="00B12ADC">
        <w:rPr>
          <w:rFonts w:eastAsia="宋体"/>
          <w:b/>
          <w:bCs/>
          <w:sz w:val="28"/>
          <w:szCs w:val="28"/>
          <w:lang w:eastAsia="zh-CN"/>
        </w:rPr>
        <w:t>代表贪欲，代表欲望</w:t>
      </w:r>
      <w:r w:rsidR="00264A78" w:rsidRPr="00B12ADC">
        <w:rPr>
          <w:rFonts w:eastAsia="宋体" w:hint="eastAsia"/>
          <w:b/>
          <w:bCs/>
          <w:sz w:val="28"/>
          <w:szCs w:val="28"/>
          <w:lang w:eastAsia="zh-CN"/>
        </w:rPr>
        <w:t>，</w:t>
      </w:r>
      <w:r w:rsidRPr="00B12ADC">
        <w:rPr>
          <w:rFonts w:eastAsia="宋体"/>
          <w:b/>
          <w:bCs/>
          <w:sz w:val="28"/>
          <w:szCs w:val="28"/>
          <w:lang w:eastAsia="zh-CN"/>
        </w:rPr>
        <w:t>都是由嘴来完成</w:t>
      </w:r>
      <w:r w:rsidR="00264A78" w:rsidRPr="00B12ADC">
        <w:rPr>
          <w:rFonts w:eastAsia="宋体" w:hint="eastAsia"/>
          <w:b/>
          <w:bCs/>
          <w:sz w:val="28"/>
          <w:szCs w:val="28"/>
          <w:lang w:eastAsia="zh-CN"/>
        </w:rPr>
        <w:t>。</w:t>
      </w:r>
      <w:r w:rsidR="00CC5862" w:rsidRPr="00B12ADC">
        <w:rPr>
          <w:rFonts w:eastAsia="宋体" w:hint="eastAsia"/>
          <w:b/>
          <w:bCs/>
          <w:sz w:val="28"/>
          <w:szCs w:val="28"/>
          <w:lang w:eastAsia="zh-CN"/>
        </w:rPr>
        <w:t>你</w:t>
      </w:r>
      <w:r w:rsidRPr="00B12ADC">
        <w:rPr>
          <w:rFonts w:eastAsia="宋体"/>
          <w:b/>
          <w:bCs/>
          <w:sz w:val="28"/>
          <w:szCs w:val="28"/>
          <w:lang w:eastAsia="zh-CN"/>
        </w:rPr>
        <w:t>们要想有福</w:t>
      </w:r>
      <w:r w:rsidR="00CC5862" w:rsidRPr="00B12ADC">
        <w:rPr>
          <w:rFonts w:eastAsia="宋体" w:hint="eastAsia"/>
          <w:b/>
          <w:bCs/>
          <w:sz w:val="28"/>
          <w:szCs w:val="28"/>
          <w:lang w:eastAsia="zh-CN"/>
        </w:rPr>
        <w:t>，</w:t>
      </w:r>
      <w:r w:rsidRPr="00B12ADC">
        <w:rPr>
          <w:rFonts w:eastAsia="宋体"/>
          <w:b/>
          <w:bCs/>
          <w:sz w:val="28"/>
          <w:szCs w:val="28"/>
          <w:lang w:eastAsia="zh-CN"/>
        </w:rPr>
        <w:t>这些俗的东西是不是得有啊</w:t>
      </w:r>
      <w:r w:rsidR="00CC5862" w:rsidRPr="00B12ADC">
        <w:rPr>
          <w:rFonts w:eastAsia="宋体" w:hint="eastAsia"/>
          <w:b/>
          <w:bCs/>
          <w:sz w:val="28"/>
          <w:szCs w:val="28"/>
          <w:lang w:eastAsia="zh-CN"/>
        </w:rPr>
        <w:t>？</w:t>
      </w:r>
      <w:r w:rsidRPr="00B12ADC">
        <w:rPr>
          <w:rFonts w:eastAsia="宋体"/>
          <w:b/>
          <w:bCs/>
          <w:sz w:val="28"/>
          <w:szCs w:val="28"/>
          <w:lang w:eastAsia="zh-CN"/>
        </w:rPr>
        <w:t>必须能说，能吃</w:t>
      </w:r>
      <w:r w:rsidR="00CC5862" w:rsidRPr="00B12ADC">
        <w:rPr>
          <w:rFonts w:eastAsia="宋体" w:hint="eastAsia"/>
          <w:b/>
          <w:bCs/>
          <w:sz w:val="28"/>
          <w:szCs w:val="28"/>
          <w:lang w:eastAsia="zh-CN"/>
        </w:rPr>
        <w:t>，</w:t>
      </w:r>
      <w:r w:rsidRPr="00B12ADC">
        <w:rPr>
          <w:rFonts w:eastAsia="宋体"/>
          <w:b/>
          <w:bCs/>
          <w:sz w:val="28"/>
          <w:szCs w:val="28"/>
          <w:lang w:eastAsia="zh-CN"/>
        </w:rPr>
        <w:t>能表达</w:t>
      </w:r>
      <w:r w:rsidR="00CC5862" w:rsidRPr="00B12ADC">
        <w:rPr>
          <w:rFonts w:eastAsia="宋体" w:hint="eastAsia"/>
          <w:b/>
          <w:bCs/>
          <w:sz w:val="28"/>
          <w:szCs w:val="28"/>
          <w:lang w:eastAsia="zh-CN"/>
        </w:rPr>
        <w:t>，能</w:t>
      </w:r>
      <w:r w:rsidRPr="00B12ADC">
        <w:rPr>
          <w:rFonts w:eastAsia="宋体"/>
          <w:b/>
          <w:bCs/>
          <w:sz w:val="28"/>
          <w:szCs w:val="28"/>
          <w:lang w:eastAsia="zh-CN"/>
        </w:rPr>
        <w:t>攫取</w:t>
      </w:r>
      <w:r w:rsidR="00CC5862" w:rsidRPr="00B12ADC">
        <w:rPr>
          <w:rFonts w:eastAsia="宋体" w:hint="eastAsia"/>
          <w:b/>
          <w:bCs/>
          <w:sz w:val="28"/>
          <w:szCs w:val="28"/>
          <w:lang w:eastAsia="zh-CN"/>
        </w:rPr>
        <w:t>，</w:t>
      </w:r>
      <w:r w:rsidRPr="00B12ADC">
        <w:rPr>
          <w:rFonts w:eastAsia="宋体"/>
          <w:b/>
          <w:bCs/>
          <w:sz w:val="28"/>
          <w:szCs w:val="28"/>
          <w:lang w:eastAsia="zh-CN"/>
        </w:rPr>
        <w:t>又代表生命力</w:t>
      </w:r>
      <w:r w:rsidR="00CC5862" w:rsidRPr="00B12ADC">
        <w:rPr>
          <w:rFonts w:eastAsia="宋体" w:hint="eastAsia"/>
          <w:b/>
          <w:bCs/>
          <w:sz w:val="28"/>
          <w:szCs w:val="28"/>
          <w:lang w:eastAsia="zh-CN"/>
        </w:rPr>
        <w:t>。</w:t>
      </w:r>
      <w:r w:rsidRPr="00B12ADC">
        <w:rPr>
          <w:rFonts w:eastAsia="宋体"/>
          <w:b/>
          <w:bCs/>
          <w:sz w:val="28"/>
          <w:szCs w:val="28"/>
          <w:lang w:eastAsia="zh-CN"/>
        </w:rPr>
        <w:t>你想想这些是不是都由嘴来完成的？你觉得这个古人说了，女人小嘴好看，你觉得对</w:t>
      </w:r>
      <w:r w:rsidR="0041158C" w:rsidRPr="00B12ADC">
        <w:rPr>
          <w:rFonts w:eastAsia="宋体" w:hint="eastAsia"/>
          <w:b/>
          <w:bCs/>
          <w:sz w:val="28"/>
          <w:szCs w:val="28"/>
          <w:lang w:eastAsia="zh-CN"/>
        </w:rPr>
        <w:t>吗？</w:t>
      </w:r>
      <w:r w:rsidRPr="00B12ADC">
        <w:rPr>
          <w:rFonts w:eastAsia="宋体"/>
          <w:b/>
          <w:bCs/>
          <w:sz w:val="28"/>
          <w:szCs w:val="28"/>
          <w:lang w:eastAsia="zh-CN"/>
        </w:rPr>
        <w:t>那是不是病态美</w:t>
      </w:r>
      <w:r w:rsidR="0061383B" w:rsidRPr="00B12ADC">
        <w:rPr>
          <w:rFonts w:eastAsia="宋体" w:hint="eastAsia"/>
          <w:b/>
          <w:bCs/>
          <w:sz w:val="28"/>
          <w:szCs w:val="28"/>
          <w:lang w:eastAsia="zh-CN"/>
        </w:rPr>
        <w:t>？</w:t>
      </w:r>
    </w:p>
    <w:p w14:paraId="643C66ED" w14:textId="77777777" w:rsidR="00B12ADC" w:rsidRPr="00B12ADC" w:rsidRDefault="00C10987" w:rsidP="00A3569A">
      <w:pPr>
        <w:widowControl w:val="0"/>
        <w:adjustRightInd w:val="0"/>
        <w:snapToGrid w:val="0"/>
        <w:spacing w:after="0" w:line="360" w:lineRule="auto"/>
        <w:ind w:firstLineChars="200" w:firstLine="560"/>
        <w:rPr>
          <w:rFonts w:eastAsia="宋体"/>
          <w:b/>
          <w:bCs/>
          <w:sz w:val="28"/>
          <w:szCs w:val="28"/>
          <w:lang w:eastAsia="zh-CN"/>
        </w:rPr>
      </w:pPr>
      <w:r w:rsidRPr="00B12ADC">
        <w:rPr>
          <w:rFonts w:eastAsia="宋体"/>
          <w:b/>
          <w:bCs/>
          <w:sz w:val="28"/>
          <w:szCs w:val="28"/>
          <w:lang w:eastAsia="zh-CN"/>
        </w:rPr>
        <w:t>比如舒淇那个大嘴，还有歌唱</w:t>
      </w:r>
      <w:r w:rsidR="0061383B" w:rsidRPr="00B12ADC">
        <w:rPr>
          <w:rFonts w:eastAsia="宋体" w:hint="eastAsia"/>
          <w:b/>
          <w:bCs/>
          <w:sz w:val="28"/>
          <w:szCs w:val="28"/>
          <w:lang w:eastAsia="zh-CN"/>
        </w:rPr>
        <w:t>家</w:t>
      </w:r>
      <w:r w:rsidRPr="00B12ADC">
        <w:rPr>
          <w:rFonts w:eastAsia="宋体"/>
          <w:b/>
          <w:bCs/>
          <w:sz w:val="28"/>
          <w:szCs w:val="28"/>
          <w:lang w:eastAsia="zh-CN"/>
        </w:rPr>
        <w:t>的大嘴，你为什么觉得他们好看呢？你会发现凡是嘴</w:t>
      </w:r>
      <w:r w:rsidR="00E469C8" w:rsidRPr="00B12ADC">
        <w:rPr>
          <w:rFonts w:eastAsia="宋体" w:hint="eastAsia"/>
          <w:b/>
          <w:bCs/>
          <w:sz w:val="28"/>
          <w:szCs w:val="28"/>
          <w:lang w:eastAsia="zh-CN"/>
        </w:rPr>
        <w:t>咧开</w:t>
      </w:r>
      <w:r w:rsidRPr="00B12ADC">
        <w:rPr>
          <w:rFonts w:eastAsia="宋体"/>
          <w:b/>
          <w:bCs/>
          <w:sz w:val="28"/>
          <w:szCs w:val="28"/>
          <w:lang w:eastAsia="zh-CN"/>
        </w:rPr>
        <w:t>的，总比不</w:t>
      </w:r>
      <w:r w:rsidR="00E469C8" w:rsidRPr="00B12ADC">
        <w:rPr>
          <w:rFonts w:eastAsia="宋体" w:hint="eastAsia"/>
          <w:b/>
          <w:bCs/>
          <w:sz w:val="28"/>
          <w:szCs w:val="28"/>
          <w:lang w:eastAsia="zh-CN"/>
        </w:rPr>
        <w:t>咧开</w:t>
      </w:r>
      <w:r w:rsidRPr="00B12ADC">
        <w:rPr>
          <w:rFonts w:eastAsia="宋体"/>
          <w:b/>
          <w:bCs/>
          <w:sz w:val="28"/>
          <w:szCs w:val="28"/>
          <w:lang w:eastAsia="zh-CN"/>
        </w:rPr>
        <w:t>的好看</w:t>
      </w:r>
      <w:r w:rsidR="00E469C8" w:rsidRPr="00B12ADC">
        <w:rPr>
          <w:rFonts w:eastAsia="宋体" w:hint="eastAsia"/>
          <w:b/>
          <w:bCs/>
          <w:sz w:val="28"/>
          <w:szCs w:val="28"/>
          <w:lang w:eastAsia="zh-CN"/>
        </w:rPr>
        <w:t>。</w:t>
      </w:r>
      <w:r w:rsidRPr="00B12ADC">
        <w:rPr>
          <w:rFonts w:eastAsia="宋体"/>
          <w:b/>
          <w:bCs/>
          <w:sz w:val="28"/>
          <w:szCs w:val="28"/>
          <w:lang w:eastAsia="zh-CN"/>
        </w:rPr>
        <w:t>所有名人</w:t>
      </w:r>
      <w:r w:rsidR="0026301B" w:rsidRPr="00B12ADC">
        <w:rPr>
          <w:rFonts w:eastAsia="宋体" w:hint="eastAsia"/>
          <w:b/>
          <w:bCs/>
          <w:sz w:val="28"/>
          <w:szCs w:val="28"/>
          <w:lang w:eastAsia="zh-CN"/>
        </w:rPr>
        <w:t>，</w:t>
      </w:r>
      <w:r w:rsidRPr="00B12ADC">
        <w:rPr>
          <w:rFonts w:eastAsia="宋体"/>
          <w:b/>
          <w:bCs/>
          <w:sz w:val="28"/>
          <w:szCs w:val="28"/>
          <w:lang w:eastAsia="zh-CN"/>
        </w:rPr>
        <w:t>歌星</w:t>
      </w:r>
      <w:r w:rsidR="0026301B" w:rsidRPr="00B12ADC">
        <w:rPr>
          <w:rFonts w:eastAsia="宋体" w:hint="eastAsia"/>
          <w:b/>
          <w:bCs/>
          <w:sz w:val="28"/>
          <w:szCs w:val="28"/>
          <w:lang w:eastAsia="zh-CN"/>
        </w:rPr>
        <w:t>，</w:t>
      </w:r>
      <w:r w:rsidRPr="00B12ADC">
        <w:rPr>
          <w:rFonts w:eastAsia="宋体"/>
          <w:b/>
          <w:bCs/>
          <w:sz w:val="28"/>
          <w:szCs w:val="28"/>
          <w:lang w:eastAsia="zh-CN"/>
        </w:rPr>
        <w:t>好看的，有福的，凡是能唱歌的，能跳舞的</w:t>
      </w:r>
      <w:r w:rsidR="0026301B" w:rsidRPr="00B12ADC">
        <w:rPr>
          <w:rFonts w:eastAsia="宋体" w:hint="eastAsia"/>
          <w:b/>
          <w:bCs/>
          <w:sz w:val="28"/>
          <w:szCs w:val="28"/>
          <w:lang w:eastAsia="zh-CN"/>
        </w:rPr>
        <w:t>，</w:t>
      </w:r>
      <w:r w:rsidRPr="00B12ADC">
        <w:rPr>
          <w:rFonts w:eastAsia="宋体"/>
          <w:b/>
          <w:bCs/>
          <w:sz w:val="28"/>
          <w:szCs w:val="28"/>
          <w:lang w:eastAsia="zh-CN"/>
        </w:rPr>
        <w:t>能折腾开的</w:t>
      </w:r>
      <w:r w:rsidR="0026301B" w:rsidRPr="00B12ADC">
        <w:rPr>
          <w:rFonts w:eastAsia="宋体" w:hint="eastAsia"/>
          <w:b/>
          <w:bCs/>
          <w:sz w:val="28"/>
          <w:szCs w:val="28"/>
          <w:lang w:eastAsia="zh-CN"/>
        </w:rPr>
        <w:t>，在</w:t>
      </w:r>
      <w:r w:rsidRPr="00B12ADC">
        <w:rPr>
          <w:rFonts w:eastAsia="宋体"/>
          <w:b/>
          <w:bCs/>
          <w:sz w:val="28"/>
          <w:szCs w:val="28"/>
          <w:lang w:eastAsia="zh-CN"/>
        </w:rPr>
        <w:t>社会上有一定</w:t>
      </w:r>
      <w:r w:rsidR="0026301B" w:rsidRPr="00B12ADC">
        <w:rPr>
          <w:rFonts w:eastAsia="宋体" w:hint="eastAsia"/>
          <w:b/>
          <w:bCs/>
          <w:sz w:val="28"/>
          <w:szCs w:val="28"/>
          <w:lang w:eastAsia="zh-CN"/>
        </w:rPr>
        <w:t>地位成就的</w:t>
      </w:r>
      <w:r w:rsidRPr="00B12ADC">
        <w:rPr>
          <w:rFonts w:eastAsia="宋体"/>
          <w:b/>
          <w:bCs/>
          <w:sz w:val="28"/>
          <w:szCs w:val="28"/>
          <w:lang w:eastAsia="zh-CN"/>
        </w:rPr>
        <w:t>，你会发现无一例外都是大</w:t>
      </w:r>
      <w:r w:rsidR="0026301B" w:rsidRPr="00B12ADC">
        <w:rPr>
          <w:rFonts w:eastAsia="宋体" w:hint="eastAsia"/>
          <w:b/>
          <w:bCs/>
          <w:sz w:val="28"/>
          <w:szCs w:val="28"/>
          <w:lang w:eastAsia="zh-CN"/>
        </w:rPr>
        <w:t>嘴。</w:t>
      </w:r>
      <w:proofErr w:type="gramStart"/>
      <w:r w:rsidR="009D0CCE" w:rsidRPr="00B12ADC">
        <w:rPr>
          <w:rFonts w:eastAsia="宋体" w:hint="eastAsia"/>
          <w:b/>
          <w:bCs/>
          <w:sz w:val="28"/>
          <w:szCs w:val="28"/>
          <w:lang w:eastAsia="zh-CN"/>
        </w:rPr>
        <w:t>抽巴</w:t>
      </w:r>
      <w:r w:rsidRPr="00B12ADC">
        <w:rPr>
          <w:rFonts w:eastAsia="宋体"/>
          <w:b/>
          <w:bCs/>
          <w:sz w:val="28"/>
          <w:szCs w:val="28"/>
          <w:lang w:eastAsia="zh-CN"/>
        </w:rPr>
        <w:t>的</w:t>
      </w:r>
      <w:proofErr w:type="gramEnd"/>
      <w:r w:rsidRPr="00B12ADC">
        <w:rPr>
          <w:rFonts w:eastAsia="宋体"/>
          <w:b/>
          <w:bCs/>
          <w:sz w:val="28"/>
          <w:szCs w:val="28"/>
          <w:lang w:eastAsia="zh-CN"/>
        </w:rPr>
        <w:t>一定不好，缩</w:t>
      </w:r>
      <w:r w:rsidR="009D0CCE" w:rsidRPr="00B12ADC">
        <w:rPr>
          <w:rFonts w:eastAsia="宋体" w:hint="eastAsia"/>
          <w:b/>
          <w:bCs/>
          <w:sz w:val="28"/>
          <w:szCs w:val="28"/>
          <w:lang w:eastAsia="zh-CN"/>
        </w:rPr>
        <w:t>缩</w:t>
      </w:r>
      <w:r w:rsidRPr="00B12ADC">
        <w:rPr>
          <w:rFonts w:eastAsia="宋体"/>
          <w:b/>
          <w:bCs/>
          <w:sz w:val="28"/>
          <w:szCs w:val="28"/>
          <w:lang w:eastAsia="zh-CN"/>
        </w:rPr>
        <w:t>的</w:t>
      </w:r>
      <w:r w:rsidR="009D0CCE" w:rsidRPr="00B12ADC">
        <w:rPr>
          <w:rFonts w:eastAsia="宋体" w:hint="eastAsia"/>
          <w:b/>
          <w:bCs/>
          <w:sz w:val="28"/>
          <w:szCs w:val="28"/>
          <w:lang w:eastAsia="zh-CN"/>
        </w:rPr>
        <w:t>，</w:t>
      </w:r>
      <w:r w:rsidRPr="00B12ADC">
        <w:rPr>
          <w:rFonts w:eastAsia="宋体"/>
          <w:b/>
          <w:bCs/>
          <w:sz w:val="28"/>
          <w:szCs w:val="28"/>
          <w:lang w:eastAsia="zh-CN"/>
        </w:rPr>
        <w:t>没有展开的，一定不好</w:t>
      </w:r>
      <w:r w:rsidR="009D0CCE" w:rsidRPr="00B12ADC">
        <w:rPr>
          <w:rFonts w:eastAsia="宋体" w:hint="eastAsia"/>
          <w:b/>
          <w:bCs/>
          <w:sz w:val="28"/>
          <w:szCs w:val="28"/>
          <w:lang w:eastAsia="zh-CN"/>
        </w:rPr>
        <w:t>。</w:t>
      </w:r>
      <w:r w:rsidRPr="00B12ADC">
        <w:rPr>
          <w:rFonts w:eastAsia="宋体"/>
          <w:b/>
          <w:bCs/>
          <w:sz w:val="28"/>
          <w:szCs w:val="28"/>
          <w:lang w:eastAsia="zh-CN"/>
        </w:rPr>
        <w:t>要说病态美，我不</w:t>
      </w:r>
      <w:r w:rsidR="009D4571" w:rsidRPr="00B12ADC">
        <w:rPr>
          <w:rFonts w:eastAsia="宋体" w:hint="eastAsia"/>
          <w:b/>
          <w:bCs/>
          <w:sz w:val="28"/>
          <w:szCs w:val="28"/>
          <w:lang w:eastAsia="zh-CN"/>
        </w:rPr>
        <w:t>跟</w:t>
      </w:r>
      <w:r w:rsidRPr="00B12ADC">
        <w:rPr>
          <w:rFonts w:eastAsia="宋体"/>
          <w:b/>
          <w:bCs/>
          <w:sz w:val="28"/>
          <w:szCs w:val="28"/>
          <w:lang w:eastAsia="zh-CN"/>
        </w:rPr>
        <w:t>你争了</w:t>
      </w:r>
      <w:r w:rsidR="009D4571" w:rsidRPr="00B12ADC">
        <w:rPr>
          <w:rFonts w:eastAsia="宋体" w:hint="eastAsia"/>
          <w:b/>
          <w:bCs/>
          <w:sz w:val="28"/>
          <w:szCs w:val="28"/>
          <w:lang w:eastAsia="zh-CN"/>
        </w:rPr>
        <w:t>，</w:t>
      </w:r>
      <w:r w:rsidRPr="00B12ADC">
        <w:rPr>
          <w:rFonts w:eastAsia="宋体"/>
          <w:b/>
          <w:bCs/>
          <w:sz w:val="28"/>
          <w:szCs w:val="28"/>
          <w:lang w:eastAsia="zh-CN"/>
        </w:rPr>
        <w:t>林黛玉病态美</w:t>
      </w:r>
      <w:r w:rsidR="009D4571" w:rsidRPr="00B12ADC">
        <w:rPr>
          <w:rFonts w:eastAsia="宋体" w:hint="eastAsia"/>
          <w:b/>
          <w:bCs/>
          <w:sz w:val="28"/>
          <w:szCs w:val="28"/>
          <w:lang w:eastAsia="zh-CN"/>
        </w:rPr>
        <w:t>。</w:t>
      </w:r>
      <w:r w:rsidRPr="00B12ADC">
        <w:rPr>
          <w:rFonts w:eastAsia="宋体"/>
          <w:b/>
          <w:bCs/>
          <w:sz w:val="28"/>
          <w:szCs w:val="28"/>
          <w:lang w:eastAsia="zh-CN"/>
        </w:rPr>
        <w:t>所有的功能必须完全展开</w:t>
      </w:r>
      <w:r w:rsidR="009D4571" w:rsidRPr="00B12ADC">
        <w:rPr>
          <w:rFonts w:eastAsia="宋体" w:hint="eastAsia"/>
          <w:b/>
          <w:bCs/>
          <w:sz w:val="28"/>
          <w:szCs w:val="28"/>
          <w:lang w:eastAsia="zh-CN"/>
        </w:rPr>
        <w:t>，</w:t>
      </w:r>
      <w:r w:rsidRPr="00B12ADC">
        <w:rPr>
          <w:rFonts w:eastAsia="宋体"/>
          <w:b/>
          <w:bCs/>
          <w:sz w:val="28"/>
          <w:szCs w:val="28"/>
          <w:lang w:eastAsia="zh-CN"/>
        </w:rPr>
        <w:t>展现出来</w:t>
      </w:r>
      <w:r w:rsidR="009D4571" w:rsidRPr="00B12ADC">
        <w:rPr>
          <w:rFonts w:eastAsia="宋体" w:hint="eastAsia"/>
          <w:b/>
          <w:bCs/>
          <w:sz w:val="28"/>
          <w:szCs w:val="28"/>
          <w:lang w:eastAsia="zh-CN"/>
        </w:rPr>
        <w:t>，</w:t>
      </w:r>
      <w:r w:rsidRPr="00B12ADC">
        <w:rPr>
          <w:rFonts w:eastAsia="宋体"/>
          <w:b/>
          <w:bCs/>
          <w:sz w:val="28"/>
          <w:szCs w:val="28"/>
          <w:lang w:eastAsia="zh-CN"/>
        </w:rPr>
        <w:t>能够完全使用</w:t>
      </w:r>
      <w:r w:rsidR="009D4571" w:rsidRPr="00B12ADC">
        <w:rPr>
          <w:rFonts w:eastAsia="宋体" w:hint="eastAsia"/>
          <w:b/>
          <w:bCs/>
          <w:sz w:val="28"/>
          <w:szCs w:val="28"/>
          <w:lang w:eastAsia="zh-CN"/>
        </w:rPr>
        <w:t>。</w:t>
      </w:r>
      <w:r w:rsidRPr="00B12ADC">
        <w:rPr>
          <w:rFonts w:eastAsia="宋体"/>
          <w:b/>
          <w:bCs/>
          <w:sz w:val="28"/>
          <w:szCs w:val="28"/>
          <w:lang w:eastAsia="zh-CN"/>
        </w:rPr>
        <w:t>所以说有福的前提</w:t>
      </w:r>
      <w:r w:rsidR="003003F7" w:rsidRPr="00B12ADC">
        <w:rPr>
          <w:rFonts w:eastAsia="宋体" w:hint="eastAsia"/>
          <w:b/>
          <w:bCs/>
          <w:sz w:val="28"/>
          <w:szCs w:val="28"/>
          <w:lang w:eastAsia="zh-CN"/>
        </w:rPr>
        <w:t>，</w:t>
      </w:r>
      <w:r w:rsidRPr="00B12ADC">
        <w:rPr>
          <w:rFonts w:eastAsia="宋体"/>
          <w:b/>
          <w:bCs/>
          <w:sz w:val="28"/>
          <w:szCs w:val="28"/>
          <w:lang w:eastAsia="zh-CN"/>
        </w:rPr>
        <w:t>第一条就</w:t>
      </w:r>
      <w:r w:rsidR="003003F7" w:rsidRPr="00B12ADC">
        <w:rPr>
          <w:rFonts w:eastAsia="宋体" w:hint="eastAsia"/>
          <w:b/>
          <w:bCs/>
          <w:sz w:val="28"/>
          <w:szCs w:val="28"/>
          <w:lang w:eastAsia="zh-CN"/>
        </w:rPr>
        <w:t>是</w:t>
      </w:r>
      <w:r w:rsidRPr="00B12ADC">
        <w:rPr>
          <w:rFonts w:eastAsia="宋体"/>
          <w:b/>
          <w:bCs/>
          <w:sz w:val="28"/>
          <w:szCs w:val="28"/>
          <w:lang w:eastAsia="zh-CN"/>
        </w:rPr>
        <w:t>嘴巴能够展开</w:t>
      </w:r>
      <w:r w:rsidR="003003F7" w:rsidRPr="00B12ADC">
        <w:rPr>
          <w:rFonts w:eastAsia="宋体" w:hint="eastAsia"/>
          <w:b/>
          <w:bCs/>
          <w:sz w:val="28"/>
          <w:szCs w:val="28"/>
          <w:lang w:eastAsia="zh-CN"/>
        </w:rPr>
        <w:t>。</w:t>
      </w:r>
      <w:r w:rsidRPr="00B12ADC">
        <w:rPr>
          <w:rFonts w:eastAsia="宋体"/>
          <w:b/>
          <w:bCs/>
          <w:sz w:val="28"/>
          <w:szCs w:val="28"/>
          <w:lang w:eastAsia="zh-CN"/>
        </w:rPr>
        <w:t>嘴功能，我们要能吃，能喝</w:t>
      </w:r>
      <w:r w:rsidR="00EC6BC4" w:rsidRPr="00B12ADC">
        <w:rPr>
          <w:rFonts w:eastAsia="宋体" w:hint="eastAsia"/>
          <w:b/>
          <w:bCs/>
          <w:sz w:val="28"/>
          <w:szCs w:val="28"/>
          <w:lang w:eastAsia="zh-CN"/>
        </w:rPr>
        <w:t>，</w:t>
      </w:r>
      <w:r w:rsidRPr="00B12ADC">
        <w:rPr>
          <w:rFonts w:eastAsia="宋体"/>
          <w:b/>
          <w:bCs/>
          <w:sz w:val="28"/>
          <w:szCs w:val="28"/>
          <w:lang w:eastAsia="zh-CN"/>
        </w:rPr>
        <w:t>胃要展开</w:t>
      </w:r>
      <w:r w:rsidR="00EC6BC4" w:rsidRPr="00B12ADC">
        <w:rPr>
          <w:rFonts w:eastAsia="宋体" w:hint="eastAsia"/>
          <w:b/>
          <w:bCs/>
          <w:sz w:val="28"/>
          <w:szCs w:val="28"/>
          <w:lang w:eastAsia="zh-CN"/>
        </w:rPr>
        <w:t>。</w:t>
      </w:r>
    </w:p>
    <w:p w14:paraId="0929C78A" w14:textId="77777777" w:rsidR="000C41B0" w:rsidRPr="000C41B0" w:rsidRDefault="00C10987" w:rsidP="00A3569A">
      <w:pPr>
        <w:widowControl w:val="0"/>
        <w:adjustRightInd w:val="0"/>
        <w:snapToGrid w:val="0"/>
        <w:spacing w:after="0" w:line="360" w:lineRule="auto"/>
        <w:ind w:firstLineChars="200" w:firstLine="560"/>
        <w:rPr>
          <w:rFonts w:eastAsia="宋体"/>
          <w:b/>
          <w:bCs/>
          <w:sz w:val="28"/>
          <w:szCs w:val="28"/>
          <w:lang w:eastAsia="zh-CN"/>
        </w:rPr>
      </w:pPr>
      <w:r w:rsidRPr="000C41B0">
        <w:rPr>
          <w:rFonts w:eastAsia="宋体"/>
          <w:b/>
          <w:bCs/>
          <w:sz w:val="28"/>
          <w:szCs w:val="28"/>
          <w:lang w:eastAsia="zh-CN"/>
        </w:rPr>
        <w:t>同样</w:t>
      </w:r>
      <w:r w:rsidR="00EC6BC4" w:rsidRPr="000C41B0">
        <w:rPr>
          <w:rFonts w:eastAsia="宋体" w:hint="eastAsia"/>
          <w:b/>
          <w:bCs/>
          <w:sz w:val="28"/>
          <w:szCs w:val="28"/>
          <w:lang w:eastAsia="zh-CN"/>
        </w:rPr>
        <w:t>，</w:t>
      </w:r>
      <w:r w:rsidRPr="000C41B0">
        <w:rPr>
          <w:rFonts w:eastAsia="宋体"/>
          <w:b/>
          <w:bCs/>
          <w:sz w:val="28"/>
          <w:szCs w:val="28"/>
          <w:lang w:eastAsia="zh-CN"/>
        </w:rPr>
        <w:t>我们刚才所说，你要想</w:t>
      </w:r>
      <w:r w:rsidR="00EC6BC4" w:rsidRPr="000C41B0">
        <w:rPr>
          <w:rFonts w:eastAsia="宋体" w:hint="eastAsia"/>
          <w:b/>
          <w:bCs/>
          <w:sz w:val="28"/>
          <w:szCs w:val="28"/>
          <w:lang w:eastAsia="zh-CN"/>
        </w:rPr>
        <w:t>有</w:t>
      </w:r>
      <w:r w:rsidRPr="000C41B0">
        <w:rPr>
          <w:rFonts w:eastAsia="宋体"/>
          <w:b/>
          <w:bCs/>
          <w:sz w:val="28"/>
          <w:szCs w:val="28"/>
          <w:lang w:eastAsia="zh-CN"/>
        </w:rPr>
        <w:t>福</w:t>
      </w:r>
      <w:r w:rsidR="00EC6BC4" w:rsidRPr="000C41B0">
        <w:rPr>
          <w:rFonts w:eastAsia="宋体" w:hint="eastAsia"/>
          <w:b/>
          <w:bCs/>
          <w:sz w:val="28"/>
          <w:szCs w:val="28"/>
          <w:lang w:eastAsia="zh-CN"/>
        </w:rPr>
        <w:t>，</w:t>
      </w:r>
      <w:r w:rsidRPr="000C41B0">
        <w:rPr>
          <w:rFonts w:eastAsia="宋体"/>
          <w:b/>
          <w:bCs/>
          <w:sz w:val="28"/>
          <w:szCs w:val="28"/>
          <w:lang w:eastAsia="zh-CN"/>
        </w:rPr>
        <w:t>表现出嘴的生命力，嘴必须展开</w:t>
      </w:r>
      <w:r w:rsidR="00EC6BC4" w:rsidRPr="000C41B0">
        <w:rPr>
          <w:rFonts w:eastAsia="宋体" w:hint="eastAsia"/>
          <w:b/>
          <w:bCs/>
          <w:sz w:val="28"/>
          <w:szCs w:val="28"/>
          <w:lang w:eastAsia="zh-CN"/>
        </w:rPr>
        <w:t>。</w:t>
      </w:r>
      <w:r w:rsidRPr="000C41B0">
        <w:rPr>
          <w:rFonts w:eastAsia="宋体"/>
          <w:b/>
          <w:bCs/>
          <w:sz w:val="28"/>
          <w:szCs w:val="28"/>
          <w:lang w:eastAsia="zh-CN"/>
        </w:rPr>
        <w:t>实际任何一个地方</w:t>
      </w:r>
      <w:r w:rsidR="00C37AB7" w:rsidRPr="000C41B0">
        <w:rPr>
          <w:rFonts w:eastAsia="宋体" w:hint="eastAsia"/>
          <w:b/>
          <w:bCs/>
          <w:sz w:val="28"/>
          <w:szCs w:val="28"/>
          <w:lang w:eastAsia="zh-CN"/>
        </w:rPr>
        <w:t>，</w:t>
      </w:r>
      <w:r w:rsidRPr="000C41B0">
        <w:rPr>
          <w:rFonts w:eastAsia="宋体"/>
          <w:b/>
          <w:bCs/>
          <w:sz w:val="28"/>
          <w:szCs w:val="28"/>
          <w:lang w:eastAsia="zh-CN"/>
        </w:rPr>
        <w:t>眼要睁开</w:t>
      </w:r>
      <w:r w:rsidR="00C37AB7" w:rsidRPr="000C41B0">
        <w:rPr>
          <w:rFonts w:eastAsia="宋体" w:hint="eastAsia"/>
          <w:b/>
          <w:bCs/>
          <w:sz w:val="28"/>
          <w:szCs w:val="28"/>
          <w:lang w:eastAsia="zh-CN"/>
        </w:rPr>
        <w:t>，</w:t>
      </w:r>
      <w:r w:rsidRPr="000C41B0">
        <w:rPr>
          <w:rFonts w:eastAsia="宋体"/>
          <w:b/>
          <w:bCs/>
          <w:sz w:val="28"/>
          <w:szCs w:val="28"/>
          <w:lang w:eastAsia="zh-CN"/>
        </w:rPr>
        <w:t>天天眯眯眼行吗？</w:t>
      </w:r>
      <w:r w:rsidR="00C37AB7" w:rsidRPr="000C41B0">
        <w:rPr>
          <w:rFonts w:eastAsia="宋体" w:hint="eastAsia"/>
          <w:b/>
          <w:bCs/>
          <w:sz w:val="28"/>
          <w:szCs w:val="28"/>
          <w:lang w:eastAsia="zh-CN"/>
        </w:rPr>
        <w:t>你看</w:t>
      </w:r>
      <w:r w:rsidRPr="000C41B0">
        <w:rPr>
          <w:rFonts w:eastAsia="宋体"/>
          <w:b/>
          <w:bCs/>
          <w:sz w:val="28"/>
          <w:szCs w:val="28"/>
          <w:lang w:eastAsia="zh-CN"/>
        </w:rPr>
        <w:t>刘德华眯眯眼儿吗？你</w:t>
      </w:r>
      <w:r w:rsidR="00C37AB7" w:rsidRPr="000C41B0">
        <w:rPr>
          <w:rFonts w:eastAsia="宋体" w:hint="eastAsia"/>
          <w:b/>
          <w:bCs/>
          <w:sz w:val="28"/>
          <w:szCs w:val="28"/>
          <w:lang w:eastAsia="zh-CN"/>
        </w:rPr>
        <w:t>会</w:t>
      </w:r>
      <w:r w:rsidRPr="000C41B0">
        <w:rPr>
          <w:rFonts w:eastAsia="宋体"/>
          <w:b/>
          <w:bCs/>
          <w:sz w:val="28"/>
          <w:szCs w:val="28"/>
          <w:lang w:eastAsia="zh-CN"/>
        </w:rPr>
        <w:t>发现凡是站在舞台中间的，没一个</w:t>
      </w:r>
      <w:r w:rsidR="00C37AB7" w:rsidRPr="000C41B0">
        <w:rPr>
          <w:rFonts w:eastAsia="宋体" w:hint="eastAsia"/>
          <w:b/>
          <w:bCs/>
          <w:sz w:val="28"/>
          <w:szCs w:val="28"/>
          <w:lang w:eastAsia="zh-CN"/>
        </w:rPr>
        <w:t>眯眯眼。</w:t>
      </w:r>
      <w:r w:rsidRPr="000C41B0">
        <w:rPr>
          <w:rFonts w:eastAsia="宋体"/>
          <w:b/>
          <w:bCs/>
          <w:sz w:val="28"/>
          <w:szCs w:val="28"/>
          <w:lang w:eastAsia="zh-CN"/>
        </w:rPr>
        <w:t>鼻子缩的行吗？耳朵上边耷拉下来的行吗？</w:t>
      </w:r>
      <w:proofErr w:type="gramStart"/>
      <w:r w:rsidR="00C37AB7" w:rsidRPr="000C41B0">
        <w:rPr>
          <w:rFonts w:eastAsia="宋体" w:hint="eastAsia"/>
          <w:b/>
          <w:bCs/>
          <w:sz w:val="28"/>
          <w:szCs w:val="28"/>
          <w:lang w:eastAsia="zh-CN"/>
        </w:rPr>
        <w:t>耙</w:t>
      </w:r>
      <w:proofErr w:type="gramEnd"/>
      <w:r w:rsidR="00C37AB7" w:rsidRPr="000C41B0">
        <w:rPr>
          <w:rFonts w:eastAsia="宋体" w:hint="eastAsia"/>
          <w:b/>
          <w:bCs/>
          <w:sz w:val="28"/>
          <w:szCs w:val="28"/>
          <w:lang w:eastAsia="zh-CN"/>
        </w:rPr>
        <w:t>耳朵</w:t>
      </w:r>
      <w:r w:rsidRPr="000C41B0">
        <w:rPr>
          <w:rFonts w:eastAsia="宋体"/>
          <w:b/>
          <w:bCs/>
          <w:sz w:val="28"/>
          <w:szCs w:val="28"/>
          <w:lang w:eastAsia="zh-CN"/>
        </w:rPr>
        <w:t>行吗</w:t>
      </w:r>
      <w:r w:rsidR="00C37AB7" w:rsidRPr="000C41B0">
        <w:rPr>
          <w:rFonts w:eastAsia="宋体" w:hint="eastAsia"/>
          <w:b/>
          <w:bCs/>
          <w:sz w:val="28"/>
          <w:szCs w:val="28"/>
          <w:lang w:eastAsia="zh-CN"/>
        </w:rPr>
        <w:t>？</w:t>
      </w:r>
      <w:r w:rsidRPr="000C41B0">
        <w:rPr>
          <w:rFonts w:eastAsia="宋体"/>
          <w:b/>
          <w:bCs/>
          <w:sz w:val="28"/>
          <w:szCs w:val="28"/>
          <w:lang w:eastAsia="zh-CN"/>
        </w:rPr>
        <w:t>舒展大方结实有力是不是就好东西？什么</w:t>
      </w:r>
      <w:proofErr w:type="gramStart"/>
      <w:r w:rsidRPr="000C41B0">
        <w:rPr>
          <w:rFonts w:eastAsia="宋体"/>
          <w:b/>
          <w:bCs/>
          <w:sz w:val="28"/>
          <w:szCs w:val="28"/>
          <w:lang w:eastAsia="zh-CN"/>
        </w:rPr>
        <w:t>叫眼睛</w:t>
      </w:r>
      <w:proofErr w:type="gramEnd"/>
      <w:r w:rsidRPr="000C41B0">
        <w:rPr>
          <w:rFonts w:eastAsia="宋体"/>
          <w:b/>
          <w:bCs/>
          <w:sz w:val="28"/>
          <w:szCs w:val="28"/>
          <w:lang w:eastAsia="zh-CN"/>
        </w:rPr>
        <w:t>没展开，最典型的，就是曾国藩</w:t>
      </w:r>
      <w:r w:rsidR="007206B2" w:rsidRPr="000C41B0">
        <w:rPr>
          <w:rFonts w:eastAsia="宋体" w:hint="eastAsia"/>
          <w:b/>
          <w:bCs/>
          <w:sz w:val="28"/>
          <w:szCs w:val="28"/>
          <w:lang w:eastAsia="zh-CN"/>
        </w:rPr>
        <w:t>这样</w:t>
      </w:r>
      <w:r w:rsidRPr="000C41B0">
        <w:rPr>
          <w:rFonts w:eastAsia="宋体"/>
          <w:b/>
          <w:bCs/>
          <w:sz w:val="28"/>
          <w:szCs w:val="28"/>
          <w:lang w:eastAsia="zh-CN"/>
        </w:rPr>
        <w:t>，品三国那个我就不点名道姓了</w:t>
      </w:r>
      <w:r w:rsidR="00217051" w:rsidRPr="000C41B0">
        <w:rPr>
          <w:rFonts w:eastAsia="宋体" w:hint="eastAsia"/>
          <w:b/>
          <w:bCs/>
          <w:sz w:val="28"/>
          <w:szCs w:val="28"/>
          <w:lang w:eastAsia="zh-CN"/>
        </w:rPr>
        <w:t>。</w:t>
      </w:r>
    </w:p>
    <w:p w14:paraId="6C0F7D9A" w14:textId="77777777" w:rsidR="000C41B0" w:rsidRPr="000C41B0" w:rsidRDefault="00C10987" w:rsidP="00A3569A">
      <w:pPr>
        <w:widowControl w:val="0"/>
        <w:adjustRightInd w:val="0"/>
        <w:snapToGrid w:val="0"/>
        <w:spacing w:after="0" w:line="360" w:lineRule="auto"/>
        <w:ind w:firstLineChars="200" w:firstLine="560"/>
        <w:rPr>
          <w:rFonts w:eastAsia="宋体"/>
          <w:b/>
          <w:bCs/>
          <w:sz w:val="28"/>
          <w:szCs w:val="28"/>
          <w:lang w:eastAsia="zh-CN"/>
        </w:rPr>
      </w:pPr>
      <w:r w:rsidRPr="000C41B0">
        <w:rPr>
          <w:rFonts w:eastAsia="宋体"/>
          <w:b/>
          <w:bCs/>
          <w:sz w:val="28"/>
          <w:szCs w:val="28"/>
          <w:lang w:eastAsia="zh-CN"/>
        </w:rPr>
        <w:t>嘴巴，第一</w:t>
      </w:r>
      <w:r w:rsidR="001B15FB" w:rsidRPr="000C41B0">
        <w:rPr>
          <w:rFonts w:eastAsia="宋体" w:hint="eastAsia"/>
          <w:b/>
          <w:bCs/>
          <w:sz w:val="28"/>
          <w:szCs w:val="28"/>
          <w:lang w:eastAsia="zh-CN"/>
        </w:rPr>
        <w:t>，</w:t>
      </w:r>
      <w:r w:rsidRPr="000C41B0">
        <w:rPr>
          <w:rFonts w:eastAsia="宋体"/>
          <w:b/>
          <w:bCs/>
          <w:sz w:val="28"/>
          <w:szCs w:val="28"/>
          <w:lang w:eastAsia="zh-CN"/>
        </w:rPr>
        <w:t>必须拉开，适度拉开，无一例外都不行。第二，嘴唇一定要厚实一些，因为地气厚，嘴唇厚，代表你肠胃厚。很简单，</w:t>
      </w:r>
      <w:r w:rsidRPr="000C41B0">
        <w:rPr>
          <w:rFonts w:eastAsia="宋体"/>
          <w:b/>
          <w:bCs/>
          <w:sz w:val="28"/>
          <w:szCs w:val="28"/>
          <w:lang w:eastAsia="zh-CN"/>
        </w:rPr>
        <w:lastRenderedPageBreak/>
        <w:t>就是全息嘛。如果嘴唇过薄，虽然长</w:t>
      </w:r>
      <w:r w:rsidR="001A638D" w:rsidRPr="000C41B0">
        <w:rPr>
          <w:rFonts w:eastAsia="宋体" w:hint="eastAsia"/>
          <w:b/>
          <w:bCs/>
          <w:sz w:val="28"/>
          <w:szCs w:val="28"/>
          <w:lang w:eastAsia="zh-CN"/>
        </w:rPr>
        <w:t>，拉开了，</w:t>
      </w:r>
      <w:r w:rsidRPr="000C41B0">
        <w:rPr>
          <w:rFonts w:eastAsia="宋体"/>
          <w:b/>
          <w:bCs/>
          <w:sz w:val="28"/>
          <w:szCs w:val="28"/>
          <w:lang w:eastAsia="zh-CN"/>
        </w:rPr>
        <w:t>但</w:t>
      </w:r>
      <w:r w:rsidR="001A638D" w:rsidRPr="000C41B0">
        <w:rPr>
          <w:rFonts w:eastAsia="宋体" w:hint="eastAsia"/>
          <w:b/>
          <w:bCs/>
          <w:sz w:val="28"/>
          <w:szCs w:val="28"/>
          <w:lang w:eastAsia="zh-CN"/>
        </w:rPr>
        <w:t>很</w:t>
      </w:r>
      <w:r w:rsidRPr="000C41B0">
        <w:rPr>
          <w:rFonts w:eastAsia="宋体"/>
          <w:b/>
          <w:bCs/>
          <w:sz w:val="28"/>
          <w:szCs w:val="28"/>
          <w:lang w:eastAsia="zh-CN"/>
        </w:rPr>
        <w:t>薄</w:t>
      </w:r>
      <w:r w:rsidR="001A638D" w:rsidRPr="000C41B0">
        <w:rPr>
          <w:rFonts w:eastAsia="宋体" w:hint="eastAsia"/>
          <w:b/>
          <w:bCs/>
          <w:sz w:val="28"/>
          <w:szCs w:val="28"/>
          <w:lang w:eastAsia="zh-CN"/>
        </w:rPr>
        <w:t>，代</w:t>
      </w:r>
      <w:r w:rsidRPr="000C41B0">
        <w:rPr>
          <w:rFonts w:eastAsia="宋体"/>
          <w:b/>
          <w:bCs/>
          <w:sz w:val="28"/>
          <w:szCs w:val="28"/>
          <w:lang w:eastAsia="zh-CN"/>
        </w:rPr>
        <w:t>表什么比较弱</w:t>
      </w:r>
      <w:r w:rsidR="001A638D" w:rsidRPr="000C41B0">
        <w:rPr>
          <w:rFonts w:eastAsia="宋体" w:hint="eastAsia"/>
          <w:b/>
          <w:bCs/>
          <w:sz w:val="28"/>
          <w:szCs w:val="28"/>
          <w:lang w:eastAsia="zh-CN"/>
        </w:rPr>
        <w:t>？</w:t>
      </w:r>
      <w:r w:rsidRPr="000C41B0">
        <w:rPr>
          <w:rFonts w:eastAsia="宋体"/>
          <w:b/>
          <w:bCs/>
          <w:sz w:val="28"/>
          <w:szCs w:val="28"/>
          <w:lang w:eastAsia="zh-CN"/>
        </w:rPr>
        <w:t>脾胃弱</w:t>
      </w:r>
      <w:r w:rsidR="00E320EC" w:rsidRPr="000C41B0">
        <w:rPr>
          <w:rFonts w:eastAsia="宋体" w:hint="eastAsia"/>
          <w:b/>
          <w:bCs/>
          <w:sz w:val="28"/>
          <w:szCs w:val="28"/>
          <w:lang w:eastAsia="zh-CN"/>
        </w:rPr>
        <w:t>。</w:t>
      </w:r>
      <w:r w:rsidRPr="000C41B0">
        <w:rPr>
          <w:rFonts w:eastAsia="宋体"/>
          <w:b/>
          <w:bCs/>
          <w:sz w:val="28"/>
          <w:szCs w:val="28"/>
          <w:lang w:eastAsia="zh-CN"/>
        </w:rPr>
        <w:t>你的</w:t>
      </w:r>
      <w:r w:rsidR="00E320EC" w:rsidRPr="000C41B0">
        <w:rPr>
          <w:rFonts w:eastAsia="宋体" w:hint="eastAsia"/>
          <w:b/>
          <w:bCs/>
          <w:sz w:val="28"/>
          <w:szCs w:val="28"/>
          <w:lang w:eastAsia="zh-CN"/>
        </w:rPr>
        <w:t>肚</w:t>
      </w:r>
      <w:r w:rsidR="004B518B" w:rsidRPr="000C41B0">
        <w:rPr>
          <w:rFonts w:eastAsia="宋体" w:hint="eastAsia"/>
          <w:b/>
          <w:bCs/>
          <w:sz w:val="28"/>
          <w:szCs w:val="28"/>
          <w:lang w:eastAsia="zh-CN"/>
        </w:rPr>
        <w:t>（胃）</w:t>
      </w:r>
      <w:r w:rsidRPr="000C41B0">
        <w:rPr>
          <w:rFonts w:eastAsia="宋体"/>
          <w:b/>
          <w:bCs/>
          <w:sz w:val="28"/>
          <w:szCs w:val="28"/>
          <w:lang w:eastAsia="zh-CN"/>
        </w:rPr>
        <w:t>啊，拿出来发现比别人更加薄</w:t>
      </w:r>
      <w:r w:rsidR="009201AE" w:rsidRPr="000C41B0">
        <w:rPr>
          <w:rFonts w:eastAsia="宋体" w:hint="eastAsia"/>
          <w:b/>
          <w:bCs/>
          <w:sz w:val="28"/>
          <w:szCs w:val="28"/>
          <w:lang w:eastAsia="zh-CN"/>
        </w:rPr>
        <w:t>，</w:t>
      </w:r>
      <w:r w:rsidRPr="000C41B0">
        <w:rPr>
          <w:rFonts w:eastAsia="宋体"/>
          <w:b/>
          <w:bCs/>
          <w:sz w:val="28"/>
          <w:szCs w:val="28"/>
          <w:lang w:eastAsia="zh-CN"/>
        </w:rPr>
        <w:t>食管也薄</w:t>
      </w:r>
      <w:r w:rsidR="004B518B" w:rsidRPr="000C41B0">
        <w:rPr>
          <w:rFonts w:eastAsia="宋体" w:hint="eastAsia"/>
          <w:b/>
          <w:bCs/>
          <w:sz w:val="28"/>
          <w:szCs w:val="28"/>
          <w:lang w:eastAsia="zh-CN"/>
        </w:rPr>
        <w:t>。</w:t>
      </w:r>
      <w:r w:rsidRPr="000C41B0">
        <w:rPr>
          <w:rFonts w:eastAsia="宋体"/>
          <w:b/>
          <w:bCs/>
          <w:sz w:val="28"/>
          <w:szCs w:val="28"/>
          <w:lang w:eastAsia="zh-CN"/>
        </w:rPr>
        <w:t>学了得明健身的全息，你就会发现它都是这么回事儿，包括小手指头短，小手指头</w:t>
      </w:r>
      <w:r w:rsidR="00D9124E" w:rsidRPr="000C41B0">
        <w:rPr>
          <w:rFonts w:eastAsia="宋体" w:hint="eastAsia"/>
          <w:b/>
          <w:bCs/>
          <w:sz w:val="28"/>
          <w:szCs w:val="28"/>
          <w:lang w:eastAsia="zh-CN"/>
        </w:rPr>
        <w:t>指</w:t>
      </w:r>
      <w:r w:rsidRPr="000C41B0">
        <w:rPr>
          <w:rFonts w:eastAsia="宋体"/>
          <w:b/>
          <w:bCs/>
          <w:sz w:val="28"/>
          <w:szCs w:val="28"/>
          <w:lang w:eastAsia="zh-CN"/>
        </w:rPr>
        <w:t>心，你会发现你心脉是短的</w:t>
      </w:r>
      <w:r w:rsidR="00D9124E" w:rsidRPr="000C41B0">
        <w:rPr>
          <w:rFonts w:eastAsia="宋体" w:hint="eastAsia"/>
          <w:b/>
          <w:bCs/>
          <w:sz w:val="28"/>
          <w:szCs w:val="28"/>
          <w:lang w:eastAsia="zh-CN"/>
        </w:rPr>
        <w:t>。</w:t>
      </w:r>
      <w:r w:rsidRPr="000C41B0">
        <w:rPr>
          <w:rFonts w:eastAsia="宋体"/>
          <w:b/>
          <w:bCs/>
          <w:sz w:val="28"/>
          <w:szCs w:val="28"/>
          <w:lang w:eastAsia="zh-CN"/>
        </w:rPr>
        <w:t>如果你小手</w:t>
      </w:r>
      <w:r w:rsidR="00D9124E" w:rsidRPr="000C41B0">
        <w:rPr>
          <w:rFonts w:eastAsia="宋体" w:hint="eastAsia"/>
          <w:b/>
          <w:bCs/>
          <w:sz w:val="28"/>
          <w:szCs w:val="28"/>
          <w:lang w:eastAsia="zh-CN"/>
        </w:rPr>
        <w:t>指</w:t>
      </w:r>
      <w:r w:rsidRPr="000C41B0">
        <w:rPr>
          <w:rFonts w:eastAsia="宋体"/>
          <w:b/>
          <w:bCs/>
          <w:sz w:val="28"/>
          <w:szCs w:val="28"/>
          <w:lang w:eastAsia="zh-CN"/>
        </w:rPr>
        <w:t>弯，你心脉是弯的，这就是</w:t>
      </w:r>
      <w:r w:rsidR="00D9124E" w:rsidRPr="000C41B0">
        <w:rPr>
          <w:rFonts w:eastAsia="宋体" w:hint="eastAsia"/>
          <w:b/>
          <w:bCs/>
          <w:sz w:val="28"/>
          <w:szCs w:val="28"/>
          <w:lang w:eastAsia="zh-CN"/>
        </w:rPr>
        <w:t>得明</w:t>
      </w:r>
      <w:r w:rsidRPr="000C41B0">
        <w:rPr>
          <w:rFonts w:eastAsia="宋体"/>
          <w:b/>
          <w:bCs/>
          <w:sz w:val="28"/>
          <w:szCs w:val="28"/>
          <w:lang w:eastAsia="zh-CN"/>
        </w:rPr>
        <w:t>健身强调的全息</w:t>
      </w:r>
      <w:r w:rsidR="00D9124E" w:rsidRPr="000C41B0">
        <w:rPr>
          <w:rFonts w:eastAsia="宋体" w:hint="eastAsia"/>
          <w:b/>
          <w:bCs/>
          <w:sz w:val="28"/>
          <w:szCs w:val="28"/>
          <w:lang w:eastAsia="zh-CN"/>
        </w:rPr>
        <w:t>。</w:t>
      </w:r>
    </w:p>
    <w:p w14:paraId="0A84AB2C" w14:textId="77777777" w:rsidR="001564CA" w:rsidRPr="001564CA" w:rsidRDefault="00C10987" w:rsidP="00A3569A">
      <w:pPr>
        <w:widowControl w:val="0"/>
        <w:adjustRightInd w:val="0"/>
        <w:snapToGrid w:val="0"/>
        <w:spacing w:after="0" w:line="360" w:lineRule="auto"/>
        <w:ind w:firstLineChars="200" w:firstLine="560"/>
        <w:rPr>
          <w:rFonts w:eastAsia="宋体"/>
          <w:b/>
          <w:bCs/>
          <w:sz w:val="28"/>
          <w:szCs w:val="28"/>
          <w:lang w:eastAsia="zh-CN"/>
        </w:rPr>
      </w:pPr>
      <w:r w:rsidRPr="001564CA">
        <w:rPr>
          <w:rFonts w:eastAsia="宋体"/>
          <w:b/>
          <w:bCs/>
          <w:sz w:val="28"/>
          <w:szCs w:val="28"/>
          <w:lang w:eastAsia="zh-CN"/>
        </w:rPr>
        <w:t>相士说梁武帝，他嘴唇都是纵纹，</w:t>
      </w:r>
      <w:proofErr w:type="gramStart"/>
      <w:r w:rsidRPr="001564CA">
        <w:rPr>
          <w:rFonts w:eastAsia="宋体"/>
          <w:b/>
          <w:bCs/>
          <w:sz w:val="28"/>
          <w:szCs w:val="28"/>
          <w:lang w:eastAsia="zh-CN"/>
        </w:rPr>
        <w:t>叫纵纹</w:t>
      </w:r>
      <w:proofErr w:type="gramEnd"/>
      <w:r w:rsidRPr="001564CA">
        <w:rPr>
          <w:rFonts w:eastAsia="宋体"/>
          <w:b/>
          <w:bCs/>
          <w:sz w:val="28"/>
          <w:szCs w:val="28"/>
          <w:lang w:eastAsia="zh-CN"/>
        </w:rPr>
        <w:t>入口多饿死，最后梁武帝信佛</w:t>
      </w:r>
      <w:r w:rsidR="00C50081" w:rsidRPr="001564CA">
        <w:rPr>
          <w:rFonts w:eastAsia="宋体" w:hint="eastAsia"/>
          <w:b/>
          <w:bCs/>
          <w:sz w:val="28"/>
          <w:szCs w:val="28"/>
          <w:lang w:eastAsia="zh-CN"/>
        </w:rPr>
        <w:t>，</w:t>
      </w:r>
      <w:r w:rsidRPr="001564CA">
        <w:rPr>
          <w:rFonts w:eastAsia="宋体"/>
          <w:b/>
          <w:bCs/>
          <w:sz w:val="28"/>
          <w:szCs w:val="28"/>
          <w:lang w:eastAsia="zh-CN"/>
        </w:rPr>
        <w:t>饿死宫中</w:t>
      </w:r>
      <w:r w:rsidR="00FB1164" w:rsidRPr="001564CA">
        <w:rPr>
          <w:rFonts w:eastAsia="宋体" w:hint="eastAsia"/>
          <w:b/>
          <w:bCs/>
          <w:sz w:val="28"/>
          <w:szCs w:val="28"/>
          <w:lang w:eastAsia="zh-CN"/>
        </w:rPr>
        <w:t>。</w:t>
      </w:r>
      <w:r w:rsidRPr="001564CA">
        <w:rPr>
          <w:rFonts w:eastAsia="宋体"/>
          <w:b/>
          <w:bCs/>
          <w:sz w:val="28"/>
          <w:szCs w:val="28"/>
          <w:lang w:eastAsia="zh-CN"/>
        </w:rPr>
        <w:t>怎么断出来的，你们知道吗？一旦嘴唇有很多纵纹，虽然现在我们不至于饿死，但一定有可能你得</w:t>
      </w:r>
      <w:r w:rsidR="00B20375" w:rsidRPr="001564CA">
        <w:rPr>
          <w:rFonts w:eastAsia="宋体" w:hint="eastAsia"/>
          <w:b/>
          <w:bCs/>
          <w:sz w:val="28"/>
          <w:szCs w:val="28"/>
          <w:lang w:eastAsia="zh-CN"/>
        </w:rPr>
        <w:t>萎缩性胃炎</w:t>
      </w:r>
      <w:r w:rsidRPr="001564CA">
        <w:rPr>
          <w:rFonts w:eastAsia="宋体"/>
          <w:b/>
          <w:bCs/>
          <w:sz w:val="28"/>
          <w:szCs w:val="28"/>
          <w:lang w:eastAsia="zh-CN"/>
        </w:rPr>
        <w:t>和胃癌等等，不断的有</w:t>
      </w:r>
      <w:r w:rsidR="00B20375" w:rsidRPr="001564CA">
        <w:rPr>
          <w:rFonts w:eastAsia="宋体" w:hint="eastAsia"/>
          <w:b/>
          <w:bCs/>
          <w:sz w:val="28"/>
          <w:szCs w:val="28"/>
          <w:lang w:eastAsia="zh-CN"/>
        </w:rPr>
        <w:t>纵纹，</w:t>
      </w:r>
      <w:r w:rsidRPr="001564CA">
        <w:rPr>
          <w:rFonts w:eastAsia="宋体"/>
          <w:b/>
          <w:bCs/>
          <w:sz w:val="28"/>
          <w:szCs w:val="28"/>
          <w:lang w:eastAsia="zh-CN"/>
        </w:rPr>
        <w:t>就布袋缩了</w:t>
      </w:r>
      <w:r w:rsidR="00B20375" w:rsidRPr="001564CA">
        <w:rPr>
          <w:rFonts w:eastAsia="宋体" w:hint="eastAsia"/>
          <w:b/>
          <w:bCs/>
          <w:sz w:val="28"/>
          <w:szCs w:val="28"/>
          <w:lang w:eastAsia="zh-CN"/>
        </w:rPr>
        <w:t>，</w:t>
      </w:r>
      <w:r w:rsidRPr="001564CA">
        <w:rPr>
          <w:rFonts w:eastAsia="宋体"/>
          <w:b/>
          <w:bCs/>
          <w:sz w:val="28"/>
          <w:szCs w:val="28"/>
          <w:lang w:eastAsia="zh-CN"/>
        </w:rPr>
        <w:t>一缩了就容易</w:t>
      </w:r>
      <w:r w:rsidR="00B20375" w:rsidRPr="001564CA">
        <w:rPr>
          <w:rFonts w:eastAsia="宋体" w:hint="eastAsia"/>
          <w:b/>
          <w:bCs/>
          <w:sz w:val="28"/>
          <w:szCs w:val="28"/>
          <w:lang w:eastAsia="zh-CN"/>
        </w:rPr>
        <w:t>有癌变，</w:t>
      </w:r>
      <w:r w:rsidRPr="001564CA">
        <w:rPr>
          <w:rFonts w:eastAsia="宋体"/>
          <w:b/>
          <w:bCs/>
          <w:sz w:val="28"/>
          <w:szCs w:val="28"/>
          <w:lang w:eastAsia="zh-CN"/>
        </w:rPr>
        <w:t>最后你还是饿死，因为你吃不了东西了</w:t>
      </w:r>
      <w:r w:rsidR="00B20375" w:rsidRPr="001564CA">
        <w:rPr>
          <w:rFonts w:eastAsia="宋体" w:hint="eastAsia"/>
          <w:b/>
          <w:bCs/>
          <w:sz w:val="28"/>
          <w:szCs w:val="28"/>
          <w:lang w:eastAsia="zh-CN"/>
        </w:rPr>
        <w:t>。</w:t>
      </w:r>
    </w:p>
    <w:p w14:paraId="195E0F03" w14:textId="77777777" w:rsidR="001564CA" w:rsidRPr="001564CA" w:rsidRDefault="00C10987" w:rsidP="00A3569A">
      <w:pPr>
        <w:widowControl w:val="0"/>
        <w:adjustRightInd w:val="0"/>
        <w:snapToGrid w:val="0"/>
        <w:spacing w:after="0" w:line="360" w:lineRule="auto"/>
        <w:ind w:firstLineChars="200" w:firstLine="560"/>
        <w:rPr>
          <w:rFonts w:eastAsia="宋体"/>
          <w:b/>
          <w:bCs/>
          <w:sz w:val="28"/>
          <w:szCs w:val="28"/>
          <w:lang w:eastAsia="zh-CN"/>
        </w:rPr>
      </w:pPr>
      <w:r w:rsidRPr="001564CA">
        <w:rPr>
          <w:rFonts w:eastAsia="宋体"/>
          <w:b/>
          <w:bCs/>
          <w:sz w:val="28"/>
          <w:szCs w:val="28"/>
          <w:lang w:eastAsia="zh-CN"/>
        </w:rPr>
        <w:t>梁武</w:t>
      </w:r>
      <w:proofErr w:type="gramStart"/>
      <w:r w:rsidRPr="001564CA">
        <w:rPr>
          <w:rFonts w:eastAsia="宋体"/>
          <w:b/>
          <w:bCs/>
          <w:sz w:val="28"/>
          <w:szCs w:val="28"/>
          <w:lang w:eastAsia="zh-CN"/>
        </w:rPr>
        <w:t>帝不是</w:t>
      </w:r>
      <w:proofErr w:type="gramEnd"/>
      <w:r w:rsidRPr="001564CA">
        <w:rPr>
          <w:rFonts w:eastAsia="宋体"/>
          <w:b/>
          <w:bCs/>
          <w:sz w:val="28"/>
          <w:szCs w:val="28"/>
          <w:lang w:eastAsia="zh-CN"/>
        </w:rPr>
        <w:t>生病，但是最终的是归宿</w:t>
      </w:r>
      <w:r w:rsidR="00B20375" w:rsidRPr="001564CA">
        <w:rPr>
          <w:rFonts w:eastAsia="宋体" w:hint="eastAsia"/>
          <w:b/>
          <w:bCs/>
          <w:sz w:val="28"/>
          <w:szCs w:val="28"/>
          <w:lang w:eastAsia="zh-CN"/>
        </w:rPr>
        <w:t>是</w:t>
      </w:r>
      <w:r w:rsidRPr="001564CA">
        <w:rPr>
          <w:rFonts w:eastAsia="宋体"/>
          <w:b/>
          <w:bCs/>
          <w:sz w:val="28"/>
          <w:szCs w:val="28"/>
          <w:lang w:eastAsia="zh-CN"/>
        </w:rPr>
        <w:t>这样</w:t>
      </w:r>
      <w:r w:rsidR="00B20375" w:rsidRPr="001564CA">
        <w:rPr>
          <w:rFonts w:eastAsia="宋体" w:hint="eastAsia"/>
          <w:b/>
          <w:bCs/>
          <w:sz w:val="28"/>
          <w:szCs w:val="28"/>
          <w:lang w:eastAsia="zh-CN"/>
        </w:rPr>
        <w:t>。</w:t>
      </w:r>
      <w:r w:rsidRPr="001564CA">
        <w:rPr>
          <w:rFonts w:eastAsia="宋体"/>
          <w:b/>
          <w:bCs/>
          <w:sz w:val="28"/>
          <w:szCs w:val="28"/>
          <w:lang w:eastAsia="zh-CN"/>
        </w:rPr>
        <w:t>以后我会跟你们讲健康与命运之间的关系</w:t>
      </w:r>
      <w:r w:rsidR="00B20375" w:rsidRPr="001564CA">
        <w:rPr>
          <w:rFonts w:eastAsia="宋体" w:hint="eastAsia"/>
          <w:b/>
          <w:bCs/>
          <w:sz w:val="28"/>
          <w:szCs w:val="28"/>
          <w:lang w:eastAsia="zh-CN"/>
        </w:rPr>
        <w:t>。</w:t>
      </w:r>
      <w:r w:rsidR="00052521" w:rsidRPr="001564CA">
        <w:rPr>
          <w:rFonts w:eastAsia="宋体" w:hint="eastAsia"/>
          <w:b/>
          <w:bCs/>
          <w:sz w:val="28"/>
          <w:szCs w:val="28"/>
          <w:lang w:eastAsia="zh-CN"/>
        </w:rPr>
        <w:t>你们</w:t>
      </w:r>
      <w:r w:rsidRPr="001564CA">
        <w:rPr>
          <w:rFonts w:eastAsia="宋体"/>
          <w:b/>
          <w:bCs/>
          <w:sz w:val="28"/>
          <w:szCs w:val="28"/>
          <w:lang w:eastAsia="zh-CN"/>
        </w:rPr>
        <w:t>接触得明</w:t>
      </w:r>
      <w:r w:rsidR="005A1BD8" w:rsidRPr="001564CA">
        <w:rPr>
          <w:rFonts w:eastAsia="宋体" w:hint="eastAsia"/>
          <w:b/>
          <w:bCs/>
          <w:sz w:val="28"/>
          <w:szCs w:val="28"/>
          <w:lang w:eastAsia="zh-CN"/>
        </w:rPr>
        <w:t>之后</w:t>
      </w:r>
      <w:r w:rsidRPr="001564CA">
        <w:rPr>
          <w:rFonts w:eastAsia="宋体"/>
          <w:b/>
          <w:bCs/>
          <w:sz w:val="28"/>
          <w:szCs w:val="28"/>
          <w:lang w:eastAsia="zh-CN"/>
        </w:rPr>
        <w:t>，对于世界观会大开眼界</w:t>
      </w:r>
      <w:r w:rsidR="00052521" w:rsidRPr="001564CA">
        <w:rPr>
          <w:rFonts w:eastAsia="宋体" w:hint="eastAsia"/>
          <w:b/>
          <w:bCs/>
          <w:sz w:val="28"/>
          <w:szCs w:val="28"/>
          <w:lang w:eastAsia="zh-CN"/>
        </w:rPr>
        <w:t>，</w:t>
      </w:r>
      <w:r w:rsidRPr="001564CA">
        <w:rPr>
          <w:rFonts w:eastAsia="宋体"/>
          <w:b/>
          <w:bCs/>
          <w:sz w:val="28"/>
          <w:szCs w:val="28"/>
          <w:lang w:eastAsia="zh-CN"/>
        </w:rPr>
        <w:t>你们会发现所有的事物都是全息的，全是互相联系的，空间和时间也是</w:t>
      </w:r>
      <w:r w:rsidR="00AA3050" w:rsidRPr="001564CA">
        <w:rPr>
          <w:rFonts w:eastAsia="宋体" w:hint="eastAsia"/>
          <w:b/>
          <w:bCs/>
          <w:sz w:val="28"/>
          <w:szCs w:val="28"/>
          <w:lang w:eastAsia="zh-CN"/>
        </w:rPr>
        <w:t>。</w:t>
      </w:r>
      <w:r w:rsidRPr="001564CA">
        <w:rPr>
          <w:rFonts w:eastAsia="宋体"/>
          <w:b/>
          <w:bCs/>
          <w:sz w:val="28"/>
          <w:szCs w:val="28"/>
          <w:lang w:eastAsia="zh-CN"/>
        </w:rPr>
        <w:t>你的健康和你的命运，你的身体结构</w:t>
      </w:r>
      <w:r w:rsidR="00AA3050" w:rsidRPr="001564CA">
        <w:rPr>
          <w:rFonts w:eastAsia="宋体" w:hint="eastAsia"/>
          <w:b/>
          <w:bCs/>
          <w:sz w:val="28"/>
          <w:szCs w:val="28"/>
          <w:lang w:eastAsia="zh-CN"/>
        </w:rPr>
        <w:t>，</w:t>
      </w:r>
      <w:r w:rsidRPr="001564CA">
        <w:rPr>
          <w:rFonts w:eastAsia="宋体"/>
          <w:b/>
          <w:bCs/>
          <w:sz w:val="28"/>
          <w:szCs w:val="28"/>
          <w:lang w:eastAsia="zh-CN"/>
        </w:rPr>
        <w:t>你的心性全是息息相关的</w:t>
      </w:r>
      <w:r w:rsidR="00052521" w:rsidRPr="001564CA">
        <w:rPr>
          <w:rFonts w:eastAsia="宋体" w:hint="eastAsia"/>
          <w:b/>
          <w:bCs/>
          <w:sz w:val="28"/>
          <w:szCs w:val="28"/>
          <w:lang w:eastAsia="zh-CN"/>
        </w:rPr>
        <w:t>。</w:t>
      </w:r>
    </w:p>
    <w:p w14:paraId="370DA345" w14:textId="77777777" w:rsidR="001564CA" w:rsidRPr="0069075D" w:rsidRDefault="00C10987" w:rsidP="00A3569A">
      <w:pPr>
        <w:widowControl w:val="0"/>
        <w:adjustRightInd w:val="0"/>
        <w:snapToGrid w:val="0"/>
        <w:spacing w:after="0" w:line="360" w:lineRule="auto"/>
        <w:ind w:firstLineChars="200" w:firstLine="560"/>
        <w:rPr>
          <w:rFonts w:eastAsia="宋体"/>
          <w:b/>
          <w:bCs/>
          <w:sz w:val="28"/>
          <w:szCs w:val="28"/>
          <w:lang w:eastAsia="zh-CN"/>
        </w:rPr>
      </w:pPr>
      <w:r w:rsidRPr="0069075D">
        <w:rPr>
          <w:rFonts w:eastAsia="宋体"/>
          <w:b/>
          <w:bCs/>
          <w:sz w:val="28"/>
          <w:szCs w:val="28"/>
          <w:lang w:eastAsia="zh-CN"/>
        </w:rPr>
        <w:t>我给你们讲过，如果你的这边肩膀出问题，你扛包一定拿</w:t>
      </w:r>
      <w:r w:rsidR="00A16348" w:rsidRPr="0069075D">
        <w:rPr>
          <w:rFonts w:eastAsia="宋体" w:hint="eastAsia"/>
          <w:b/>
          <w:bCs/>
          <w:sz w:val="28"/>
          <w:szCs w:val="28"/>
          <w:lang w:eastAsia="zh-CN"/>
        </w:rPr>
        <w:t>那</w:t>
      </w:r>
      <w:r w:rsidRPr="0069075D">
        <w:rPr>
          <w:rFonts w:eastAsia="宋体"/>
          <w:b/>
          <w:bCs/>
          <w:sz w:val="28"/>
          <w:szCs w:val="28"/>
          <w:lang w:eastAsia="zh-CN"/>
        </w:rPr>
        <w:t>边扛，这是不是健康改变行为？你这边脖子转动困难，你一定会往</w:t>
      </w:r>
      <w:r w:rsidR="00A16348" w:rsidRPr="0069075D">
        <w:rPr>
          <w:rFonts w:eastAsia="宋体" w:hint="eastAsia"/>
          <w:b/>
          <w:bCs/>
          <w:sz w:val="28"/>
          <w:szCs w:val="28"/>
          <w:lang w:eastAsia="zh-CN"/>
        </w:rPr>
        <w:t>那</w:t>
      </w:r>
      <w:r w:rsidRPr="0069075D">
        <w:rPr>
          <w:rFonts w:eastAsia="宋体"/>
          <w:b/>
          <w:bCs/>
          <w:sz w:val="28"/>
          <w:szCs w:val="28"/>
          <w:lang w:eastAsia="zh-CN"/>
        </w:rPr>
        <w:t>边转动，因为</w:t>
      </w:r>
      <w:r w:rsidR="00A16348" w:rsidRPr="0069075D">
        <w:rPr>
          <w:rFonts w:eastAsia="宋体" w:hint="eastAsia"/>
          <w:b/>
          <w:bCs/>
          <w:sz w:val="28"/>
          <w:szCs w:val="28"/>
          <w:lang w:eastAsia="zh-CN"/>
        </w:rPr>
        <w:t>那</w:t>
      </w:r>
      <w:r w:rsidRPr="0069075D">
        <w:rPr>
          <w:rFonts w:eastAsia="宋体"/>
          <w:b/>
          <w:bCs/>
          <w:sz w:val="28"/>
          <w:szCs w:val="28"/>
          <w:lang w:eastAsia="zh-CN"/>
        </w:rPr>
        <w:t>边相对来说轻松</w:t>
      </w:r>
      <w:r w:rsidR="00A16348" w:rsidRPr="0069075D">
        <w:rPr>
          <w:rFonts w:eastAsia="宋体" w:hint="eastAsia"/>
          <w:b/>
          <w:bCs/>
          <w:sz w:val="28"/>
          <w:szCs w:val="28"/>
          <w:lang w:eastAsia="zh-CN"/>
        </w:rPr>
        <w:t>。如</w:t>
      </w:r>
      <w:r w:rsidRPr="0069075D">
        <w:rPr>
          <w:rFonts w:eastAsia="宋体"/>
          <w:b/>
          <w:bCs/>
          <w:sz w:val="28"/>
          <w:szCs w:val="28"/>
          <w:lang w:eastAsia="zh-CN"/>
        </w:rPr>
        <w:t>果你左腿出了问题，你一定先迈右腿，右腿出了问题，你一定先迈左腿，这是不是健康改变行为？如果是这样，是不是你的决策也</w:t>
      </w:r>
      <w:proofErr w:type="gramStart"/>
      <w:r w:rsidRPr="0069075D">
        <w:rPr>
          <w:rFonts w:eastAsia="宋体"/>
          <w:b/>
          <w:bCs/>
          <w:sz w:val="28"/>
          <w:szCs w:val="28"/>
          <w:lang w:eastAsia="zh-CN"/>
        </w:rPr>
        <w:t>受健康</w:t>
      </w:r>
      <w:proofErr w:type="gramEnd"/>
      <w:r w:rsidRPr="0069075D">
        <w:rPr>
          <w:rFonts w:eastAsia="宋体"/>
          <w:b/>
          <w:bCs/>
          <w:sz w:val="28"/>
          <w:szCs w:val="28"/>
          <w:lang w:eastAsia="zh-CN"/>
        </w:rPr>
        <w:t>的影响</w:t>
      </w:r>
      <w:r w:rsidR="005B206C" w:rsidRPr="0069075D">
        <w:rPr>
          <w:rFonts w:eastAsia="宋体" w:hint="eastAsia"/>
          <w:b/>
          <w:bCs/>
          <w:sz w:val="28"/>
          <w:szCs w:val="28"/>
          <w:lang w:eastAsia="zh-CN"/>
        </w:rPr>
        <w:t>？</w:t>
      </w:r>
      <w:r w:rsidRPr="0069075D">
        <w:rPr>
          <w:rFonts w:eastAsia="宋体"/>
          <w:b/>
          <w:bCs/>
          <w:sz w:val="28"/>
          <w:szCs w:val="28"/>
          <w:lang w:eastAsia="zh-CN"/>
        </w:rPr>
        <w:t>今天你很弱，</w:t>
      </w:r>
      <w:r w:rsidR="006B4A1B" w:rsidRPr="0069075D">
        <w:rPr>
          <w:rFonts w:eastAsia="宋体" w:hint="eastAsia"/>
          <w:b/>
          <w:bCs/>
          <w:sz w:val="28"/>
          <w:szCs w:val="28"/>
          <w:lang w:eastAsia="zh-CN"/>
        </w:rPr>
        <w:t>放</w:t>
      </w:r>
      <w:r w:rsidRPr="0069075D">
        <w:rPr>
          <w:rFonts w:eastAsia="宋体"/>
          <w:b/>
          <w:bCs/>
          <w:sz w:val="28"/>
          <w:szCs w:val="28"/>
          <w:lang w:eastAsia="zh-CN"/>
        </w:rPr>
        <w:t>上</w:t>
      </w:r>
      <w:r w:rsidR="006B4A1B" w:rsidRPr="0069075D">
        <w:rPr>
          <w:rFonts w:eastAsia="宋体" w:hint="eastAsia"/>
          <w:b/>
          <w:bCs/>
          <w:sz w:val="28"/>
          <w:szCs w:val="28"/>
          <w:lang w:eastAsia="zh-CN"/>
        </w:rPr>
        <w:t>来</w:t>
      </w:r>
      <w:r w:rsidRPr="0069075D">
        <w:rPr>
          <w:rFonts w:eastAsia="宋体"/>
          <w:b/>
          <w:bCs/>
          <w:sz w:val="28"/>
          <w:szCs w:val="28"/>
          <w:lang w:eastAsia="zh-CN"/>
        </w:rPr>
        <w:t>一个激进的解决方案和一个相对来说和缓的解决方案，你会签哪个字</w:t>
      </w:r>
      <w:r w:rsidR="006B4A1B" w:rsidRPr="0069075D">
        <w:rPr>
          <w:rFonts w:eastAsia="宋体" w:hint="eastAsia"/>
          <w:b/>
          <w:bCs/>
          <w:sz w:val="28"/>
          <w:szCs w:val="28"/>
          <w:lang w:eastAsia="zh-CN"/>
        </w:rPr>
        <w:t>？</w:t>
      </w:r>
      <w:r w:rsidRPr="0069075D">
        <w:rPr>
          <w:rFonts w:eastAsia="宋体"/>
          <w:b/>
          <w:bCs/>
          <w:sz w:val="28"/>
          <w:szCs w:val="28"/>
          <w:lang w:eastAsia="zh-CN"/>
        </w:rPr>
        <w:t>和缓的</w:t>
      </w:r>
      <w:r w:rsidR="006B4A1B" w:rsidRPr="0069075D">
        <w:rPr>
          <w:rFonts w:eastAsia="宋体" w:hint="eastAsia"/>
          <w:b/>
          <w:bCs/>
          <w:sz w:val="28"/>
          <w:szCs w:val="28"/>
          <w:lang w:eastAsia="zh-CN"/>
        </w:rPr>
        <w:t>。</w:t>
      </w:r>
      <w:r w:rsidRPr="0069075D">
        <w:rPr>
          <w:rFonts w:eastAsia="宋体"/>
          <w:b/>
          <w:bCs/>
          <w:sz w:val="28"/>
          <w:szCs w:val="28"/>
          <w:lang w:eastAsia="zh-CN"/>
        </w:rPr>
        <w:t>如果你身体很壮，很猛，干劲很足，那你会签激进的还是和缓的</w:t>
      </w:r>
      <w:r w:rsidR="006B4A1B" w:rsidRPr="0069075D">
        <w:rPr>
          <w:rFonts w:eastAsia="宋体" w:hint="eastAsia"/>
          <w:b/>
          <w:bCs/>
          <w:sz w:val="28"/>
          <w:szCs w:val="28"/>
          <w:lang w:eastAsia="zh-CN"/>
        </w:rPr>
        <w:t>？</w:t>
      </w:r>
      <w:r w:rsidRPr="0069075D">
        <w:rPr>
          <w:rFonts w:eastAsia="宋体"/>
          <w:b/>
          <w:bCs/>
          <w:sz w:val="28"/>
          <w:szCs w:val="28"/>
          <w:lang w:eastAsia="zh-CN"/>
        </w:rPr>
        <w:t>激进的。</w:t>
      </w:r>
    </w:p>
    <w:p w14:paraId="0125D33A" w14:textId="77777777" w:rsidR="0069075D" w:rsidRDefault="00C10987" w:rsidP="00A3569A">
      <w:pPr>
        <w:widowControl w:val="0"/>
        <w:adjustRightInd w:val="0"/>
        <w:snapToGrid w:val="0"/>
        <w:spacing w:after="0" w:line="360" w:lineRule="auto"/>
        <w:ind w:firstLineChars="200" w:firstLine="560"/>
        <w:rPr>
          <w:rFonts w:eastAsia="宋体"/>
          <w:b/>
          <w:bCs/>
          <w:sz w:val="28"/>
          <w:szCs w:val="28"/>
          <w:lang w:eastAsia="zh-CN"/>
        </w:rPr>
      </w:pPr>
      <w:r w:rsidRPr="0069075D">
        <w:rPr>
          <w:rFonts w:eastAsia="宋体"/>
          <w:b/>
          <w:bCs/>
          <w:sz w:val="28"/>
          <w:szCs w:val="28"/>
          <w:lang w:eastAsia="zh-CN"/>
        </w:rPr>
        <w:t>比如老师为什么现在这样，挠这儿呢？这个小动作</w:t>
      </w:r>
      <w:r w:rsidR="00332C8E" w:rsidRPr="0069075D">
        <w:rPr>
          <w:rFonts w:eastAsia="宋体" w:hint="eastAsia"/>
          <w:b/>
          <w:bCs/>
          <w:sz w:val="28"/>
          <w:szCs w:val="28"/>
          <w:lang w:eastAsia="zh-CN"/>
        </w:rPr>
        <w:t>，</w:t>
      </w:r>
      <w:r w:rsidRPr="0069075D">
        <w:rPr>
          <w:rFonts w:eastAsia="宋体"/>
          <w:b/>
          <w:bCs/>
          <w:sz w:val="28"/>
          <w:szCs w:val="28"/>
          <w:lang w:eastAsia="zh-CN"/>
        </w:rPr>
        <w:t>为什么？</w:t>
      </w:r>
      <w:r w:rsidR="00332C8E" w:rsidRPr="0069075D">
        <w:rPr>
          <w:rFonts w:eastAsia="宋体" w:hint="eastAsia"/>
          <w:b/>
          <w:bCs/>
          <w:sz w:val="28"/>
          <w:szCs w:val="28"/>
          <w:lang w:eastAsia="zh-CN"/>
        </w:rPr>
        <w:t>因为</w:t>
      </w:r>
      <w:proofErr w:type="gramStart"/>
      <w:r w:rsidR="00332C8E" w:rsidRPr="0069075D">
        <w:rPr>
          <w:rFonts w:eastAsia="宋体" w:hint="eastAsia"/>
          <w:b/>
          <w:bCs/>
          <w:sz w:val="28"/>
          <w:szCs w:val="28"/>
          <w:lang w:eastAsia="zh-CN"/>
        </w:rPr>
        <w:t>有个嘎隐藏</w:t>
      </w:r>
      <w:proofErr w:type="gramEnd"/>
      <w:r w:rsidR="00332C8E" w:rsidRPr="0069075D">
        <w:rPr>
          <w:rFonts w:eastAsia="宋体" w:hint="eastAsia"/>
          <w:b/>
          <w:bCs/>
          <w:sz w:val="28"/>
          <w:szCs w:val="28"/>
          <w:lang w:eastAsia="zh-CN"/>
        </w:rPr>
        <w:t>在</w:t>
      </w:r>
      <w:r w:rsidRPr="0069075D">
        <w:rPr>
          <w:rFonts w:eastAsia="宋体"/>
          <w:b/>
          <w:bCs/>
          <w:sz w:val="28"/>
          <w:szCs w:val="28"/>
          <w:lang w:eastAsia="zh-CN"/>
        </w:rPr>
        <w:t>胡子下边</w:t>
      </w:r>
      <w:r w:rsidR="00332C8E" w:rsidRPr="0069075D">
        <w:rPr>
          <w:rFonts w:eastAsia="宋体" w:hint="eastAsia"/>
          <w:b/>
          <w:bCs/>
          <w:sz w:val="28"/>
          <w:szCs w:val="28"/>
          <w:lang w:eastAsia="zh-CN"/>
        </w:rPr>
        <w:t>。</w:t>
      </w:r>
      <w:r w:rsidRPr="0069075D">
        <w:rPr>
          <w:rFonts w:eastAsia="宋体"/>
          <w:b/>
          <w:bCs/>
          <w:sz w:val="28"/>
          <w:szCs w:val="28"/>
          <w:lang w:eastAsia="zh-CN"/>
        </w:rPr>
        <w:t>也就是你们任何一个举动，都不是平白无</w:t>
      </w:r>
      <w:r w:rsidRPr="0069075D">
        <w:rPr>
          <w:rFonts w:eastAsia="宋体"/>
          <w:b/>
          <w:bCs/>
          <w:sz w:val="28"/>
          <w:szCs w:val="28"/>
          <w:lang w:eastAsia="zh-CN"/>
        </w:rPr>
        <w:lastRenderedPageBreak/>
        <w:t>故的。比如说我这样</w:t>
      </w:r>
      <w:r w:rsidR="00332C8E" w:rsidRPr="0069075D">
        <w:rPr>
          <w:rFonts w:eastAsia="宋体" w:hint="eastAsia"/>
          <w:b/>
          <w:bCs/>
          <w:sz w:val="28"/>
          <w:szCs w:val="28"/>
          <w:lang w:eastAsia="zh-CN"/>
        </w:rPr>
        <w:t>（扶额）</w:t>
      </w:r>
      <w:r w:rsidRPr="0069075D">
        <w:rPr>
          <w:rFonts w:eastAsia="宋体"/>
          <w:b/>
          <w:bCs/>
          <w:sz w:val="28"/>
          <w:szCs w:val="28"/>
          <w:lang w:eastAsia="zh-CN"/>
        </w:rPr>
        <w:t>，为什么要这样啊，肯定头沉</w:t>
      </w:r>
      <w:r w:rsidR="0069075D" w:rsidRPr="0069075D">
        <w:rPr>
          <w:rFonts w:eastAsia="宋体" w:hint="eastAsia"/>
          <w:b/>
          <w:bCs/>
          <w:sz w:val="28"/>
          <w:szCs w:val="28"/>
          <w:lang w:eastAsia="zh-CN"/>
        </w:rPr>
        <w:t>、</w:t>
      </w:r>
      <w:r w:rsidRPr="0069075D">
        <w:rPr>
          <w:rFonts w:eastAsia="宋体"/>
          <w:b/>
          <w:bCs/>
          <w:sz w:val="28"/>
          <w:szCs w:val="28"/>
          <w:lang w:eastAsia="zh-CN"/>
        </w:rPr>
        <w:t>头</w:t>
      </w:r>
      <w:proofErr w:type="gramStart"/>
      <w:r w:rsidRPr="0069075D">
        <w:rPr>
          <w:rFonts w:eastAsia="宋体"/>
          <w:b/>
          <w:bCs/>
          <w:sz w:val="28"/>
          <w:szCs w:val="28"/>
          <w:lang w:eastAsia="zh-CN"/>
        </w:rPr>
        <w:t>闷或者</w:t>
      </w:r>
      <w:proofErr w:type="gramEnd"/>
      <w:r w:rsidRPr="0069075D">
        <w:rPr>
          <w:rFonts w:eastAsia="宋体"/>
          <w:b/>
          <w:bCs/>
          <w:sz w:val="28"/>
          <w:szCs w:val="28"/>
          <w:lang w:eastAsia="zh-CN"/>
        </w:rPr>
        <w:t>头疼，才会下意识的这样。那为什么有时候会这样拖着</w:t>
      </w:r>
      <w:r w:rsidR="00391718" w:rsidRPr="0069075D">
        <w:rPr>
          <w:rFonts w:eastAsia="宋体" w:hint="eastAsia"/>
          <w:b/>
          <w:bCs/>
          <w:sz w:val="28"/>
          <w:szCs w:val="28"/>
          <w:lang w:eastAsia="zh-CN"/>
        </w:rPr>
        <w:t>（下巴）</w:t>
      </w:r>
      <w:r w:rsidRPr="0069075D">
        <w:rPr>
          <w:rFonts w:eastAsia="宋体"/>
          <w:b/>
          <w:bCs/>
          <w:sz w:val="28"/>
          <w:szCs w:val="28"/>
          <w:lang w:eastAsia="zh-CN"/>
        </w:rPr>
        <w:t>呢？因为脑袋没劲儿。当你看你家孩子</w:t>
      </w:r>
      <w:r w:rsidR="0041691D" w:rsidRPr="0069075D">
        <w:rPr>
          <w:rFonts w:eastAsia="宋体" w:hint="eastAsia"/>
          <w:b/>
          <w:bCs/>
          <w:sz w:val="28"/>
          <w:szCs w:val="28"/>
          <w:lang w:eastAsia="zh-CN"/>
        </w:rPr>
        <w:t>这样</w:t>
      </w:r>
      <w:r w:rsidRPr="0069075D">
        <w:rPr>
          <w:rFonts w:eastAsia="宋体"/>
          <w:b/>
          <w:bCs/>
          <w:sz w:val="28"/>
          <w:szCs w:val="28"/>
          <w:lang w:eastAsia="zh-CN"/>
        </w:rPr>
        <w:t>拖着的</w:t>
      </w:r>
      <w:r w:rsidR="0041691D" w:rsidRPr="0069075D">
        <w:rPr>
          <w:rFonts w:eastAsia="宋体" w:hint="eastAsia"/>
          <w:b/>
          <w:bCs/>
          <w:sz w:val="28"/>
          <w:szCs w:val="28"/>
          <w:lang w:eastAsia="zh-CN"/>
        </w:rPr>
        <w:t>时候</w:t>
      </w:r>
      <w:r w:rsidRPr="0069075D">
        <w:rPr>
          <w:rFonts w:eastAsia="宋体"/>
          <w:b/>
          <w:bCs/>
          <w:sz w:val="28"/>
          <w:szCs w:val="28"/>
          <w:lang w:eastAsia="zh-CN"/>
        </w:rPr>
        <w:t>，你</w:t>
      </w:r>
      <w:r w:rsidR="0041691D" w:rsidRPr="0069075D">
        <w:rPr>
          <w:rFonts w:eastAsia="宋体" w:hint="eastAsia"/>
          <w:b/>
          <w:bCs/>
          <w:sz w:val="28"/>
          <w:szCs w:val="28"/>
          <w:lang w:eastAsia="zh-CN"/>
        </w:rPr>
        <w:t>就</w:t>
      </w:r>
      <w:r w:rsidRPr="0069075D">
        <w:rPr>
          <w:rFonts w:eastAsia="宋体"/>
          <w:b/>
          <w:bCs/>
          <w:sz w:val="28"/>
          <w:szCs w:val="28"/>
          <w:lang w:eastAsia="zh-CN"/>
        </w:rPr>
        <w:t>知道他累</w:t>
      </w:r>
      <w:r w:rsidR="0041691D" w:rsidRPr="0069075D">
        <w:rPr>
          <w:rFonts w:eastAsia="宋体" w:hint="eastAsia"/>
          <w:b/>
          <w:bCs/>
          <w:sz w:val="28"/>
          <w:szCs w:val="28"/>
          <w:lang w:eastAsia="zh-CN"/>
        </w:rPr>
        <w:t>了。</w:t>
      </w:r>
      <w:r w:rsidRPr="0069075D">
        <w:rPr>
          <w:rFonts w:eastAsia="宋体"/>
          <w:b/>
          <w:bCs/>
          <w:sz w:val="28"/>
          <w:szCs w:val="28"/>
          <w:lang w:eastAsia="zh-CN"/>
        </w:rPr>
        <w:t>我特别爱观察别人的小动作，你们有任何小动作都代表你的健康状况和性格特点。</w:t>
      </w:r>
    </w:p>
    <w:p w14:paraId="5C04AE07" w14:textId="77777777" w:rsidR="0069075D" w:rsidRPr="0069075D" w:rsidRDefault="00C10987" w:rsidP="0069075D">
      <w:pPr>
        <w:widowControl w:val="0"/>
        <w:adjustRightInd w:val="0"/>
        <w:snapToGrid w:val="0"/>
        <w:spacing w:after="0" w:line="360" w:lineRule="auto"/>
        <w:ind w:firstLineChars="200" w:firstLine="560"/>
        <w:rPr>
          <w:rFonts w:eastAsia="宋体"/>
          <w:b/>
          <w:bCs/>
          <w:sz w:val="28"/>
          <w:szCs w:val="28"/>
          <w:lang w:eastAsia="zh-CN"/>
        </w:rPr>
      </w:pPr>
      <w:r w:rsidRPr="0069075D">
        <w:rPr>
          <w:rFonts w:eastAsia="宋体"/>
          <w:b/>
          <w:bCs/>
          <w:sz w:val="28"/>
          <w:szCs w:val="28"/>
          <w:lang w:eastAsia="zh-CN"/>
        </w:rPr>
        <w:t>美国中情局他也研究这些东西，国家领导人的小动作</w:t>
      </w:r>
      <w:r w:rsidR="00CA48B6" w:rsidRPr="0069075D">
        <w:rPr>
          <w:rFonts w:eastAsia="宋体" w:hint="eastAsia"/>
          <w:b/>
          <w:bCs/>
          <w:sz w:val="28"/>
          <w:szCs w:val="28"/>
          <w:lang w:eastAsia="zh-CN"/>
        </w:rPr>
        <w:t>，</w:t>
      </w:r>
      <w:r w:rsidRPr="0069075D">
        <w:rPr>
          <w:rFonts w:eastAsia="宋体"/>
          <w:b/>
          <w:bCs/>
          <w:sz w:val="28"/>
          <w:szCs w:val="28"/>
          <w:lang w:eastAsia="zh-CN"/>
        </w:rPr>
        <w:t>背后的意义是什么</w:t>
      </w:r>
      <w:r w:rsidR="00CA48B6" w:rsidRPr="0069075D">
        <w:rPr>
          <w:rFonts w:eastAsia="宋体" w:hint="eastAsia"/>
          <w:b/>
          <w:bCs/>
          <w:sz w:val="28"/>
          <w:szCs w:val="28"/>
          <w:lang w:eastAsia="zh-CN"/>
        </w:rPr>
        <w:t>，</w:t>
      </w:r>
      <w:r w:rsidRPr="0069075D">
        <w:rPr>
          <w:rFonts w:eastAsia="宋体"/>
          <w:b/>
          <w:bCs/>
          <w:sz w:val="28"/>
          <w:szCs w:val="28"/>
          <w:lang w:eastAsia="zh-CN"/>
        </w:rPr>
        <w:t>都在研究</w:t>
      </w:r>
      <w:r w:rsidR="00CA48B6" w:rsidRPr="0069075D">
        <w:rPr>
          <w:rFonts w:eastAsia="宋体" w:hint="eastAsia"/>
          <w:b/>
          <w:bCs/>
          <w:sz w:val="28"/>
          <w:szCs w:val="28"/>
          <w:lang w:eastAsia="zh-CN"/>
        </w:rPr>
        <w:t>。</w:t>
      </w:r>
      <w:r w:rsidRPr="0069075D">
        <w:rPr>
          <w:rFonts w:eastAsia="宋体"/>
          <w:b/>
          <w:bCs/>
          <w:sz w:val="28"/>
          <w:szCs w:val="28"/>
          <w:lang w:eastAsia="zh-CN"/>
        </w:rPr>
        <w:t>比如说我</w:t>
      </w:r>
      <w:r w:rsidR="00CA48B6" w:rsidRPr="0069075D">
        <w:rPr>
          <w:rFonts w:eastAsia="宋体" w:hint="eastAsia"/>
          <w:b/>
          <w:bCs/>
          <w:sz w:val="28"/>
          <w:szCs w:val="28"/>
          <w:lang w:eastAsia="zh-CN"/>
        </w:rPr>
        <w:t>老是喜欢</w:t>
      </w:r>
      <w:r w:rsidRPr="0069075D">
        <w:rPr>
          <w:rFonts w:eastAsia="宋体"/>
          <w:b/>
          <w:bCs/>
          <w:sz w:val="28"/>
          <w:szCs w:val="28"/>
          <w:lang w:eastAsia="zh-CN"/>
        </w:rPr>
        <w:t>双手摊开</w:t>
      </w:r>
      <w:r w:rsidR="00CA48B6" w:rsidRPr="0069075D">
        <w:rPr>
          <w:rFonts w:eastAsia="宋体" w:hint="eastAsia"/>
          <w:b/>
          <w:bCs/>
          <w:sz w:val="28"/>
          <w:szCs w:val="28"/>
          <w:lang w:eastAsia="zh-CN"/>
        </w:rPr>
        <w:t>，</w:t>
      </w:r>
      <w:r w:rsidRPr="0069075D">
        <w:rPr>
          <w:rFonts w:eastAsia="宋体"/>
          <w:b/>
          <w:bCs/>
          <w:sz w:val="28"/>
          <w:szCs w:val="28"/>
          <w:lang w:eastAsia="zh-CN"/>
        </w:rPr>
        <w:t>代表什么意思？开放坦诚不设防</w:t>
      </w:r>
      <w:r w:rsidR="00CA48B6" w:rsidRPr="0069075D">
        <w:rPr>
          <w:rFonts w:eastAsia="宋体" w:hint="eastAsia"/>
          <w:b/>
          <w:bCs/>
          <w:sz w:val="28"/>
          <w:szCs w:val="28"/>
          <w:lang w:eastAsia="zh-CN"/>
        </w:rPr>
        <w:t>。</w:t>
      </w:r>
      <w:r w:rsidRPr="0069075D">
        <w:rPr>
          <w:rFonts w:eastAsia="宋体"/>
          <w:b/>
          <w:bCs/>
          <w:sz w:val="28"/>
          <w:szCs w:val="28"/>
          <w:lang w:eastAsia="zh-CN"/>
        </w:rPr>
        <w:t>你老喜欢这样</w:t>
      </w:r>
      <w:r w:rsidR="00CA48B6" w:rsidRPr="0069075D">
        <w:rPr>
          <w:rFonts w:eastAsia="宋体" w:hint="eastAsia"/>
          <w:b/>
          <w:bCs/>
          <w:sz w:val="28"/>
          <w:szCs w:val="28"/>
          <w:lang w:eastAsia="zh-CN"/>
        </w:rPr>
        <w:t>（手向下压）</w:t>
      </w:r>
      <w:r w:rsidRPr="0069075D">
        <w:rPr>
          <w:rFonts w:eastAsia="宋体"/>
          <w:b/>
          <w:bCs/>
          <w:sz w:val="28"/>
          <w:szCs w:val="28"/>
          <w:lang w:eastAsia="zh-CN"/>
        </w:rPr>
        <w:t>，代表什么呢？是不是想压制宣讲控制？老这样的人</w:t>
      </w:r>
      <w:r w:rsidR="00A4327F" w:rsidRPr="0069075D">
        <w:rPr>
          <w:rFonts w:eastAsia="宋体" w:hint="eastAsia"/>
          <w:b/>
          <w:bCs/>
          <w:sz w:val="28"/>
          <w:szCs w:val="28"/>
          <w:lang w:eastAsia="zh-CN"/>
        </w:rPr>
        <w:t>（竖起一根食指），</w:t>
      </w:r>
      <w:r w:rsidRPr="0069075D">
        <w:rPr>
          <w:rFonts w:eastAsia="宋体"/>
          <w:b/>
          <w:bCs/>
          <w:sz w:val="28"/>
          <w:szCs w:val="28"/>
          <w:lang w:eastAsia="zh-CN"/>
        </w:rPr>
        <w:t>他就一根筋儿</w:t>
      </w:r>
      <w:r w:rsidR="00A4327F" w:rsidRPr="0069075D">
        <w:rPr>
          <w:rFonts w:eastAsia="宋体" w:hint="eastAsia"/>
          <w:b/>
          <w:bCs/>
          <w:sz w:val="28"/>
          <w:szCs w:val="28"/>
          <w:lang w:eastAsia="zh-CN"/>
        </w:rPr>
        <w:t>，</w:t>
      </w:r>
      <w:r w:rsidRPr="0069075D">
        <w:rPr>
          <w:rFonts w:eastAsia="宋体"/>
          <w:b/>
          <w:bCs/>
          <w:sz w:val="28"/>
          <w:szCs w:val="28"/>
          <w:lang w:eastAsia="zh-CN"/>
        </w:rPr>
        <w:t>他只有一个方案，一个主意，一个想法</w:t>
      </w:r>
      <w:r w:rsidR="00845D1D" w:rsidRPr="0069075D">
        <w:rPr>
          <w:rFonts w:eastAsia="宋体" w:hint="eastAsia"/>
          <w:b/>
          <w:bCs/>
          <w:sz w:val="28"/>
          <w:szCs w:val="28"/>
          <w:lang w:eastAsia="zh-CN"/>
        </w:rPr>
        <w:t>，</w:t>
      </w:r>
      <w:r w:rsidRPr="0069075D">
        <w:rPr>
          <w:rFonts w:eastAsia="宋体"/>
          <w:b/>
          <w:bCs/>
          <w:sz w:val="28"/>
          <w:szCs w:val="28"/>
          <w:lang w:eastAsia="zh-CN"/>
        </w:rPr>
        <w:t>老是强调这一个</w:t>
      </w:r>
      <w:r w:rsidR="00845D1D" w:rsidRPr="0069075D">
        <w:rPr>
          <w:rFonts w:eastAsia="宋体" w:hint="eastAsia"/>
          <w:b/>
          <w:bCs/>
          <w:sz w:val="28"/>
          <w:szCs w:val="28"/>
          <w:lang w:eastAsia="zh-CN"/>
        </w:rPr>
        <w:t>。如果</w:t>
      </w:r>
      <w:r w:rsidRPr="0069075D">
        <w:rPr>
          <w:rFonts w:eastAsia="宋体"/>
          <w:b/>
          <w:bCs/>
          <w:sz w:val="28"/>
          <w:szCs w:val="28"/>
          <w:lang w:eastAsia="zh-CN"/>
        </w:rPr>
        <w:t>他这样呢</w:t>
      </w:r>
      <w:r w:rsidR="00845D1D" w:rsidRPr="0069075D">
        <w:rPr>
          <w:rFonts w:eastAsia="宋体" w:hint="eastAsia"/>
          <w:b/>
          <w:bCs/>
          <w:sz w:val="28"/>
          <w:szCs w:val="28"/>
          <w:lang w:eastAsia="zh-CN"/>
        </w:rPr>
        <w:t>（五个指头张开面前挥舞）</w:t>
      </w:r>
      <w:r w:rsidRPr="0069075D">
        <w:rPr>
          <w:rFonts w:eastAsia="宋体"/>
          <w:b/>
          <w:bCs/>
          <w:sz w:val="28"/>
          <w:szCs w:val="28"/>
          <w:lang w:eastAsia="zh-CN"/>
        </w:rPr>
        <w:t>，这人比较开放，</w:t>
      </w:r>
      <w:proofErr w:type="gramStart"/>
      <w:r w:rsidRPr="0069075D">
        <w:rPr>
          <w:rFonts w:eastAsia="宋体"/>
          <w:b/>
          <w:bCs/>
          <w:sz w:val="28"/>
          <w:szCs w:val="28"/>
          <w:lang w:eastAsia="zh-CN"/>
        </w:rPr>
        <w:t>能够护全了</w:t>
      </w:r>
      <w:proofErr w:type="gramEnd"/>
      <w:r w:rsidRPr="0069075D">
        <w:rPr>
          <w:rFonts w:eastAsia="宋体"/>
          <w:b/>
          <w:bCs/>
          <w:sz w:val="28"/>
          <w:szCs w:val="28"/>
          <w:lang w:eastAsia="zh-CN"/>
        </w:rPr>
        <w:t>，</w:t>
      </w:r>
      <w:r w:rsidR="00845D1D" w:rsidRPr="0069075D">
        <w:rPr>
          <w:rFonts w:eastAsia="宋体" w:hint="eastAsia"/>
          <w:b/>
          <w:bCs/>
          <w:sz w:val="28"/>
          <w:szCs w:val="28"/>
          <w:lang w:eastAsia="zh-CN"/>
        </w:rPr>
        <w:t>五个</w:t>
      </w:r>
      <w:r w:rsidRPr="0069075D">
        <w:rPr>
          <w:rFonts w:eastAsia="宋体"/>
          <w:b/>
          <w:bCs/>
          <w:sz w:val="28"/>
          <w:szCs w:val="28"/>
          <w:lang w:eastAsia="zh-CN"/>
        </w:rPr>
        <w:t>指头都张开，五个方面他能全部去掌管</w:t>
      </w:r>
      <w:r w:rsidR="00845D1D" w:rsidRPr="0069075D">
        <w:rPr>
          <w:rFonts w:eastAsia="宋体" w:hint="eastAsia"/>
          <w:b/>
          <w:bCs/>
          <w:sz w:val="28"/>
          <w:szCs w:val="28"/>
          <w:lang w:eastAsia="zh-CN"/>
        </w:rPr>
        <w:t>，</w:t>
      </w:r>
      <w:r w:rsidRPr="0069075D">
        <w:rPr>
          <w:rFonts w:eastAsia="宋体"/>
          <w:b/>
          <w:bCs/>
          <w:sz w:val="28"/>
          <w:szCs w:val="28"/>
          <w:lang w:eastAsia="zh-CN"/>
        </w:rPr>
        <w:t>一挥是不是有挥手号召的意思</w:t>
      </w:r>
      <w:r w:rsidR="00845D1D" w:rsidRPr="0069075D">
        <w:rPr>
          <w:rFonts w:eastAsia="宋体" w:hint="eastAsia"/>
          <w:b/>
          <w:bCs/>
          <w:sz w:val="28"/>
          <w:szCs w:val="28"/>
          <w:lang w:eastAsia="zh-CN"/>
        </w:rPr>
        <w:t>？</w:t>
      </w:r>
      <w:r w:rsidRPr="0069075D">
        <w:rPr>
          <w:rFonts w:eastAsia="宋体"/>
          <w:b/>
          <w:bCs/>
          <w:sz w:val="28"/>
          <w:szCs w:val="28"/>
          <w:lang w:eastAsia="zh-CN"/>
        </w:rPr>
        <w:t>如果在这儿呢</w:t>
      </w:r>
      <w:r w:rsidR="00845D1D" w:rsidRPr="0069075D">
        <w:rPr>
          <w:rFonts w:eastAsia="宋体" w:hint="eastAsia"/>
          <w:b/>
          <w:bCs/>
          <w:sz w:val="28"/>
          <w:szCs w:val="28"/>
          <w:lang w:eastAsia="zh-CN"/>
        </w:rPr>
        <w:t>（手在胸前挥舞），</w:t>
      </w:r>
      <w:r w:rsidRPr="0069075D">
        <w:rPr>
          <w:rFonts w:eastAsia="宋体"/>
          <w:b/>
          <w:bCs/>
          <w:sz w:val="28"/>
          <w:szCs w:val="28"/>
          <w:lang w:eastAsia="zh-CN"/>
        </w:rPr>
        <w:t>他虽然有掌控</w:t>
      </w:r>
      <w:r w:rsidR="00845D1D" w:rsidRPr="0069075D">
        <w:rPr>
          <w:rFonts w:eastAsia="宋体" w:hint="eastAsia"/>
          <w:b/>
          <w:bCs/>
          <w:sz w:val="28"/>
          <w:szCs w:val="28"/>
          <w:lang w:eastAsia="zh-CN"/>
        </w:rPr>
        <w:t>全</w:t>
      </w:r>
      <w:r w:rsidRPr="0069075D">
        <w:rPr>
          <w:rFonts w:eastAsia="宋体"/>
          <w:b/>
          <w:bCs/>
          <w:sz w:val="28"/>
          <w:szCs w:val="28"/>
          <w:lang w:eastAsia="zh-CN"/>
        </w:rPr>
        <w:t>局的能力，但他气势不够</w:t>
      </w:r>
      <w:r w:rsidR="00845D1D" w:rsidRPr="0069075D">
        <w:rPr>
          <w:rFonts w:eastAsia="宋体" w:hint="eastAsia"/>
          <w:b/>
          <w:bCs/>
          <w:sz w:val="28"/>
          <w:szCs w:val="28"/>
          <w:lang w:eastAsia="zh-CN"/>
        </w:rPr>
        <w:t>，</w:t>
      </w:r>
      <w:r w:rsidRPr="0069075D">
        <w:rPr>
          <w:rFonts w:eastAsia="宋体"/>
          <w:b/>
          <w:bCs/>
          <w:sz w:val="28"/>
          <w:szCs w:val="28"/>
          <w:lang w:eastAsia="zh-CN"/>
        </w:rPr>
        <w:t>不敢往上拔高一度。</w:t>
      </w:r>
    </w:p>
    <w:p w14:paraId="7E66FDAB" w14:textId="77777777" w:rsidR="00A7071B" w:rsidRPr="00A7071B" w:rsidRDefault="00C10987" w:rsidP="0069075D">
      <w:pPr>
        <w:widowControl w:val="0"/>
        <w:adjustRightInd w:val="0"/>
        <w:snapToGrid w:val="0"/>
        <w:spacing w:after="0" w:line="360" w:lineRule="auto"/>
        <w:ind w:firstLineChars="200" w:firstLine="560"/>
        <w:rPr>
          <w:rFonts w:eastAsia="宋体"/>
          <w:b/>
          <w:bCs/>
          <w:sz w:val="28"/>
          <w:szCs w:val="28"/>
          <w:lang w:eastAsia="zh-CN"/>
        </w:rPr>
      </w:pPr>
      <w:r w:rsidRPr="00A7071B">
        <w:rPr>
          <w:rFonts w:eastAsia="宋体"/>
          <w:b/>
          <w:bCs/>
          <w:sz w:val="28"/>
          <w:szCs w:val="28"/>
          <w:lang w:eastAsia="zh-CN"/>
        </w:rPr>
        <w:t>像赫鲁晓夫拿皮鞋敲桌子</w:t>
      </w:r>
      <w:r w:rsidR="0004007C" w:rsidRPr="00A7071B">
        <w:rPr>
          <w:rFonts w:eastAsia="宋体" w:hint="eastAsia"/>
          <w:b/>
          <w:bCs/>
          <w:sz w:val="28"/>
          <w:szCs w:val="28"/>
          <w:lang w:eastAsia="zh-CN"/>
        </w:rPr>
        <w:t>，</w:t>
      </w:r>
      <w:r w:rsidRPr="00A7071B">
        <w:rPr>
          <w:rFonts w:eastAsia="宋体"/>
          <w:b/>
          <w:bCs/>
          <w:sz w:val="28"/>
          <w:szCs w:val="28"/>
          <w:lang w:eastAsia="zh-CN"/>
        </w:rPr>
        <w:t>代表啥呀，</w:t>
      </w:r>
      <w:r w:rsidR="0004007C" w:rsidRPr="00A7071B">
        <w:rPr>
          <w:rFonts w:eastAsia="宋体" w:hint="eastAsia"/>
          <w:b/>
          <w:bCs/>
          <w:sz w:val="28"/>
          <w:szCs w:val="28"/>
          <w:lang w:eastAsia="zh-CN"/>
        </w:rPr>
        <w:t>鲁莽生气</w:t>
      </w:r>
      <w:r w:rsidRPr="00A7071B">
        <w:rPr>
          <w:rFonts w:eastAsia="宋体"/>
          <w:b/>
          <w:bCs/>
          <w:sz w:val="28"/>
          <w:szCs w:val="28"/>
          <w:lang w:eastAsia="zh-CN"/>
        </w:rPr>
        <w:t>，想急躁的快速解决问题。老师把这些东西都研究透透的了</w:t>
      </w:r>
      <w:r w:rsidR="00923249" w:rsidRPr="00A7071B">
        <w:rPr>
          <w:rFonts w:eastAsia="宋体" w:hint="eastAsia"/>
          <w:b/>
          <w:bCs/>
          <w:sz w:val="28"/>
          <w:szCs w:val="28"/>
          <w:lang w:eastAsia="zh-CN"/>
        </w:rPr>
        <w:t>。</w:t>
      </w:r>
      <w:r w:rsidRPr="00A7071B">
        <w:rPr>
          <w:rFonts w:eastAsia="宋体"/>
          <w:b/>
          <w:bCs/>
          <w:sz w:val="28"/>
          <w:szCs w:val="28"/>
          <w:lang w:eastAsia="zh-CN"/>
        </w:rPr>
        <w:t>三个指头敲桌子</w:t>
      </w:r>
      <w:r w:rsidR="00923249" w:rsidRPr="00A7071B">
        <w:rPr>
          <w:rFonts w:eastAsia="宋体" w:hint="eastAsia"/>
          <w:b/>
          <w:bCs/>
          <w:sz w:val="28"/>
          <w:szCs w:val="28"/>
          <w:lang w:eastAsia="zh-CN"/>
        </w:rPr>
        <w:t>，</w:t>
      </w:r>
      <w:r w:rsidRPr="00A7071B">
        <w:rPr>
          <w:rFonts w:eastAsia="宋体"/>
          <w:b/>
          <w:bCs/>
          <w:sz w:val="28"/>
          <w:szCs w:val="28"/>
          <w:lang w:eastAsia="zh-CN"/>
        </w:rPr>
        <w:t>四个指头敲桌子</w:t>
      </w:r>
      <w:r w:rsidR="00923249" w:rsidRPr="00A7071B">
        <w:rPr>
          <w:rFonts w:eastAsia="宋体" w:hint="eastAsia"/>
          <w:b/>
          <w:bCs/>
          <w:sz w:val="28"/>
          <w:szCs w:val="28"/>
          <w:lang w:eastAsia="zh-CN"/>
        </w:rPr>
        <w:t>，</w:t>
      </w:r>
      <w:r w:rsidRPr="00A7071B">
        <w:rPr>
          <w:rFonts w:eastAsia="宋体"/>
          <w:b/>
          <w:bCs/>
          <w:sz w:val="28"/>
          <w:szCs w:val="28"/>
          <w:lang w:eastAsia="zh-CN"/>
        </w:rPr>
        <w:t>带上大指头敲桌子</w:t>
      </w:r>
      <w:r w:rsidR="00923249" w:rsidRPr="00A7071B">
        <w:rPr>
          <w:rFonts w:eastAsia="宋体" w:hint="eastAsia"/>
          <w:b/>
          <w:bCs/>
          <w:sz w:val="28"/>
          <w:szCs w:val="28"/>
          <w:lang w:eastAsia="zh-CN"/>
        </w:rPr>
        <w:t>，</w:t>
      </w:r>
      <w:r w:rsidRPr="00A7071B">
        <w:rPr>
          <w:rFonts w:eastAsia="宋体"/>
          <w:b/>
          <w:bCs/>
          <w:sz w:val="28"/>
          <w:szCs w:val="28"/>
          <w:lang w:eastAsia="zh-CN"/>
        </w:rPr>
        <w:t>意义都不一样。原先央视看刑侦，一个女的，登上央视舞台，她去看脚印儿</w:t>
      </w:r>
      <w:r w:rsidR="00A513CD" w:rsidRPr="00A7071B">
        <w:rPr>
          <w:rFonts w:eastAsia="宋体" w:hint="eastAsia"/>
          <w:b/>
          <w:bCs/>
          <w:sz w:val="28"/>
          <w:szCs w:val="28"/>
          <w:lang w:eastAsia="zh-CN"/>
        </w:rPr>
        <w:t>，</w:t>
      </w:r>
      <w:r w:rsidRPr="00A7071B">
        <w:rPr>
          <w:rFonts w:eastAsia="宋体"/>
          <w:b/>
          <w:bCs/>
          <w:sz w:val="28"/>
          <w:szCs w:val="28"/>
          <w:lang w:eastAsia="zh-CN"/>
        </w:rPr>
        <w:t>去判断这人身高体重性格特征。其实你的健康性格直接决定你的命运行为，这是</w:t>
      </w:r>
      <w:r w:rsidR="004F669C" w:rsidRPr="00A7071B">
        <w:rPr>
          <w:rFonts w:eastAsia="宋体" w:hint="eastAsia"/>
          <w:b/>
          <w:bCs/>
          <w:sz w:val="28"/>
          <w:szCs w:val="28"/>
          <w:lang w:eastAsia="zh-CN"/>
        </w:rPr>
        <w:t>一定</w:t>
      </w:r>
      <w:r w:rsidRPr="00A7071B">
        <w:rPr>
          <w:rFonts w:eastAsia="宋体"/>
          <w:b/>
          <w:bCs/>
          <w:sz w:val="28"/>
          <w:szCs w:val="28"/>
          <w:lang w:eastAsia="zh-CN"/>
        </w:rPr>
        <w:t>的，都错不了。</w:t>
      </w:r>
    </w:p>
    <w:p w14:paraId="2D9FEBE7" w14:textId="77777777" w:rsidR="00A7071B" w:rsidRDefault="00C10987" w:rsidP="0069075D">
      <w:pPr>
        <w:widowControl w:val="0"/>
        <w:adjustRightInd w:val="0"/>
        <w:snapToGrid w:val="0"/>
        <w:spacing w:after="0" w:line="360" w:lineRule="auto"/>
        <w:ind w:firstLineChars="200" w:firstLine="560"/>
        <w:rPr>
          <w:rFonts w:eastAsia="宋体"/>
          <w:b/>
          <w:bCs/>
          <w:sz w:val="28"/>
          <w:szCs w:val="28"/>
          <w:lang w:eastAsia="zh-CN"/>
        </w:rPr>
      </w:pPr>
      <w:r w:rsidRPr="00A7071B">
        <w:rPr>
          <w:rFonts w:eastAsia="宋体"/>
          <w:b/>
          <w:bCs/>
          <w:sz w:val="28"/>
          <w:szCs w:val="28"/>
          <w:lang w:eastAsia="zh-CN"/>
        </w:rPr>
        <w:t>比如说原先大夫</w:t>
      </w:r>
      <w:r w:rsidR="004F669C" w:rsidRPr="00A7071B">
        <w:rPr>
          <w:rFonts w:eastAsia="宋体" w:hint="eastAsia"/>
          <w:b/>
          <w:bCs/>
          <w:sz w:val="28"/>
          <w:szCs w:val="28"/>
          <w:lang w:eastAsia="zh-CN"/>
        </w:rPr>
        <w:t>开</w:t>
      </w:r>
      <w:r w:rsidRPr="00A7071B">
        <w:rPr>
          <w:rFonts w:eastAsia="宋体"/>
          <w:b/>
          <w:bCs/>
          <w:sz w:val="28"/>
          <w:szCs w:val="28"/>
          <w:lang w:eastAsia="zh-CN"/>
        </w:rPr>
        <w:t>方</w:t>
      </w:r>
      <w:r w:rsidR="004F669C" w:rsidRPr="00A7071B">
        <w:rPr>
          <w:rFonts w:eastAsia="宋体" w:hint="eastAsia"/>
          <w:b/>
          <w:bCs/>
          <w:sz w:val="28"/>
          <w:szCs w:val="28"/>
          <w:lang w:eastAsia="zh-CN"/>
        </w:rPr>
        <w:t>，</w:t>
      </w:r>
      <w:r w:rsidRPr="00A7071B">
        <w:rPr>
          <w:rFonts w:eastAsia="宋体"/>
          <w:b/>
          <w:bCs/>
          <w:sz w:val="28"/>
          <w:szCs w:val="28"/>
          <w:lang w:eastAsia="zh-CN"/>
        </w:rPr>
        <w:t>他要</w:t>
      </w:r>
      <w:r w:rsidR="004F669C" w:rsidRPr="00A7071B">
        <w:rPr>
          <w:rFonts w:eastAsia="宋体" w:hint="eastAsia"/>
          <w:b/>
          <w:bCs/>
          <w:sz w:val="28"/>
          <w:szCs w:val="28"/>
          <w:lang w:eastAsia="zh-CN"/>
        </w:rPr>
        <w:t>是很</w:t>
      </w:r>
      <w:r w:rsidRPr="00A7071B">
        <w:rPr>
          <w:rFonts w:eastAsia="宋体"/>
          <w:b/>
          <w:bCs/>
          <w:sz w:val="28"/>
          <w:szCs w:val="28"/>
          <w:lang w:eastAsia="zh-CN"/>
        </w:rPr>
        <w:t>怯懦的一个人，很弱的一个人，你觉得他敢开猛药吗？</w:t>
      </w:r>
      <w:r w:rsidR="004F669C" w:rsidRPr="00A7071B">
        <w:rPr>
          <w:rFonts w:eastAsia="宋体" w:hint="eastAsia"/>
          <w:b/>
          <w:bCs/>
          <w:sz w:val="28"/>
          <w:szCs w:val="28"/>
          <w:lang w:eastAsia="zh-CN"/>
        </w:rPr>
        <w:t>谁</w:t>
      </w:r>
      <w:r w:rsidRPr="00A7071B">
        <w:rPr>
          <w:rFonts w:eastAsia="宋体"/>
          <w:b/>
          <w:bCs/>
          <w:sz w:val="28"/>
          <w:szCs w:val="28"/>
          <w:lang w:eastAsia="zh-CN"/>
        </w:rPr>
        <w:t>会开猛药</w:t>
      </w:r>
      <w:r w:rsidR="004F669C" w:rsidRPr="00A7071B">
        <w:rPr>
          <w:rFonts w:eastAsia="宋体" w:hint="eastAsia"/>
          <w:b/>
          <w:bCs/>
          <w:sz w:val="28"/>
          <w:szCs w:val="28"/>
          <w:lang w:eastAsia="zh-CN"/>
        </w:rPr>
        <w:t>？</w:t>
      </w:r>
      <w:r w:rsidRPr="00A7071B">
        <w:rPr>
          <w:rFonts w:eastAsia="宋体"/>
          <w:b/>
          <w:bCs/>
          <w:sz w:val="28"/>
          <w:szCs w:val="28"/>
          <w:lang w:eastAsia="zh-CN"/>
        </w:rPr>
        <w:t>一定是能量足的，敢下茬子的人敢开猛药。</w:t>
      </w:r>
      <w:r w:rsidR="00983B10" w:rsidRPr="00A7071B">
        <w:rPr>
          <w:rFonts w:eastAsia="宋体" w:hint="eastAsia"/>
          <w:b/>
          <w:bCs/>
          <w:sz w:val="28"/>
          <w:szCs w:val="28"/>
          <w:lang w:eastAsia="zh-CN"/>
        </w:rPr>
        <w:t>就像</w:t>
      </w:r>
      <w:r w:rsidRPr="00A7071B">
        <w:rPr>
          <w:rFonts w:eastAsia="宋体"/>
          <w:b/>
          <w:bCs/>
          <w:sz w:val="28"/>
          <w:szCs w:val="28"/>
          <w:lang w:eastAsia="zh-CN"/>
        </w:rPr>
        <w:t>明清的书画家，这些人的国画都普遍带一个什么特色？宋元明清嘛，都叫文人书画，什么特点</w:t>
      </w:r>
      <w:r w:rsidR="006E02EA" w:rsidRPr="00A7071B">
        <w:rPr>
          <w:rFonts w:eastAsia="宋体" w:hint="eastAsia"/>
          <w:b/>
          <w:bCs/>
          <w:sz w:val="28"/>
          <w:szCs w:val="28"/>
          <w:lang w:eastAsia="zh-CN"/>
        </w:rPr>
        <w:t>？</w:t>
      </w:r>
      <w:r w:rsidRPr="00A7071B">
        <w:rPr>
          <w:rFonts w:eastAsia="宋体"/>
          <w:b/>
          <w:bCs/>
          <w:sz w:val="28"/>
          <w:szCs w:val="28"/>
          <w:lang w:eastAsia="zh-CN"/>
        </w:rPr>
        <w:t>阴柔之美</w:t>
      </w:r>
      <w:r w:rsidR="00CC0DC8" w:rsidRPr="00A7071B">
        <w:rPr>
          <w:rFonts w:eastAsia="宋体" w:hint="eastAsia"/>
          <w:b/>
          <w:bCs/>
          <w:sz w:val="28"/>
          <w:szCs w:val="28"/>
          <w:lang w:eastAsia="zh-CN"/>
        </w:rPr>
        <w:t>，</w:t>
      </w:r>
      <w:r w:rsidRPr="00A7071B">
        <w:rPr>
          <w:rFonts w:eastAsia="宋体"/>
          <w:b/>
          <w:bCs/>
          <w:sz w:val="28"/>
          <w:szCs w:val="28"/>
          <w:lang w:eastAsia="zh-CN"/>
        </w:rPr>
        <w:t>柔弱</w:t>
      </w:r>
      <w:r w:rsidR="00CC0DC8" w:rsidRPr="00A7071B">
        <w:rPr>
          <w:rFonts w:eastAsia="宋体" w:hint="eastAsia"/>
          <w:b/>
          <w:bCs/>
          <w:sz w:val="28"/>
          <w:szCs w:val="28"/>
          <w:lang w:eastAsia="zh-CN"/>
        </w:rPr>
        <w:t>，</w:t>
      </w:r>
      <w:r w:rsidRPr="00A7071B">
        <w:rPr>
          <w:rFonts w:eastAsia="宋体"/>
          <w:b/>
          <w:bCs/>
          <w:sz w:val="28"/>
          <w:szCs w:val="28"/>
          <w:lang w:eastAsia="zh-CN"/>
        </w:rPr>
        <w:t>不粗犷</w:t>
      </w:r>
      <w:r w:rsidR="00CC0DC8" w:rsidRPr="00A7071B">
        <w:rPr>
          <w:rFonts w:eastAsia="宋体" w:hint="eastAsia"/>
          <w:b/>
          <w:bCs/>
          <w:sz w:val="28"/>
          <w:szCs w:val="28"/>
          <w:lang w:eastAsia="zh-CN"/>
        </w:rPr>
        <w:t>，</w:t>
      </w:r>
      <w:r w:rsidRPr="00A7071B">
        <w:rPr>
          <w:rFonts w:eastAsia="宋体"/>
          <w:b/>
          <w:bCs/>
          <w:sz w:val="28"/>
          <w:szCs w:val="28"/>
          <w:lang w:eastAsia="zh-CN"/>
        </w:rPr>
        <w:lastRenderedPageBreak/>
        <w:t>不刚猛，没有魏晋风骨</w:t>
      </w:r>
      <w:r w:rsidR="00CC0DC8" w:rsidRPr="00A7071B">
        <w:rPr>
          <w:rFonts w:eastAsia="宋体" w:hint="eastAsia"/>
          <w:b/>
          <w:bCs/>
          <w:sz w:val="28"/>
          <w:szCs w:val="28"/>
          <w:lang w:eastAsia="zh-CN"/>
        </w:rPr>
        <w:t>。</w:t>
      </w:r>
      <w:r w:rsidRPr="00A7071B">
        <w:rPr>
          <w:rFonts w:eastAsia="宋体"/>
          <w:b/>
          <w:bCs/>
          <w:sz w:val="28"/>
          <w:szCs w:val="28"/>
          <w:lang w:eastAsia="zh-CN"/>
        </w:rPr>
        <w:t>我们写</w:t>
      </w:r>
      <w:r w:rsidR="0051320F" w:rsidRPr="00A7071B">
        <w:rPr>
          <w:rFonts w:eastAsia="宋体" w:hint="eastAsia"/>
          <w:b/>
          <w:bCs/>
          <w:sz w:val="28"/>
          <w:szCs w:val="28"/>
          <w:lang w:eastAsia="zh-CN"/>
        </w:rPr>
        <w:t>字一样，</w:t>
      </w:r>
      <w:r w:rsidRPr="00A7071B">
        <w:rPr>
          <w:rFonts w:eastAsia="宋体"/>
          <w:b/>
          <w:bCs/>
          <w:sz w:val="28"/>
          <w:szCs w:val="28"/>
          <w:lang w:eastAsia="zh-CN"/>
        </w:rPr>
        <w:t>大隶书大隶，包括</w:t>
      </w:r>
      <w:r w:rsidR="0051320F" w:rsidRPr="00A7071B">
        <w:rPr>
          <w:rFonts w:eastAsia="宋体" w:hint="eastAsia"/>
          <w:b/>
          <w:bCs/>
          <w:sz w:val="28"/>
          <w:szCs w:val="28"/>
          <w:lang w:eastAsia="zh-CN"/>
        </w:rPr>
        <w:t>王羲之，</w:t>
      </w:r>
      <w:r w:rsidRPr="00A7071B">
        <w:rPr>
          <w:rFonts w:eastAsia="宋体"/>
          <w:b/>
          <w:bCs/>
          <w:sz w:val="28"/>
          <w:szCs w:val="28"/>
          <w:lang w:eastAsia="zh-CN"/>
        </w:rPr>
        <w:t>那人家王右军呢，王右军什么职务啊</w:t>
      </w:r>
      <w:r w:rsidR="00EB30C8" w:rsidRPr="00A7071B">
        <w:rPr>
          <w:rFonts w:eastAsia="宋体" w:hint="eastAsia"/>
          <w:b/>
          <w:bCs/>
          <w:sz w:val="28"/>
          <w:szCs w:val="28"/>
          <w:lang w:eastAsia="zh-CN"/>
        </w:rPr>
        <w:t>？</w:t>
      </w:r>
      <w:r w:rsidR="00B558F9" w:rsidRPr="00A7071B">
        <w:rPr>
          <w:rFonts w:eastAsia="宋体" w:hint="eastAsia"/>
          <w:b/>
          <w:bCs/>
          <w:sz w:val="28"/>
          <w:szCs w:val="28"/>
          <w:lang w:eastAsia="zh-CN"/>
        </w:rPr>
        <w:t>那个时候</w:t>
      </w:r>
      <w:r w:rsidRPr="00A7071B">
        <w:rPr>
          <w:rFonts w:eastAsia="宋体"/>
          <w:b/>
          <w:bCs/>
          <w:sz w:val="28"/>
          <w:szCs w:val="28"/>
          <w:lang w:eastAsia="zh-CN"/>
        </w:rPr>
        <w:t>都是将军丞相</w:t>
      </w:r>
      <w:r w:rsidR="00B558F9" w:rsidRPr="00A7071B">
        <w:rPr>
          <w:rFonts w:eastAsia="宋体" w:hint="eastAsia"/>
          <w:b/>
          <w:bCs/>
          <w:sz w:val="28"/>
          <w:szCs w:val="28"/>
          <w:lang w:eastAsia="zh-CN"/>
        </w:rPr>
        <w:t>，</w:t>
      </w:r>
      <w:r w:rsidRPr="00A7071B">
        <w:rPr>
          <w:rFonts w:eastAsia="宋体"/>
          <w:b/>
          <w:bCs/>
          <w:sz w:val="28"/>
          <w:szCs w:val="28"/>
          <w:lang w:eastAsia="zh-CN"/>
        </w:rPr>
        <w:t>去写字去画画呀</w:t>
      </w:r>
      <w:r w:rsidR="00B558F9" w:rsidRPr="00A7071B">
        <w:rPr>
          <w:rFonts w:eastAsia="宋体" w:hint="eastAsia"/>
          <w:b/>
          <w:bCs/>
          <w:sz w:val="28"/>
          <w:szCs w:val="28"/>
          <w:lang w:eastAsia="zh-CN"/>
        </w:rPr>
        <w:t>。</w:t>
      </w:r>
      <w:r w:rsidRPr="00A7071B">
        <w:rPr>
          <w:rFonts w:eastAsia="宋体"/>
          <w:b/>
          <w:bCs/>
          <w:sz w:val="28"/>
          <w:szCs w:val="28"/>
          <w:lang w:eastAsia="zh-CN"/>
        </w:rPr>
        <w:t>后来都是文人了，手无缚鸡之力的文人</w:t>
      </w:r>
      <w:r w:rsidR="00B558F9" w:rsidRPr="00A7071B">
        <w:rPr>
          <w:rFonts w:eastAsia="宋体" w:hint="eastAsia"/>
          <w:b/>
          <w:bCs/>
          <w:sz w:val="28"/>
          <w:szCs w:val="28"/>
          <w:lang w:eastAsia="zh-CN"/>
        </w:rPr>
        <w:t>。代表</w:t>
      </w:r>
      <w:r w:rsidRPr="00A7071B">
        <w:rPr>
          <w:rFonts w:eastAsia="宋体"/>
          <w:b/>
          <w:bCs/>
          <w:sz w:val="28"/>
          <w:szCs w:val="28"/>
          <w:lang w:eastAsia="zh-CN"/>
        </w:rPr>
        <w:t>什么？现在这个书画家呀，我就觉得奇怪，他们很多人不锻炼身体，身体</w:t>
      </w:r>
      <w:proofErr w:type="gramStart"/>
      <w:r w:rsidRPr="00A7071B">
        <w:rPr>
          <w:rFonts w:eastAsia="宋体"/>
          <w:b/>
          <w:bCs/>
          <w:sz w:val="28"/>
          <w:szCs w:val="28"/>
          <w:lang w:eastAsia="zh-CN"/>
        </w:rPr>
        <w:t>瘀</w:t>
      </w:r>
      <w:proofErr w:type="gramEnd"/>
      <w:r w:rsidRPr="00A7071B">
        <w:rPr>
          <w:rFonts w:eastAsia="宋体"/>
          <w:b/>
          <w:bCs/>
          <w:sz w:val="28"/>
          <w:szCs w:val="28"/>
          <w:lang w:eastAsia="zh-CN"/>
        </w:rPr>
        <w:t>滞，你觉得他的写的字儿能宽宽大大</w:t>
      </w:r>
      <w:r w:rsidR="003D3A5C" w:rsidRPr="00A7071B">
        <w:rPr>
          <w:rFonts w:eastAsia="宋体" w:hint="eastAsia"/>
          <w:b/>
          <w:bCs/>
          <w:sz w:val="28"/>
          <w:szCs w:val="28"/>
          <w:lang w:eastAsia="zh-CN"/>
        </w:rPr>
        <w:t>，</w:t>
      </w:r>
      <w:r w:rsidRPr="00A7071B">
        <w:rPr>
          <w:rFonts w:eastAsia="宋体"/>
          <w:b/>
          <w:bCs/>
          <w:sz w:val="28"/>
          <w:szCs w:val="28"/>
          <w:lang w:eastAsia="zh-CN"/>
        </w:rPr>
        <w:t>通畅，龙飞凤舞吗？</w:t>
      </w:r>
      <w:r w:rsidR="00BC0846" w:rsidRPr="00A7071B">
        <w:rPr>
          <w:rFonts w:eastAsia="宋体" w:hint="eastAsia"/>
          <w:b/>
          <w:bCs/>
          <w:sz w:val="28"/>
          <w:szCs w:val="28"/>
          <w:lang w:eastAsia="zh-CN"/>
        </w:rPr>
        <w:t>是不是</w:t>
      </w:r>
      <w:r w:rsidRPr="00A7071B">
        <w:rPr>
          <w:rFonts w:eastAsia="宋体"/>
          <w:b/>
          <w:bCs/>
          <w:sz w:val="28"/>
          <w:szCs w:val="28"/>
          <w:lang w:eastAsia="zh-CN"/>
        </w:rPr>
        <w:t>不太可能啊</w:t>
      </w:r>
      <w:r w:rsidR="00BC0846" w:rsidRPr="00A7071B">
        <w:rPr>
          <w:rFonts w:eastAsia="宋体" w:hint="eastAsia"/>
          <w:b/>
          <w:bCs/>
          <w:sz w:val="28"/>
          <w:szCs w:val="28"/>
          <w:lang w:eastAsia="zh-CN"/>
        </w:rPr>
        <w:t>。</w:t>
      </w:r>
    </w:p>
    <w:p w14:paraId="3FA4DC33" w14:textId="77777777" w:rsidR="00A7071B" w:rsidRPr="00A7071B" w:rsidRDefault="00C10987" w:rsidP="0069075D">
      <w:pPr>
        <w:widowControl w:val="0"/>
        <w:adjustRightInd w:val="0"/>
        <w:snapToGrid w:val="0"/>
        <w:spacing w:after="0" w:line="360" w:lineRule="auto"/>
        <w:ind w:firstLineChars="200" w:firstLine="560"/>
        <w:rPr>
          <w:rFonts w:eastAsia="宋体"/>
          <w:b/>
          <w:bCs/>
          <w:sz w:val="28"/>
          <w:szCs w:val="28"/>
          <w:lang w:eastAsia="zh-CN"/>
        </w:rPr>
      </w:pPr>
      <w:proofErr w:type="gramStart"/>
      <w:r w:rsidRPr="00A7071B">
        <w:rPr>
          <w:rFonts w:eastAsia="宋体"/>
          <w:b/>
          <w:bCs/>
          <w:sz w:val="28"/>
          <w:szCs w:val="28"/>
          <w:lang w:eastAsia="zh-CN"/>
        </w:rPr>
        <w:t>反而我</w:t>
      </w:r>
      <w:proofErr w:type="gramEnd"/>
      <w:r w:rsidRPr="00A7071B">
        <w:rPr>
          <w:rFonts w:eastAsia="宋体"/>
          <w:b/>
          <w:bCs/>
          <w:sz w:val="28"/>
          <w:szCs w:val="28"/>
          <w:lang w:eastAsia="zh-CN"/>
        </w:rPr>
        <w:t>觉得丑书，咬黄瓜，拿个毛笔，那眼珠子，他讽刺丑书，</w:t>
      </w:r>
      <w:proofErr w:type="gramStart"/>
      <w:r w:rsidRPr="00A7071B">
        <w:rPr>
          <w:rFonts w:eastAsia="宋体"/>
          <w:b/>
          <w:bCs/>
          <w:sz w:val="28"/>
          <w:szCs w:val="28"/>
          <w:lang w:eastAsia="zh-CN"/>
        </w:rPr>
        <w:t>但丑书我</w:t>
      </w:r>
      <w:proofErr w:type="gramEnd"/>
      <w:r w:rsidRPr="00A7071B">
        <w:rPr>
          <w:rFonts w:eastAsia="宋体"/>
          <w:b/>
          <w:bCs/>
          <w:sz w:val="28"/>
          <w:szCs w:val="28"/>
          <w:lang w:eastAsia="zh-CN"/>
        </w:rPr>
        <w:t>感觉他有一点是可取的，你们知道啥吗？他就想把他自己的能量展现出来</w:t>
      </w:r>
      <w:r w:rsidR="00F350A0" w:rsidRPr="00A7071B">
        <w:rPr>
          <w:rFonts w:eastAsia="宋体" w:hint="eastAsia"/>
          <w:b/>
          <w:bCs/>
          <w:sz w:val="28"/>
          <w:szCs w:val="28"/>
          <w:lang w:eastAsia="zh-CN"/>
        </w:rPr>
        <w:t>，像</w:t>
      </w:r>
      <w:r w:rsidRPr="00A7071B">
        <w:rPr>
          <w:rFonts w:eastAsia="宋体"/>
          <w:b/>
          <w:bCs/>
          <w:sz w:val="28"/>
          <w:szCs w:val="28"/>
          <w:lang w:eastAsia="zh-CN"/>
        </w:rPr>
        <w:t>一个蛤蟆</w:t>
      </w:r>
      <w:r w:rsidR="00F350A0" w:rsidRPr="00A7071B">
        <w:rPr>
          <w:rFonts w:eastAsia="宋体" w:hint="eastAsia"/>
          <w:b/>
          <w:bCs/>
          <w:sz w:val="28"/>
          <w:szCs w:val="28"/>
          <w:lang w:eastAsia="zh-CN"/>
        </w:rPr>
        <w:t>一样，</w:t>
      </w:r>
      <w:r w:rsidRPr="00A7071B">
        <w:rPr>
          <w:rFonts w:eastAsia="宋体"/>
          <w:b/>
          <w:bCs/>
          <w:sz w:val="28"/>
          <w:szCs w:val="28"/>
          <w:lang w:eastAsia="zh-CN"/>
        </w:rPr>
        <w:t>他想叫两声，想张扬出来，但在笔上真正的写字</w:t>
      </w:r>
      <w:r w:rsidR="00F350A0" w:rsidRPr="00A7071B">
        <w:rPr>
          <w:rFonts w:eastAsia="宋体" w:hint="eastAsia"/>
          <w:b/>
          <w:bCs/>
          <w:sz w:val="28"/>
          <w:szCs w:val="28"/>
          <w:lang w:eastAsia="zh-CN"/>
        </w:rPr>
        <w:t>，</w:t>
      </w:r>
      <w:r w:rsidRPr="00A7071B">
        <w:rPr>
          <w:rFonts w:eastAsia="宋体"/>
          <w:b/>
          <w:bCs/>
          <w:sz w:val="28"/>
          <w:szCs w:val="28"/>
          <w:lang w:eastAsia="zh-CN"/>
        </w:rPr>
        <w:t>风云在我心中那样</w:t>
      </w:r>
      <w:r w:rsidR="00F350A0" w:rsidRPr="00A7071B">
        <w:rPr>
          <w:rFonts w:eastAsia="宋体" w:hint="eastAsia"/>
          <w:b/>
          <w:bCs/>
          <w:sz w:val="28"/>
          <w:szCs w:val="28"/>
          <w:lang w:eastAsia="zh-CN"/>
        </w:rPr>
        <w:t>的</w:t>
      </w:r>
      <w:r w:rsidRPr="00A7071B">
        <w:rPr>
          <w:rFonts w:eastAsia="宋体"/>
          <w:b/>
          <w:bCs/>
          <w:sz w:val="28"/>
          <w:szCs w:val="28"/>
          <w:lang w:eastAsia="zh-CN"/>
        </w:rPr>
        <w:t>，他写不出来，他只能靠这种方式去聊以表达他放肆的心情</w:t>
      </w:r>
      <w:r w:rsidR="00F350A0" w:rsidRPr="00A7071B">
        <w:rPr>
          <w:rFonts w:eastAsia="宋体" w:hint="eastAsia"/>
          <w:b/>
          <w:bCs/>
          <w:sz w:val="28"/>
          <w:szCs w:val="28"/>
          <w:lang w:eastAsia="zh-CN"/>
        </w:rPr>
        <w:t>。</w:t>
      </w:r>
    </w:p>
    <w:p w14:paraId="2036E2AF" w14:textId="6B29DA34" w:rsidR="00A7071B" w:rsidRPr="00A7071B" w:rsidRDefault="00C10987" w:rsidP="0069075D">
      <w:pPr>
        <w:widowControl w:val="0"/>
        <w:adjustRightInd w:val="0"/>
        <w:snapToGrid w:val="0"/>
        <w:spacing w:after="0" w:line="360" w:lineRule="auto"/>
        <w:ind w:firstLineChars="200" w:firstLine="560"/>
        <w:rPr>
          <w:rFonts w:eastAsia="宋体"/>
          <w:b/>
          <w:bCs/>
          <w:sz w:val="28"/>
          <w:szCs w:val="28"/>
          <w:lang w:eastAsia="zh-CN"/>
        </w:rPr>
      </w:pPr>
      <w:r w:rsidRPr="00A7071B">
        <w:rPr>
          <w:rFonts w:eastAsia="宋体"/>
          <w:b/>
          <w:bCs/>
          <w:sz w:val="28"/>
          <w:szCs w:val="28"/>
          <w:lang w:eastAsia="zh-CN"/>
        </w:rPr>
        <w:t>所以</w:t>
      </w:r>
      <w:proofErr w:type="gramStart"/>
      <w:r w:rsidRPr="00A7071B">
        <w:rPr>
          <w:rFonts w:eastAsia="宋体"/>
          <w:b/>
          <w:bCs/>
          <w:sz w:val="28"/>
          <w:szCs w:val="28"/>
          <w:lang w:eastAsia="zh-CN"/>
        </w:rPr>
        <w:t>其实丑</w:t>
      </w:r>
      <w:r w:rsidR="004B3405" w:rsidRPr="00A7071B">
        <w:rPr>
          <w:rFonts w:eastAsia="宋体" w:hint="eastAsia"/>
          <w:b/>
          <w:bCs/>
          <w:sz w:val="28"/>
          <w:szCs w:val="28"/>
          <w:lang w:eastAsia="zh-CN"/>
        </w:rPr>
        <w:t>书</w:t>
      </w:r>
      <w:r w:rsidRPr="00A7071B">
        <w:rPr>
          <w:rFonts w:eastAsia="宋体"/>
          <w:b/>
          <w:bCs/>
          <w:sz w:val="28"/>
          <w:szCs w:val="28"/>
          <w:lang w:eastAsia="zh-CN"/>
        </w:rPr>
        <w:t>还是</w:t>
      </w:r>
      <w:proofErr w:type="gramEnd"/>
      <w:r w:rsidRPr="00A7071B">
        <w:rPr>
          <w:rFonts w:eastAsia="宋体"/>
          <w:b/>
          <w:bCs/>
          <w:sz w:val="28"/>
          <w:szCs w:val="28"/>
          <w:lang w:eastAsia="zh-CN"/>
        </w:rPr>
        <w:t>可圈可点的</w:t>
      </w:r>
      <w:r w:rsidR="004B3405" w:rsidRPr="00A7071B">
        <w:rPr>
          <w:rFonts w:eastAsia="宋体" w:hint="eastAsia"/>
          <w:b/>
          <w:bCs/>
          <w:sz w:val="28"/>
          <w:szCs w:val="28"/>
          <w:lang w:eastAsia="zh-CN"/>
        </w:rPr>
        <w:t>，</w:t>
      </w:r>
      <w:r w:rsidRPr="00A7071B">
        <w:rPr>
          <w:rFonts w:eastAsia="宋体"/>
          <w:b/>
          <w:bCs/>
          <w:sz w:val="28"/>
          <w:szCs w:val="28"/>
          <w:lang w:eastAsia="zh-CN"/>
        </w:rPr>
        <w:t>只不过他已经没有多少艺术性了，他写不出王羲之</w:t>
      </w:r>
      <w:r w:rsidR="004B3405" w:rsidRPr="00A7071B">
        <w:rPr>
          <w:rFonts w:eastAsia="宋体" w:hint="eastAsia"/>
          <w:b/>
          <w:bCs/>
          <w:sz w:val="28"/>
          <w:szCs w:val="28"/>
          <w:lang w:eastAsia="zh-CN"/>
        </w:rPr>
        <w:t>，</w:t>
      </w:r>
      <w:r w:rsidRPr="00A7071B">
        <w:rPr>
          <w:rFonts w:eastAsia="宋体"/>
          <w:b/>
          <w:bCs/>
          <w:sz w:val="28"/>
          <w:szCs w:val="28"/>
          <w:lang w:eastAsia="zh-CN"/>
        </w:rPr>
        <w:t>写不出王</w:t>
      </w:r>
      <w:r w:rsidR="00CF0F9B" w:rsidRPr="00A7071B">
        <w:rPr>
          <w:rFonts w:eastAsia="宋体" w:hint="eastAsia"/>
          <w:b/>
          <w:bCs/>
          <w:sz w:val="28"/>
          <w:szCs w:val="28"/>
          <w:lang w:eastAsia="zh-CN"/>
        </w:rPr>
        <w:t>敦，</w:t>
      </w:r>
      <w:r w:rsidRPr="00A7071B">
        <w:rPr>
          <w:rFonts w:eastAsia="宋体"/>
          <w:b/>
          <w:bCs/>
          <w:sz w:val="28"/>
          <w:szCs w:val="28"/>
          <w:lang w:eastAsia="zh-CN"/>
        </w:rPr>
        <w:t>王导，张华那样</w:t>
      </w:r>
      <w:r w:rsidR="00CF0F9B" w:rsidRPr="00A7071B">
        <w:rPr>
          <w:rFonts w:eastAsia="宋体" w:hint="eastAsia"/>
          <w:b/>
          <w:bCs/>
          <w:sz w:val="28"/>
          <w:szCs w:val="28"/>
          <w:lang w:eastAsia="zh-CN"/>
        </w:rPr>
        <w:t>的</w:t>
      </w:r>
      <w:r w:rsidRPr="00A7071B">
        <w:rPr>
          <w:rFonts w:eastAsia="宋体"/>
          <w:b/>
          <w:bCs/>
          <w:sz w:val="28"/>
          <w:szCs w:val="28"/>
          <w:lang w:eastAsia="zh-CN"/>
        </w:rPr>
        <w:t>字来</w:t>
      </w:r>
      <w:r w:rsidR="00CF0F9B" w:rsidRPr="00A7071B">
        <w:rPr>
          <w:rFonts w:eastAsia="宋体" w:hint="eastAsia"/>
          <w:b/>
          <w:bCs/>
          <w:sz w:val="28"/>
          <w:szCs w:val="28"/>
          <w:lang w:eastAsia="zh-CN"/>
        </w:rPr>
        <w:t>了</w:t>
      </w:r>
      <w:r w:rsidRPr="00A7071B">
        <w:rPr>
          <w:rFonts w:eastAsia="宋体"/>
          <w:b/>
          <w:bCs/>
          <w:sz w:val="28"/>
          <w:szCs w:val="28"/>
          <w:lang w:eastAsia="zh-CN"/>
        </w:rPr>
        <w:t>，他也写不</w:t>
      </w:r>
      <w:r w:rsidR="00CF0F9B" w:rsidRPr="00A7071B">
        <w:rPr>
          <w:rFonts w:eastAsia="宋体" w:hint="eastAsia"/>
          <w:b/>
          <w:bCs/>
          <w:sz w:val="28"/>
          <w:szCs w:val="28"/>
          <w:lang w:eastAsia="zh-CN"/>
        </w:rPr>
        <w:t>了</w:t>
      </w:r>
      <w:r w:rsidR="002F5AF7" w:rsidRPr="00A7071B">
        <w:rPr>
          <w:rFonts w:eastAsia="宋体"/>
          <w:b/>
          <w:bCs/>
          <w:sz w:val="28"/>
          <w:szCs w:val="28"/>
          <w:lang w:eastAsia="zh-CN"/>
        </w:rPr>
        <w:t>张旭米芾</w:t>
      </w:r>
      <w:r w:rsidR="002F5AF7" w:rsidRPr="00A7071B">
        <w:rPr>
          <w:rFonts w:eastAsia="宋体" w:hint="eastAsia"/>
          <w:b/>
          <w:bCs/>
          <w:sz w:val="28"/>
          <w:szCs w:val="28"/>
          <w:lang w:eastAsia="zh-CN"/>
        </w:rPr>
        <w:t>那样的</w:t>
      </w:r>
      <w:r w:rsidR="00CF0F9B" w:rsidRPr="00A7071B">
        <w:rPr>
          <w:rFonts w:eastAsia="宋体" w:hint="eastAsia"/>
          <w:b/>
          <w:bCs/>
          <w:sz w:val="28"/>
          <w:szCs w:val="28"/>
          <w:lang w:eastAsia="zh-CN"/>
        </w:rPr>
        <w:t>狂草，</w:t>
      </w:r>
      <w:r w:rsidRPr="00A7071B">
        <w:rPr>
          <w:rFonts w:eastAsia="宋体"/>
          <w:b/>
          <w:bCs/>
          <w:sz w:val="28"/>
          <w:szCs w:val="28"/>
          <w:lang w:eastAsia="zh-CN"/>
        </w:rPr>
        <w:t>那怎么办啊？他只能靠这种肢体表达</w:t>
      </w:r>
      <w:r w:rsidR="002F5AF7" w:rsidRPr="00A7071B">
        <w:rPr>
          <w:rFonts w:eastAsia="宋体" w:hint="eastAsia"/>
          <w:b/>
          <w:bCs/>
          <w:sz w:val="28"/>
          <w:szCs w:val="28"/>
          <w:lang w:eastAsia="zh-CN"/>
        </w:rPr>
        <w:t>，来</w:t>
      </w:r>
      <w:r w:rsidRPr="00A7071B">
        <w:rPr>
          <w:rFonts w:eastAsia="宋体"/>
          <w:b/>
          <w:bCs/>
          <w:sz w:val="28"/>
          <w:szCs w:val="28"/>
          <w:lang w:eastAsia="zh-CN"/>
        </w:rPr>
        <w:t>表达他的生命力</w:t>
      </w:r>
      <w:r w:rsidR="002F5AF7" w:rsidRPr="00A7071B">
        <w:rPr>
          <w:rFonts w:eastAsia="宋体" w:hint="eastAsia"/>
          <w:b/>
          <w:bCs/>
          <w:sz w:val="28"/>
          <w:szCs w:val="28"/>
          <w:lang w:eastAsia="zh-CN"/>
        </w:rPr>
        <w:t>。</w:t>
      </w:r>
    </w:p>
    <w:p w14:paraId="4F6266B7" w14:textId="77777777" w:rsidR="00A7071B" w:rsidRPr="00A7071B" w:rsidRDefault="00C10987" w:rsidP="0069075D">
      <w:pPr>
        <w:widowControl w:val="0"/>
        <w:adjustRightInd w:val="0"/>
        <w:snapToGrid w:val="0"/>
        <w:spacing w:after="0" w:line="360" w:lineRule="auto"/>
        <w:ind w:firstLineChars="200" w:firstLine="560"/>
        <w:rPr>
          <w:rFonts w:eastAsia="宋体"/>
          <w:b/>
          <w:bCs/>
          <w:sz w:val="28"/>
          <w:szCs w:val="28"/>
          <w:lang w:eastAsia="zh-CN"/>
        </w:rPr>
      </w:pPr>
      <w:r w:rsidRPr="00A7071B">
        <w:rPr>
          <w:rFonts w:eastAsia="宋体"/>
          <w:b/>
          <w:bCs/>
          <w:sz w:val="28"/>
          <w:szCs w:val="28"/>
          <w:lang w:eastAsia="zh-CN"/>
        </w:rPr>
        <w:t>其实书法已死，一是用宣纸，二是讲究书法线条，书法去怎么写，哎，一拉，然后再一勾，然后一回，当这东西统治了书法界的时候，还有所有人都认为宣纸是正统的书法用纸的时候，书法已死</w:t>
      </w:r>
      <w:r w:rsidR="00C61C2A" w:rsidRPr="00A7071B">
        <w:rPr>
          <w:rFonts w:eastAsia="宋体" w:hint="eastAsia"/>
          <w:b/>
          <w:bCs/>
          <w:sz w:val="28"/>
          <w:szCs w:val="28"/>
          <w:lang w:eastAsia="zh-CN"/>
        </w:rPr>
        <w:t>。</w:t>
      </w:r>
      <w:r w:rsidRPr="00A7071B">
        <w:rPr>
          <w:rFonts w:eastAsia="宋体"/>
          <w:b/>
          <w:bCs/>
          <w:sz w:val="28"/>
          <w:szCs w:val="28"/>
          <w:lang w:eastAsia="zh-CN"/>
        </w:rPr>
        <w:t>书法</w:t>
      </w:r>
      <w:r w:rsidR="00297662" w:rsidRPr="00A7071B">
        <w:rPr>
          <w:rFonts w:eastAsia="宋体" w:hint="eastAsia"/>
          <w:b/>
          <w:bCs/>
          <w:sz w:val="28"/>
          <w:szCs w:val="28"/>
          <w:lang w:eastAsia="zh-CN"/>
        </w:rPr>
        <w:t>已死</w:t>
      </w:r>
      <w:r w:rsidRPr="00A7071B">
        <w:rPr>
          <w:rFonts w:eastAsia="宋体"/>
          <w:b/>
          <w:bCs/>
          <w:sz w:val="28"/>
          <w:szCs w:val="28"/>
          <w:lang w:eastAsia="zh-CN"/>
        </w:rPr>
        <w:t>和相声</w:t>
      </w:r>
      <w:r w:rsidR="00297662" w:rsidRPr="00A7071B">
        <w:rPr>
          <w:rFonts w:eastAsia="宋体" w:hint="eastAsia"/>
          <w:b/>
          <w:bCs/>
          <w:sz w:val="28"/>
          <w:szCs w:val="28"/>
          <w:lang w:eastAsia="zh-CN"/>
        </w:rPr>
        <w:t>已死</w:t>
      </w:r>
      <w:r w:rsidRPr="00A7071B">
        <w:rPr>
          <w:rFonts w:eastAsia="宋体"/>
          <w:b/>
          <w:bCs/>
          <w:sz w:val="28"/>
          <w:szCs w:val="28"/>
          <w:lang w:eastAsia="zh-CN"/>
        </w:rPr>
        <w:t>，艺术界</w:t>
      </w:r>
      <w:r w:rsidR="00297662" w:rsidRPr="00A7071B">
        <w:rPr>
          <w:rFonts w:eastAsia="宋体" w:hint="eastAsia"/>
          <w:b/>
          <w:bCs/>
          <w:sz w:val="28"/>
          <w:szCs w:val="28"/>
          <w:lang w:eastAsia="zh-CN"/>
        </w:rPr>
        <w:t>已死</w:t>
      </w:r>
      <w:r w:rsidRPr="00A7071B">
        <w:rPr>
          <w:rFonts w:eastAsia="宋体"/>
          <w:b/>
          <w:bCs/>
          <w:sz w:val="28"/>
          <w:szCs w:val="28"/>
          <w:lang w:eastAsia="zh-CN"/>
        </w:rPr>
        <w:t>，道理全都是相通的，包括中医</w:t>
      </w:r>
      <w:r w:rsidR="00297662" w:rsidRPr="00A7071B">
        <w:rPr>
          <w:rFonts w:eastAsia="宋体" w:hint="eastAsia"/>
          <w:b/>
          <w:bCs/>
          <w:sz w:val="28"/>
          <w:szCs w:val="28"/>
          <w:lang w:eastAsia="zh-CN"/>
        </w:rPr>
        <w:t>已死</w:t>
      </w:r>
      <w:r w:rsidRPr="00A7071B">
        <w:rPr>
          <w:rFonts w:eastAsia="宋体"/>
          <w:b/>
          <w:bCs/>
          <w:sz w:val="28"/>
          <w:szCs w:val="28"/>
          <w:lang w:eastAsia="zh-CN"/>
        </w:rPr>
        <w:t>，传</w:t>
      </w:r>
      <w:r w:rsidR="00297662" w:rsidRPr="00A7071B">
        <w:rPr>
          <w:rFonts w:eastAsia="宋体" w:hint="eastAsia"/>
          <w:b/>
          <w:bCs/>
          <w:sz w:val="28"/>
          <w:szCs w:val="28"/>
          <w:lang w:eastAsia="zh-CN"/>
        </w:rPr>
        <w:t>武已死，</w:t>
      </w:r>
      <w:r w:rsidRPr="00A7071B">
        <w:rPr>
          <w:rFonts w:eastAsia="宋体"/>
          <w:b/>
          <w:bCs/>
          <w:sz w:val="28"/>
          <w:szCs w:val="28"/>
          <w:lang w:eastAsia="zh-CN"/>
        </w:rPr>
        <w:t>全都是相通的</w:t>
      </w:r>
      <w:r w:rsidR="00297662" w:rsidRPr="00A7071B">
        <w:rPr>
          <w:rFonts w:eastAsia="宋体" w:hint="eastAsia"/>
          <w:b/>
          <w:bCs/>
          <w:sz w:val="28"/>
          <w:szCs w:val="28"/>
          <w:lang w:eastAsia="zh-CN"/>
        </w:rPr>
        <w:t>。</w:t>
      </w:r>
    </w:p>
    <w:p w14:paraId="5454DFA8" w14:textId="77777777" w:rsidR="00A7071B" w:rsidRPr="00A7071B" w:rsidRDefault="00C10987" w:rsidP="0069075D">
      <w:pPr>
        <w:widowControl w:val="0"/>
        <w:adjustRightInd w:val="0"/>
        <w:snapToGrid w:val="0"/>
        <w:spacing w:after="0" w:line="360" w:lineRule="auto"/>
        <w:ind w:firstLineChars="200" w:firstLine="560"/>
        <w:rPr>
          <w:rFonts w:eastAsia="宋体"/>
          <w:b/>
          <w:bCs/>
          <w:sz w:val="28"/>
          <w:szCs w:val="28"/>
          <w:lang w:eastAsia="zh-CN"/>
        </w:rPr>
      </w:pPr>
      <w:r w:rsidRPr="00A7071B">
        <w:rPr>
          <w:rFonts w:eastAsia="宋体"/>
          <w:b/>
          <w:bCs/>
          <w:sz w:val="28"/>
          <w:szCs w:val="28"/>
          <w:lang w:eastAsia="zh-CN"/>
        </w:rPr>
        <w:t>我说过很多遍，崖山之后无中国呀，经过</w:t>
      </w:r>
      <w:proofErr w:type="gramStart"/>
      <w:r w:rsidRPr="00A7071B">
        <w:rPr>
          <w:rFonts w:eastAsia="宋体"/>
          <w:b/>
          <w:bCs/>
          <w:sz w:val="28"/>
          <w:szCs w:val="28"/>
          <w:lang w:eastAsia="zh-CN"/>
        </w:rPr>
        <w:t>元朝和</w:t>
      </w:r>
      <w:proofErr w:type="gramEnd"/>
      <w:r w:rsidRPr="00A7071B">
        <w:rPr>
          <w:rFonts w:eastAsia="宋体"/>
          <w:b/>
          <w:bCs/>
          <w:sz w:val="28"/>
          <w:szCs w:val="28"/>
          <w:lang w:eastAsia="zh-CN"/>
        </w:rPr>
        <w:t>清朝对汉族的奴役，中国文化已经完全支离破碎和矮化</w:t>
      </w:r>
      <w:r w:rsidR="007D55D5" w:rsidRPr="00A7071B">
        <w:rPr>
          <w:rFonts w:eastAsia="宋体" w:hint="eastAsia"/>
          <w:b/>
          <w:bCs/>
          <w:sz w:val="28"/>
          <w:szCs w:val="28"/>
          <w:lang w:eastAsia="zh-CN"/>
        </w:rPr>
        <w:t>了，</w:t>
      </w:r>
      <w:r w:rsidRPr="00A7071B">
        <w:rPr>
          <w:rFonts w:eastAsia="宋体"/>
          <w:b/>
          <w:bCs/>
          <w:sz w:val="28"/>
          <w:szCs w:val="28"/>
          <w:lang w:eastAsia="zh-CN"/>
        </w:rPr>
        <w:t>这个是我们不得不承认的</w:t>
      </w:r>
      <w:r w:rsidR="007D55D5" w:rsidRPr="00A7071B">
        <w:rPr>
          <w:rFonts w:eastAsia="宋体" w:hint="eastAsia"/>
          <w:b/>
          <w:bCs/>
          <w:sz w:val="28"/>
          <w:szCs w:val="28"/>
          <w:lang w:eastAsia="zh-CN"/>
        </w:rPr>
        <w:t>。</w:t>
      </w:r>
      <w:r w:rsidRPr="00A7071B">
        <w:rPr>
          <w:rFonts w:eastAsia="宋体"/>
          <w:b/>
          <w:bCs/>
          <w:sz w:val="28"/>
          <w:szCs w:val="28"/>
          <w:lang w:eastAsia="zh-CN"/>
        </w:rPr>
        <w:t>把汉族奴化</w:t>
      </w:r>
      <w:r w:rsidR="007E0121" w:rsidRPr="00A7071B">
        <w:rPr>
          <w:rFonts w:eastAsia="宋体" w:hint="eastAsia"/>
          <w:b/>
          <w:bCs/>
          <w:sz w:val="28"/>
          <w:szCs w:val="28"/>
          <w:lang w:eastAsia="zh-CN"/>
        </w:rPr>
        <w:t>，</w:t>
      </w:r>
      <w:r w:rsidRPr="00A7071B">
        <w:rPr>
          <w:rFonts w:eastAsia="宋体"/>
          <w:b/>
          <w:bCs/>
          <w:sz w:val="28"/>
          <w:szCs w:val="28"/>
          <w:lang w:eastAsia="zh-CN"/>
        </w:rPr>
        <w:t>文化矮化</w:t>
      </w:r>
      <w:r w:rsidR="007E0121" w:rsidRPr="00A7071B">
        <w:rPr>
          <w:rFonts w:eastAsia="宋体" w:hint="eastAsia"/>
          <w:b/>
          <w:bCs/>
          <w:sz w:val="28"/>
          <w:szCs w:val="28"/>
          <w:lang w:eastAsia="zh-CN"/>
        </w:rPr>
        <w:t>，</w:t>
      </w:r>
      <w:r w:rsidRPr="00A7071B">
        <w:rPr>
          <w:rFonts w:eastAsia="宋体"/>
          <w:b/>
          <w:bCs/>
          <w:sz w:val="28"/>
          <w:szCs w:val="28"/>
          <w:lang w:eastAsia="zh-CN"/>
        </w:rPr>
        <w:t>文字狱，几次打压中国文化，到现在我们能看到的中国文化已经不是原先的高级的中国文化</w:t>
      </w:r>
      <w:r w:rsidR="007E0121" w:rsidRPr="00A7071B">
        <w:rPr>
          <w:rFonts w:eastAsia="宋体" w:hint="eastAsia"/>
          <w:b/>
          <w:bCs/>
          <w:sz w:val="28"/>
          <w:szCs w:val="28"/>
          <w:lang w:eastAsia="zh-CN"/>
        </w:rPr>
        <w:t>了，</w:t>
      </w:r>
      <w:r w:rsidRPr="00A7071B">
        <w:rPr>
          <w:rFonts w:eastAsia="宋体"/>
          <w:b/>
          <w:bCs/>
          <w:sz w:val="28"/>
          <w:szCs w:val="28"/>
          <w:lang w:eastAsia="zh-CN"/>
        </w:rPr>
        <w:t>方方面面</w:t>
      </w:r>
      <w:r w:rsidR="007E0121" w:rsidRPr="00A7071B">
        <w:rPr>
          <w:rFonts w:eastAsia="宋体" w:hint="eastAsia"/>
          <w:b/>
          <w:bCs/>
          <w:sz w:val="28"/>
          <w:szCs w:val="28"/>
          <w:lang w:eastAsia="zh-CN"/>
        </w:rPr>
        <w:t>。</w:t>
      </w:r>
      <w:r w:rsidR="0080219D" w:rsidRPr="00A7071B">
        <w:rPr>
          <w:rFonts w:eastAsia="宋体" w:hint="eastAsia"/>
          <w:b/>
          <w:bCs/>
          <w:sz w:val="28"/>
          <w:szCs w:val="28"/>
          <w:lang w:eastAsia="zh-CN"/>
        </w:rPr>
        <w:t>你们</w:t>
      </w:r>
      <w:r w:rsidR="0080219D" w:rsidRPr="00A7071B">
        <w:rPr>
          <w:rFonts w:eastAsia="宋体" w:hint="eastAsia"/>
          <w:b/>
          <w:bCs/>
          <w:sz w:val="28"/>
          <w:szCs w:val="28"/>
          <w:lang w:eastAsia="zh-CN"/>
        </w:rPr>
        <w:lastRenderedPageBreak/>
        <w:t>可以买</w:t>
      </w:r>
      <w:r w:rsidR="00A7071B" w:rsidRPr="00A7071B">
        <w:rPr>
          <w:rFonts w:eastAsia="宋体" w:hint="eastAsia"/>
          <w:b/>
          <w:bCs/>
          <w:sz w:val="28"/>
          <w:szCs w:val="28"/>
          <w:lang w:eastAsia="zh-CN"/>
        </w:rPr>
        <w:t>2016</w:t>
      </w:r>
      <w:r w:rsidRPr="00A7071B">
        <w:rPr>
          <w:rFonts w:eastAsia="宋体"/>
          <w:b/>
          <w:bCs/>
          <w:sz w:val="28"/>
          <w:szCs w:val="28"/>
          <w:lang w:eastAsia="zh-CN"/>
        </w:rPr>
        <w:t>版聊天记录</w:t>
      </w:r>
      <w:r w:rsidR="0080219D" w:rsidRPr="00A7071B">
        <w:rPr>
          <w:rFonts w:eastAsia="宋体" w:hint="eastAsia"/>
          <w:b/>
          <w:bCs/>
          <w:sz w:val="28"/>
          <w:szCs w:val="28"/>
          <w:lang w:eastAsia="zh-CN"/>
        </w:rPr>
        <w:t>，</w:t>
      </w:r>
      <w:r w:rsidRPr="00A7071B">
        <w:rPr>
          <w:rFonts w:eastAsia="宋体"/>
          <w:b/>
          <w:bCs/>
          <w:sz w:val="28"/>
          <w:szCs w:val="28"/>
          <w:lang w:eastAsia="zh-CN"/>
        </w:rPr>
        <w:t>那时候我讲的非常清楚</w:t>
      </w:r>
      <w:r w:rsidR="0080219D" w:rsidRPr="00A7071B">
        <w:rPr>
          <w:rFonts w:eastAsia="宋体" w:hint="eastAsia"/>
          <w:b/>
          <w:bCs/>
          <w:sz w:val="28"/>
          <w:szCs w:val="28"/>
          <w:lang w:eastAsia="zh-CN"/>
        </w:rPr>
        <w:t>，</w:t>
      </w:r>
      <w:r w:rsidRPr="00A7071B">
        <w:rPr>
          <w:rFonts w:eastAsia="宋体"/>
          <w:b/>
          <w:bCs/>
          <w:sz w:val="28"/>
          <w:szCs w:val="28"/>
          <w:lang w:eastAsia="zh-CN"/>
        </w:rPr>
        <w:t>四本正在预售</w:t>
      </w:r>
      <w:r w:rsidR="0080219D" w:rsidRPr="00A7071B">
        <w:rPr>
          <w:rFonts w:eastAsia="宋体" w:hint="eastAsia"/>
          <w:b/>
          <w:bCs/>
          <w:sz w:val="28"/>
          <w:szCs w:val="28"/>
          <w:lang w:eastAsia="zh-CN"/>
        </w:rPr>
        <w:t>，</w:t>
      </w:r>
      <w:r w:rsidRPr="00A7071B">
        <w:rPr>
          <w:rFonts w:eastAsia="宋体"/>
          <w:b/>
          <w:bCs/>
          <w:sz w:val="28"/>
          <w:szCs w:val="28"/>
          <w:lang w:eastAsia="zh-CN"/>
        </w:rPr>
        <w:t>方方面面的中国历史</w:t>
      </w:r>
      <w:r w:rsidR="00A7071B" w:rsidRPr="00A7071B">
        <w:rPr>
          <w:rFonts w:eastAsia="宋体" w:hint="eastAsia"/>
          <w:b/>
          <w:bCs/>
          <w:sz w:val="28"/>
          <w:szCs w:val="28"/>
          <w:lang w:eastAsia="zh-CN"/>
        </w:rPr>
        <w:t>、</w:t>
      </w:r>
      <w:r w:rsidRPr="00A7071B">
        <w:rPr>
          <w:rFonts w:eastAsia="宋体"/>
          <w:b/>
          <w:bCs/>
          <w:sz w:val="28"/>
          <w:szCs w:val="28"/>
          <w:lang w:eastAsia="zh-CN"/>
        </w:rPr>
        <w:t>人物</w:t>
      </w:r>
      <w:r w:rsidR="00A7071B" w:rsidRPr="00A7071B">
        <w:rPr>
          <w:rFonts w:eastAsia="宋体" w:hint="eastAsia"/>
          <w:b/>
          <w:bCs/>
          <w:sz w:val="28"/>
          <w:szCs w:val="28"/>
          <w:lang w:eastAsia="zh-CN"/>
        </w:rPr>
        <w:t>、</w:t>
      </w:r>
      <w:r w:rsidRPr="00A7071B">
        <w:rPr>
          <w:rFonts w:eastAsia="宋体"/>
          <w:b/>
          <w:bCs/>
          <w:sz w:val="28"/>
          <w:szCs w:val="28"/>
          <w:lang w:eastAsia="zh-CN"/>
        </w:rPr>
        <w:t>饮食</w:t>
      </w:r>
      <w:r w:rsidR="00A7071B" w:rsidRPr="00A7071B">
        <w:rPr>
          <w:rFonts w:eastAsia="宋体" w:hint="eastAsia"/>
          <w:b/>
          <w:bCs/>
          <w:sz w:val="28"/>
          <w:szCs w:val="28"/>
          <w:lang w:eastAsia="zh-CN"/>
        </w:rPr>
        <w:t>、</w:t>
      </w:r>
      <w:r w:rsidRPr="00A7071B">
        <w:rPr>
          <w:rFonts w:eastAsia="宋体"/>
          <w:b/>
          <w:bCs/>
          <w:sz w:val="28"/>
          <w:szCs w:val="28"/>
          <w:lang w:eastAsia="zh-CN"/>
        </w:rPr>
        <w:t>书画书法音乐，我记得方方面面我都讲到了，包括那时候房地产</w:t>
      </w:r>
      <w:r w:rsidR="0080219D" w:rsidRPr="00A7071B">
        <w:rPr>
          <w:rFonts w:eastAsia="宋体" w:hint="eastAsia"/>
          <w:b/>
          <w:bCs/>
          <w:sz w:val="28"/>
          <w:szCs w:val="28"/>
          <w:lang w:eastAsia="zh-CN"/>
        </w:rPr>
        <w:t>。</w:t>
      </w:r>
      <w:r w:rsidRPr="00A7071B">
        <w:rPr>
          <w:rFonts w:eastAsia="宋体"/>
          <w:b/>
          <w:bCs/>
          <w:sz w:val="28"/>
          <w:szCs w:val="28"/>
          <w:lang w:eastAsia="zh-CN"/>
        </w:rPr>
        <w:t>这种矮化的中华文化，现在包绕裹挟着你们，你们能认识到的，几乎都是这些</w:t>
      </w:r>
      <w:r w:rsidR="00E40CFF" w:rsidRPr="00A7071B">
        <w:rPr>
          <w:rFonts w:eastAsia="宋体" w:hint="eastAsia"/>
          <w:b/>
          <w:bCs/>
          <w:sz w:val="28"/>
          <w:szCs w:val="28"/>
          <w:lang w:eastAsia="zh-CN"/>
        </w:rPr>
        <w:t>，包括对</w:t>
      </w:r>
      <w:r w:rsidRPr="00A7071B">
        <w:rPr>
          <w:rFonts w:eastAsia="宋体"/>
          <w:b/>
          <w:bCs/>
          <w:sz w:val="28"/>
          <w:szCs w:val="28"/>
          <w:lang w:eastAsia="zh-CN"/>
        </w:rPr>
        <w:t>齐白石的吹捧</w:t>
      </w:r>
      <w:r w:rsidR="00864A17" w:rsidRPr="00A7071B">
        <w:rPr>
          <w:rFonts w:eastAsia="宋体" w:hint="eastAsia"/>
          <w:b/>
          <w:bCs/>
          <w:sz w:val="28"/>
          <w:szCs w:val="28"/>
          <w:lang w:eastAsia="zh-CN"/>
        </w:rPr>
        <w:t>。</w:t>
      </w:r>
    </w:p>
    <w:p w14:paraId="17061411" w14:textId="4229B015" w:rsidR="003A3659" w:rsidRPr="00A7071B" w:rsidRDefault="00C10987" w:rsidP="0069075D">
      <w:pPr>
        <w:widowControl w:val="0"/>
        <w:adjustRightInd w:val="0"/>
        <w:snapToGrid w:val="0"/>
        <w:spacing w:after="0" w:line="360" w:lineRule="auto"/>
        <w:ind w:firstLineChars="200" w:firstLine="560"/>
        <w:rPr>
          <w:rFonts w:eastAsia="宋体" w:hint="eastAsia"/>
          <w:b/>
          <w:bCs/>
          <w:sz w:val="28"/>
          <w:szCs w:val="28"/>
          <w:lang w:eastAsia="zh-CN"/>
        </w:rPr>
      </w:pPr>
      <w:r w:rsidRPr="00A7071B">
        <w:rPr>
          <w:rFonts w:eastAsia="宋体"/>
          <w:b/>
          <w:bCs/>
          <w:sz w:val="28"/>
          <w:szCs w:val="28"/>
          <w:lang w:eastAsia="zh-CN"/>
        </w:rPr>
        <w:t>我</w:t>
      </w:r>
      <w:r w:rsidR="00864A17" w:rsidRPr="00A7071B">
        <w:rPr>
          <w:rFonts w:eastAsia="宋体" w:hint="eastAsia"/>
          <w:b/>
          <w:bCs/>
          <w:sz w:val="28"/>
          <w:szCs w:val="28"/>
          <w:lang w:eastAsia="zh-CN"/>
        </w:rPr>
        <w:t>对</w:t>
      </w:r>
      <w:r w:rsidRPr="00A7071B">
        <w:rPr>
          <w:rFonts w:eastAsia="宋体"/>
          <w:b/>
          <w:bCs/>
          <w:sz w:val="28"/>
          <w:szCs w:val="28"/>
          <w:lang w:eastAsia="zh-CN"/>
        </w:rPr>
        <w:t>齐白石这样</w:t>
      </w:r>
      <w:r w:rsidR="00864A17" w:rsidRPr="00A7071B">
        <w:rPr>
          <w:rFonts w:eastAsia="宋体" w:hint="eastAsia"/>
          <w:b/>
          <w:bCs/>
          <w:sz w:val="28"/>
          <w:szCs w:val="28"/>
          <w:lang w:eastAsia="zh-CN"/>
        </w:rPr>
        <w:t>的</w:t>
      </w:r>
      <w:r w:rsidRPr="00A7071B">
        <w:rPr>
          <w:rFonts w:eastAsia="宋体"/>
          <w:b/>
          <w:bCs/>
          <w:sz w:val="28"/>
          <w:szCs w:val="28"/>
          <w:lang w:eastAsia="zh-CN"/>
        </w:rPr>
        <w:t>不感冒，为什么？你们可以看我那个书</w:t>
      </w:r>
      <w:r w:rsidR="00864A17" w:rsidRPr="00A7071B">
        <w:rPr>
          <w:rFonts w:eastAsia="宋体" w:hint="eastAsia"/>
          <w:b/>
          <w:bCs/>
          <w:sz w:val="28"/>
          <w:szCs w:val="28"/>
          <w:lang w:eastAsia="zh-CN"/>
        </w:rPr>
        <w:t>。</w:t>
      </w:r>
      <w:r w:rsidRPr="00A7071B">
        <w:rPr>
          <w:rFonts w:eastAsia="宋体"/>
          <w:b/>
          <w:bCs/>
          <w:sz w:val="28"/>
          <w:szCs w:val="28"/>
          <w:lang w:eastAsia="zh-CN"/>
        </w:rPr>
        <w:t>我曾经讲书画讲过</w:t>
      </w:r>
      <w:r w:rsidR="00AF5D16" w:rsidRPr="00A7071B">
        <w:rPr>
          <w:rFonts w:eastAsia="宋体" w:hint="eastAsia"/>
          <w:b/>
          <w:bCs/>
          <w:sz w:val="28"/>
          <w:szCs w:val="28"/>
          <w:lang w:eastAsia="zh-CN"/>
        </w:rPr>
        <w:t>，</w:t>
      </w:r>
      <w:r w:rsidRPr="00A7071B">
        <w:rPr>
          <w:rFonts w:eastAsia="宋体"/>
          <w:b/>
          <w:bCs/>
          <w:sz w:val="28"/>
          <w:szCs w:val="28"/>
          <w:lang w:eastAsia="zh-CN"/>
        </w:rPr>
        <w:t>推崇唐朝以前</w:t>
      </w:r>
      <w:r w:rsidR="00AF5D16" w:rsidRPr="00A7071B">
        <w:rPr>
          <w:rFonts w:eastAsia="宋体" w:hint="eastAsia"/>
          <w:b/>
          <w:bCs/>
          <w:sz w:val="28"/>
          <w:szCs w:val="28"/>
          <w:lang w:eastAsia="zh-CN"/>
        </w:rPr>
        <w:t>的</w:t>
      </w:r>
      <w:r w:rsidRPr="00A7071B">
        <w:rPr>
          <w:rFonts w:eastAsia="宋体"/>
          <w:b/>
          <w:bCs/>
          <w:sz w:val="28"/>
          <w:szCs w:val="28"/>
          <w:lang w:eastAsia="zh-CN"/>
        </w:rPr>
        <w:t>壁画文化，尤其是汉朝的</w:t>
      </w:r>
      <w:r w:rsidR="00AF5D16" w:rsidRPr="00A7071B">
        <w:rPr>
          <w:rFonts w:eastAsia="宋体" w:hint="eastAsia"/>
          <w:b/>
          <w:bCs/>
          <w:sz w:val="28"/>
          <w:szCs w:val="28"/>
          <w:lang w:eastAsia="zh-CN"/>
        </w:rPr>
        <w:t>，</w:t>
      </w:r>
      <w:r w:rsidRPr="00A7071B">
        <w:rPr>
          <w:rFonts w:eastAsia="宋体"/>
          <w:b/>
          <w:bCs/>
          <w:sz w:val="28"/>
          <w:szCs w:val="28"/>
          <w:lang w:eastAsia="zh-CN"/>
        </w:rPr>
        <w:t>简单线条</w:t>
      </w:r>
      <w:r w:rsidR="00AF5D16" w:rsidRPr="00A7071B">
        <w:rPr>
          <w:rFonts w:eastAsia="宋体" w:hint="eastAsia"/>
          <w:b/>
          <w:bCs/>
          <w:sz w:val="28"/>
          <w:szCs w:val="28"/>
          <w:lang w:eastAsia="zh-CN"/>
        </w:rPr>
        <w:t>，</w:t>
      </w:r>
      <w:r w:rsidRPr="00A7071B">
        <w:rPr>
          <w:rFonts w:eastAsia="宋体"/>
          <w:b/>
          <w:bCs/>
          <w:sz w:val="28"/>
          <w:szCs w:val="28"/>
          <w:lang w:eastAsia="zh-CN"/>
        </w:rPr>
        <w:t>粗犷优美的壁画文化</w:t>
      </w:r>
      <w:r w:rsidR="00AF5D16" w:rsidRPr="00A7071B">
        <w:rPr>
          <w:rFonts w:eastAsia="宋体" w:hint="eastAsia"/>
          <w:b/>
          <w:bCs/>
          <w:sz w:val="28"/>
          <w:szCs w:val="28"/>
          <w:lang w:eastAsia="zh-CN"/>
        </w:rPr>
        <w:t>。后来</w:t>
      </w:r>
      <w:r w:rsidRPr="00A7071B">
        <w:rPr>
          <w:rFonts w:eastAsia="宋体"/>
          <w:b/>
          <w:bCs/>
          <w:sz w:val="28"/>
          <w:szCs w:val="28"/>
          <w:lang w:eastAsia="zh-CN"/>
        </w:rPr>
        <w:t>文人书画我是</w:t>
      </w:r>
      <w:proofErr w:type="gramStart"/>
      <w:r w:rsidRPr="00A7071B">
        <w:rPr>
          <w:rFonts w:eastAsia="宋体"/>
          <w:b/>
          <w:bCs/>
          <w:sz w:val="28"/>
          <w:szCs w:val="28"/>
          <w:lang w:eastAsia="zh-CN"/>
        </w:rPr>
        <w:t>不</w:t>
      </w:r>
      <w:proofErr w:type="gramEnd"/>
      <w:r w:rsidRPr="00A7071B">
        <w:rPr>
          <w:rFonts w:eastAsia="宋体"/>
          <w:b/>
          <w:bCs/>
          <w:sz w:val="28"/>
          <w:szCs w:val="28"/>
          <w:lang w:eastAsia="zh-CN"/>
        </w:rPr>
        <w:t>推崇的。</w:t>
      </w:r>
    </w:p>
    <w:p w14:paraId="5F20A1D6" w14:textId="77777777" w:rsidR="00A7071B" w:rsidRPr="00A7071B" w:rsidRDefault="00000000" w:rsidP="00A3569A">
      <w:pPr>
        <w:widowControl w:val="0"/>
        <w:adjustRightInd w:val="0"/>
        <w:snapToGrid w:val="0"/>
        <w:spacing w:after="0" w:line="360" w:lineRule="auto"/>
        <w:ind w:firstLineChars="200" w:firstLine="560"/>
        <w:rPr>
          <w:rFonts w:eastAsia="宋体"/>
          <w:b/>
          <w:bCs/>
          <w:sz w:val="28"/>
          <w:szCs w:val="28"/>
          <w:lang w:eastAsia="zh-CN"/>
        </w:rPr>
      </w:pPr>
      <w:r w:rsidRPr="00A7071B">
        <w:rPr>
          <w:rFonts w:eastAsia="宋体"/>
          <w:b/>
          <w:bCs/>
          <w:sz w:val="28"/>
          <w:szCs w:val="28"/>
          <w:lang w:eastAsia="zh-CN"/>
        </w:rPr>
        <w:t>我们再说嘴的问题，</w:t>
      </w:r>
      <w:r w:rsidR="008942C1" w:rsidRPr="00A7071B">
        <w:rPr>
          <w:rFonts w:eastAsia="宋体" w:hint="eastAsia"/>
          <w:b/>
          <w:bCs/>
          <w:sz w:val="28"/>
          <w:szCs w:val="28"/>
          <w:lang w:eastAsia="zh-CN"/>
        </w:rPr>
        <w:t>没福的，</w:t>
      </w:r>
      <w:r w:rsidRPr="00A7071B">
        <w:rPr>
          <w:rFonts w:eastAsia="宋体"/>
          <w:b/>
          <w:bCs/>
          <w:sz w:val="28"/>
          <w:szCs w:val="28"/>
          <w:lang w:eastAsia="zh-CN"/>
        </w:rPr>
        <w:t>一个是覆</w:t>
      </w:r>
      <w:r w:rsidR="008942C1" w:rsidRPr="00A7071B">
        <w:rPr>
          <w:rFonts w:eastAsia="宋体" w:hint="eastAsia"/>
          <w:b/>
          <w:bCs/>
          <w:sz w:val="28"/>
          <w:szCs w:val="28"/>
          <w:lang w:eastAsia="zh-CN"/>
        </w:rPr>
        <w:t>船</w:t>
      </w:r>
      <w:r w:rsidRPr="00A7071B">
        <w:rPr>
          <w:rFonts w:eastAsia="宋体"/>
          <w:b/>
          <w:bCs/>
          <w:sz w:val="28"/>
          <w:szCs w:val="28"/>
          <w:lang w:eastAsia="zh-CN"/>
        </w:rPr>
        <w:t>嘴</w:t>
      </w:r>
      <w:r w:rsidR="008942C1" w:rsidRPr="00A7071B">
        <w:rPr>
          <w:rFonts w:eastAsia="宋体" w:hint="eastAsia"/>
          <w:b/>
          <w:bCs/>
          <w:sz w:val="28"/>
          <w:szCs w:val="28"/>
          <w:lang w:eastAsia="zh-CN"/>
        </w:rPr>
        <w:t>，</w:t>
      </w:r>
      <w:r w:rsidRPr="00A7071B">
        <w:rPr>
          <w:rFonts w:eastAsia="宋体"/>
          <w:b/>
          <w:bCs/>
          <w:sz w:val="28"/>
          <w:szCs w:val="28"/>
          <w:lang w:eastAsia="zh-CN"/>
        </w:rPr>
        <w:t>嘴这样</w:t>
      </w:r>
      <w:r w:rsidR="008942C1" w:rsidRPr="00A7071B">
        <w:rPr>
          <w:rFonts w:eastAsia="宋体" w:hint="eastAsia"/>
          <w:b/>
          <w:bCs/>
          <w:sz w:val="28"/>
          <w:szCs w:val="28"/>
          <w:lang w:eastAsia="zh-CN"/>
        </w:rPr>
        <w:t>，</w:t>
      </w:r>
      <w:r w:rsidRPr="00A7071B">
        <w:rPr>
          <w:rFonts w:eastAsia="宋体"/>
          <w:b/>
          <w:bCs/>
          <w:sz w:val="28"/>
          <w:szCs w:val="28"/>
          <w:lang w:eastAsia="zh-CN"/>
        </w:rPr>
        <w:t>整个人就愁苦面容了，绝大多数人愁苦面容都是这样</w:t>
      </w:r>
      <w:r w:rsidR="008942C1" w:rsidRPr="00A7071B">
        <w:rPr>
          <w:rFonts w:eastAsia="宋体" w:hint="eastAsia"/>
          <w:b/>
          <w:bCs/>
          <w:sz w:val="28"/>
          <w:szCs w:val="28"/>
          <w:lang w:eastAsia="zh-CN"/>
        </w:rPr>
        <w:t>了</w:t>
      </w:r>
      <w:r w:rsidRPr="00A7071B">
        <w:rPr>
          <w:rFonts w:eastAsia="宋体"/>
          <w:b/>
          <w:bCs/>
          <w:sz w:val="28"/>
          <w:szCs w:val="28"/>
          <w:lang w:eastAsia="zh-CN"/>
        </w:rPr>
        <w:t>，我们的</w:t>
      </w:r>
      <w:proofErr w:type="gramStart"/>
      <w:r w:rsidRPr="00A7071B">
        <w:rPr>
          <w:rFonts w:eastAsia="宋体"/>
          <w:b/>
          <w:bCs/>
          <w:sz w:val="28"/>
          <w:szCs w:val="28"/>
          <w:lang w:eastAsia="zh-CN"/>
        </w:rPr>
        <w:t>嘴</w:t>
      </w:r>
      <w:r w:rsidR="008942C1" w:rsidRPr="00A7071B">
        <w:rPr>
          <w:rFonts w:eastAsia="宋体" w:hint="eastAsia"/>
          <w:b/>
          <w:bCs/>
          <w:sz w:val="28"/>
          <w:szCs w:val="28"/>
          <w:lang w:eastAsia="zh-CN"/>
        </w:rPr>
        <w:t>应该</w:t>
      </w:r>
      <w:proofErr w:type="gramEnd"/>
      <w:r w:rsidRPr="00A7071B">
        <w:rPr>
          <w:rFonts w:eastAsia="宋体"/>
          <w:b/>
          <w:bCs/>
          <w:sz w:val="28"/>
          <w:szCs w:val="28"/>
          <w:lang w:eastAsia="zh-CN"/>
        </w:rPr>
        <w:t>是向上翘的，微笑</w:t>
      </w:r>
      <w:r w:rsidR="008942C1" w:rsidRPr="00A7071B">
        <w:rPr>
          <w:rFonts w:eastAsia="宋体" w:hint="eastAsia"/>
          <w:b/>
          <w:bCs/>
          <w:sz w:val="28"/>
          <w:szCs w:val="28"/>
          <w:lang w:eastAsia="zh-CN"/>
        </w:rPr>
        <w:t>的。</w:t>
      </w:r>
      <w:r w:rsidRPr="00A7071B">
        <w:rPr>
          <w:rFonts w:eastAsia="宋体"/>
          <w:b/>
          <w:bCs/>
          <w:sz w:val="28"/>
          <w:szCs w:val="28"/>
          <w:lang w:eastAsia="zh-CN"/>
        </w:rPr>
        <w:t>即便不自然的，你也应该尽量微笑的</w:t>
      </w:r>
      <w:r w:rsidR="008942C1" w:rsidRPr="00A7071B">
        <w:rPr>
          <w:rFonts w:eastAsia="宋体" w:hint="eastAsia"/>
          <w:b/>
          <w:bCs/>
          <w:sz w:val="28"/>
          <w:szCs w:val="28"/>
          <w:lang w:eastAsia="zh-CN"/>
        </w:rPr>
        <w:t>去</w:t>
      </w:r>
      <w:r w:rsidRPr="00A7071B">
        <w:rPr>
          <w:rFonts w:eastAsia="宋体"/>
          <w:b/>
          <w:bCs/>
          <w:sz w:val="28"/>
          <w:szCs w:val="28"/>
          <w:lang w:eastAsia="zh-CN"/>
        </w:rPr>
        <w:t>面对这个世界</w:t>
      </w:r>
      <w:r w:rsidR="008942C1" w:rsidRPr="00A7071B">
        <w:rPr>
          <w:rFonts w:eastAsia="宋体" w:hint="eastAsia"/>
          <w:b/>
          <w:bCs/>
          <w:sz w:val="28"/>
          <w:szCs w:val="28"/>
          <w:lang w:eastAsia="zh-CN"/>
        </w:rPr>
        <w:t>。</w:t>
      </w:r>
      <w:proofErr w:type="gramStart"/>
      <w:r w:rsidRPr="00A7071B">
        <w:rPr>
          <w:rFonts w:eastAsia="宋体"/>
          <w:b/>
          <w:bCs/>
          <w:sz w:val="28"/>
          <w:szCs w:val="28"/>
          <w:lang w:eastAsia="zh-CN"/>
        </w:rPr>
        <w:t>不能是覆嘴</w:t>
      </w:r>
      <w:proofErr w:type="gramEnd"/>
      <w:r w:rsidRPr="00A7071B">
        <w:rPr>
          <w:rFonts w:eastAsia="宋体"/>
          <w:b/>
          <w:bCs/>
          <w:sz w:val="28"/>
          <w:szCs w:val="28"/>
          <w:lang w:eastAsia="zh-CN"/>
        </w:rPr>
        <w:t>，</w:t>
      </w:r>
      <w:proofErr w:type="gramStart"/>
      <w:r w:rsidRPr="00A7071B">
        <w:rPr>
          <w:rFonts w:eastAsia="宋体"/>
          <w:b/>
          <w:bCs/>
          <w:sz w:val="28"/>
          <w:szCs w:val="28"/>
          <w:lang w:eastAsia="zh-CN"/>
        </w:rPr>
        <w:t>一</w:t>
      </w:r>
      <w:proofErr w:type="gramEnd"/>
      <w:r w:rsidRPr="00A7071B">
        <w:rPr>
          <w:rFonts w:eastAsia="宋体"/>
          <w:b/>
          <w:bCs/>
          <w:sz w:val="28"/>
          <w:szCs w:val="28"/>
          <w:lang w:eastAsia="zh-CN"/>
        </w:rPr>
        <w:t>覆</w:t>
      </w:r>
      <w:r w:rsidR="008942C1" w:rsidRPr="00A7071B">
        <w:rPr>
          <w:rFonts w:eastAsia="宋体" w:hint="eastAsia"/>
          <w:b/>
          <w:bCs/>
          <w:sz w:val="28"/>
          <w:szCs w:val="28"/>
          <w:lang w:eastAsia="zh-CN"/>
        </w:rPr>
        <w:t>，</w:t>
      </w:r>
      <w:r w:rsidRPr="00A7071B">
        <w:rPr>
          <w:rFonts w:eastAsia="宋体"/>
          <w:b/>
          <w:bCs/>
          <w:sz w:val="28"/>
          <w:szCs w:val="28"/>
          <w:lang w:eastAsia="zh-CN"/>
        </w:rPr>
        <w:t>好像天天感觉是别人欠你的。我觉得现在</w:t>
      </w:r>
      <w:proofErr w:type="gramStart"/>
      <w:r w:rsidRPr="00A7071B">
        <w:rPr>
          <w:rFonts w:eastAsia="宋体"/>
          <w:b/>
          <w:bCs/>
          <w:sz w:val="28"/>
          <w:szCs w:val="28"/>
          <w:lang w:eastAsia="zh-CN"/>
        </w:rPr>
        <w:t>尤其城市</w:t>
      </w:r>
      <w:proofErr w:type="gramEnd"/>
      <w:r w:rsidRPr="00A7071B">
        <w:rPr>
          <w:rFonts w:eastAsia="宋体"/>
          <w:b/>
          <w:bCs/>
          <w:sz w:val="28"/>
          <w:szCs w:val="28"/>
          <w:lang w:eastAsia="zh-CN"/>
        </w:rPr>
        <w:t>压力很大，很多人自觉不</w:t>
      </w:r>
      <w:r w:rsidR="008942C1" w:rsidRPr="00A7071B">
        <w:rPr>
          <w:rFonts w:eastAsia="宋体" w:hint="eastAsia"/>
          <w:b/>
          <w:bCs/>
          <w:sz w:val="28"/>
          <w:szCs w:val="28"/>
          <w:lang w:eastAsia="zh-CN"/>
        </w:rPr>
        <w:t>自觉</w:t>
      </w:r>
      <w:r w:rsidRPr="00A7071B">
        <w:rPr>
          <w:rFonts w:eastAsia="宋体"/>
          <w:b/>
          <w:bCs/>
          <w:sz w:val="28"/>
          <w:szCs w:val="28"/>
          <w:lang w:eastAsia="zh-CN"/>
        </w:rPr>
        <w:t>，慢慢的</w:t>
      </w:r>
      <w:r w:rsidR="008942C1" w:rsidRPr="00A7071B">
        <w:rPr>
          <w:rFonts w:eastAsia="宋体" w:hint="eastAsia"/>
          <w:b/>
          <w:bCs/>
          <w:sz w:val="28"/>
          <w:szCs w:val="28"/>
          <w:lang w:eastAsia="zh-CN"/>
        </w:rPr>
        <w:t>面相全</w:t>
      </w:r>
      <w:r w:rsidRPr="00A7071B">
        <w:rPr>
          <w:rFonts w:eastAsia="宋体"/>
          <w:b/>
          <w:bCs/>
          <w:sz w:val="28"/>
          <w:szCs w:val="28"/>
          <w:lang w:eastAsia="zh-CN"/>
        </w:rPr>
        <w:t>变了</w:t>
      </w:r>
      <w:r w:rsidR="008942C1" w:rsidRPr="00A7071B">
        <w:rPr>
          <w:rFonts w:eastAsia="宋体" w:hint="eastAsia"/>
          <w:b/>
          <w:bCs/>
          <w:sz w:val="28"/>
          <w:szCs w:val="28"/>
          <w:lang w:eastAsia="zh-CN"/>
        </w:rPr>
        <w:t>。</w:t>
      </w:r>
    </w:p>
    <w:p w14:paraId="10E2537A" w14:textId="77777777" w:rsidR="00A7071B" w:rsidRPr="00A7071B" w:rsidRDefault="00000000" w:rsidP="00A3569A">
      <w:pPr>
        <w:widowControl w:val="0"/>
        <w:adjustRightInd w:val="0"/>
        <w:snapToGrid w:val="0"/>
        <w:spacing w:after="0" w:line="360" w:lineRule="auto"/>
        <w:ind w:firstLineChars="200" w:firstLine="560"/>
        <w:rPr>
          <w:rFonts w:eastAsia="宋体"/>
          <w:b/>
          <w:bCs/>
          <w:sz w:val="28"/>
          <w:szCs w:val="28"/>
          <w:lang w:eastAsia="zh-CN"/>
        </w:rPr>
      </w:pPr>
      <w:r w:rsidRPr="00A7071B">
        <w:rPr>
          <w:rFonts w:eastAsia="宋体"/>
          <w:b/>
          <w:bCs/>
          <w:sz w:val="28"/>
          <w:szCs w:val="28"/>
          <w:lang w:eastAsia="zh-CN"/>
        </w:rPr>
        <w:t>覆</w:t>
      </w:r>
      <w:r w:rsidR="008942C1" w:rsidRPr="00A7071B">
        <w:rPr>
          <w:rFonts w:eastAsia="宋体" w:hint="eastAsia"/>
          <w:b/>
          <w:bCs/>
          <w:sz w:val="28"/>
          <w:szCs w:val="28"/>
          <w:lang w:eastAsia="zh-CN"/>
        </w:rPr>
        <w:t>船</w:t>
      </w:r>
      <w:r w:rsidRPr="00A7071B">
        <w:rPr>
          <w:rFonts w:eastAsia="宋体"/>
          <w:b/>
          <w:bCs/>
          <w:sz w:val="28"/>
          <w:szCs w:val="28"/>
          <w:lang w:eastAsia="zh-CN"/>
        </w:rPr>
        <w:t>嘴是要不得的，很明确</w:t>
      </w:r>
      <w:r w:rsidR="00A7071B" w:rsidRPr="00A7071B">
        <w:rPr>
          <w:rFonts w:eastAsia="宋体" w:hint="eastAsia"/>
          <w:b/>
          <w:bCs/>
          <w:sz w:val="28"/>
          <w:szCs w:val="28"/>
          <w:lang w:eastAsia="zh-CN"/>
        </w:rPr>
        <w:t>的</w:t>
      </w:r>
      <w:r w:rsidR="00163DCE" w:rsidRPr="00A7071B">
        <w:rPr>
          <w:rFonts w:eastAsia="宋体" w:hint="eastAsia"/>
          <w:b/>
          <w:bCs/>
          <w:sz w:val="28"/>
          <w:szCs w:val="28"/>
          <w:lang w:eastAsia="zh-CN"/>
        </w:rPr>
        <w:t>跟你说</w:t>
      </w:r>
      <w:r w:rsidRPr="00A7071B">
        <w:rPr>
          <w:rFonts w:eastAsia="宋体"/>
          <w:b/>
          <w:bCs/>
          <w:sz w:val="28"/>
          <w:szCs w:val="28"/>
          <w:lang w:eastAsia="zh-CN"/>
        </w:rPr>
        <w:t>，代表你处在愁苦状态</w:t>
      </w:r>
      <w:r w:rsidR="00163DCE" w:rsidRPr="00A7071B">
        <w:rPr>
          <w:rFonts w:eastAsia="宋体" w:hint="eastAsia"/>
          <w:b/>
          <w:bCs/>
          <w:sz w:val="28"/>
          <w:szCs w:val="28"/>
          <w:lang w:eastAsia="zh-CN"/>
        </w:rPr>
        <w:t>。</w:t>
      </w:r>
      <w:r w:rsidRPr="00A7071B">
        <w:rPr>
          <w:rFonts w:eastAsia="宋体"/>
          <w:b/>
          <w:bCs/>
          <w:sz w:val="28"/>
          <w:szCs w:val="28"/>
          <w:lang w:eastAsia="zh-CN"/>
        </w:rPr>
        <w:t>人的大脑是这样的，你</w:t>
      </w:r>
      <w:proofErr w:type="gramStart"/>
      <w:r w:rsidRPr="00A7071B">
        <w:rPr>
          <w:rFonts w:eastAsia="宋体"/>
          <w:b/>
          <w:bCs/>
          <w:sz w:val="28"/>
          <w:szCs w:val="28"/>
          <w:lang w:eastAsia="zh-CN"/>
        </w:rPr>
        <w:t>一</w:t>
      </w:r>
      <w:proofErr w:type="gramEnd"/>
      <w:r w:rsidRPr="00A7071B">
        <w:rPr>
          <w:rFonts w:eastAsia="宋体"/>
          <w:b/>
          <w:bCs/>
          <w:sz w:val="28"/>
          <w:szCs w:val="28"/>
          <w:lang w:eastAsia="zh-CN"/>
        </w:rPr>
        <w:t>覆嘴，他拉胆经，胆经下拉之后，它会拉动脑子</w:t>
      </w:r>
      <w:r w:rsidR="00163DCE" w:rsidRPr="00A7071B">
        <w:rPr>
          <w:rFonts w:eastAsia="宋体" w:hint="eastAsia"/>
          <w:b/>
          <w:bCs/>
          <w:sz w:val="28"/>
          <w:szCs w:val="28"/>
          <w:lang w:eastAsia="zh-CN"/>
        </w:rPr>
        <w:t>，</w:t>
      </w:r>
      <w:r w:rsidRPr="00A7071B">
        <w:rPr>
          <w:rFonts w:eastAsia="宋体"/>
          <w:b/>
          <w:bCs/>
          <w:sz w:val="28"/>
          <w:szCs w:val="28"/>
          <w:lang w:eastAsia="zh-CN"/>
        </w:rPr>
        <w:t>拉动头，左右脑两边就会压抑和下拉，就这样</w:t>
      </w:r>
      <w:r w:rsidR="00163DCE" w:rsidRPr="00A7071B">
        <w:rPr>
          <w:rFonts w:eastAsia="宋体" w:hint="eastAsia"/>
          <w:b/>
          <w:bCs/>
          <w:sz w:val="28"/>
          <w:szCs w:val="28"/>
          <w:lang w:eastAsia="zh-CN"/>
        </w:rPr>
        <w:t>，</w:t>
      </w:r>
      <w:r w:rsidRPr="00A7071B">
        <w:rPr>
          <w:rFonts w:eastAsia="宋体"/>
          <w:b/>
          <w:bCs/>
          <w:sz w:val="28"/>
          <w:szCs w:val="28"/>
          <w:lang w:eastAsia="zh-CN"/>
        </w:rPr>
        <w:t>一旦压抑下拉，你的幸福感，多巴胺就不容易分泌了。当你每次分泌多巴胺的时候，你这个脑子处在蓬松和绽放状态，你会感觉到幸福。一旦脑子被经脉拉扯下来之后，尤其是固化，纤维化</w:t>
      </w:r>
      <w:r w:rsidR="00320392" w:rsidRPr="00A7071B">
        <w:rPr>
          <w:rFonts w:eastAsia="宋体" w:hint="eastAsia"/>
          <w:b/>
          <w:bCs/>
          <w:sz w:val="28"/>
          <w:szCs w:val="28"/>
          <w:lang w:eastAsia="zh-CN"/>
        </w:rPr>
        <w:t>，</w:t>
      </w:r>
      <w:r w:rsidRPr="00A7071B">
        <w:rPr>
          <w:rFonts w:eastAsia="宋体"/>
          <w:b/>
          <w:bCs/>
          <w:sz w:val="28"/>
          <w:szCs w:val="28"/>
          <w:lang w:eastAsia="zh-CN"/>
        </w:rPr>
        <w:t>粘连，这就特别可怕了</w:t>
      </w:r>
      <w:r w:rsidR="00A64F4C" w:rsidRPr="00A7071B">
        <w:rPr>
          <w:rFonts w:eastAsia="宋体" w:hint="eastAsia"/>
          <w:b/>
          <w:bCs/>
          <w:sz w:val="28"/>
          <w:szCs w:val="28"/>
          <w:lang w:eastAsia="zh-CN"/>
        </w:rPr>
        <w:t>，</w:t>
      </w:r>
      <w:r w:rsidRPr="00A7071B">
        <w:rPr>
          <w:rFonts w:eastAsia="宋体"/>
          <w:b/>
          <w:bCs/>
          <w:sz w:val="28"/>
          <w:szCs w:val="28"/>
          <w:lang w:eastAsia="zh-CN"/>
        </w:rPr>
        <w:t>你这一辈子都不会再有幸福，然后你就在这种痛苦当中或纠结当中</w:t>
      </w:r>
      <w:r w:rsidR="00A64F4C" w:rsidRPr="00A7071B">
        <w:rPr>
          <w:rFonts w:eastAsia="宋体" w:hint="eastAsia"/>
          <w:b/>
          <w:bCs/>
          <w:sz w:val="28"/>
          <w:szCs w:val="28"/>
          <w:lang w:eastAsia="zh-CN"/>
        </w:rPr>
        <w:t>，</w:t>
      </w:r>
      <w:r w:rsidRPr="00A7071B">
        <w:rPr>
          <w:rFonts w:eastAsia="宋体"/>
          <w:b/>
          <w:bCs/>
          <w:sz w:val="28"/>
          <w:szCs w:val="28"/>
          <w:lang w:eastAsia="zh-CN"/>
        </w:rPr>
        <w:t>很难受就</w:t>
      </w:r>
      <w:r w:rsidR="00A64F4C" w:rsidRPr="00A7071B">
        <w:rPr>
          <w:rFonts w:eastAsia="宋体" w:hint="eastAsia"/>
          <w:b/>
          <w:bCs/>
          <w:sz w:val="28"/>
          <w:szCs w:val="28"/>
          <w:lang w:eastAsia="zh-CN"/>
        </w:rPr>
        <w:t>过完</w:t>
      </w:r>
      <w:r w:rsidRPr="00A7071B">
        <w:rPr>
          <w:rFonts w:eastAsia="宋体"/>
          <w:b/>
          <w:bCs/>
          <w:sz w:val="28"/>
          <w:szCs w:val="28"/>
          <w:lang w:eastAsia="zh-CN"/>
        </w:rPr>
        <w:t>你的一生</w:t>
      </w:r>
      <w:r w:rsidR="00A64F4C" w:rsidRPr="00A7071B">
        <w:rPr>
          <w:rFonts w:eastAsia="宋体" w:hint="eastAsia"/>
          <w:b/>
          <w:bCs/>
          <w:sz w:val="28"/>
          <w:szCs w:val="28"/>
          <w:lang w:eastAsia="zh-CN"/>
        </w:rPr>
        <w:t>，</w:t>
      </w:r>
      <w:r w:rsidRPr="00A7071B">
        <w:rPr>
          <w:rFonts w:eastAsia="宋体"/>
          <w:b/>
          <w:bCs/>
          <w:sz w:val="28"/>
          <w:szCs w:val="28"/>
          <w:lang w:eastAsia="zh-CN"/>
        </w:rPr>
        <w:t>非常不值得。</w:t>
      </w:r>
    </w:p>
    <w:p w14:paraId="16D03023" w14:textId="77777777" w:rsidR="00A12C1B" w:rsidRPr="00A12C1B" w:rsidRDefault="00000000" w:rsidP="00A3569A">
      <w:pPr>
        <w:widowControl w:val="0"/>
        <w:adjustRightInd w:val="0"/>
        <w:snapToGrid w:val="0"/>
        <w:spacing w:after="0" w:line="360" w:lineRule="auto"/>
        <w:ind w:firstLineChars="200" w:firstLine="560"/>
        <w:rPr>
          <w:rFonts w:eastAsia="宋体"/>
          <w:b/>
          <w:bCs/>
          <w:sz w:val="28"/>
          <w:szCs w:val="28"/>
          <w:lang w:eastAsia="zh-CN"/>
        </w:rPr>
      </w:pPr>
      <w:r w:rsidRPr="00A12C1B">
        <w:rPr>
          <w:rFonts w:eastAsia="宋体"/>
          <w:b/>
          <w:bCs/>
          <w:sz w:val="28"/>
          <w:szCs w:val="28"/>
          <w:lang w:eastAsia="zh-CN"/>
        </w:rPr>
        <w:t>结构决定你是否幸福，身体结构</w:t>
      </w:r>
      <w:r w:rsidR="00A12C1B" w:rsidRPr="00A12C1B">
        <w:rPr>
          <w:rFonts w:eastAsia="宋体" w:hint="eastAsia"/>
          <w:b/>
          <w:bCs/>
          <w:sz w:val="28"/>
          <w:szCs w:val="28"/>
          <w:lang w:eastAsia="zh-CN"/>
        </w:rPr>
        <w:t>、</w:t>
      </w:r>
      <w:r w:rsidRPr="00A12C1B">
        <w:rPr>
          <w:rFonts w:eastAsia="宋体"/>
          <w:b/>
          <w:bCs/>
          <w:sz w:val="28"/>
          <w:szCs w:val="28"/>
          <w:lang w:eastAsia="zh-CN"/>
        </w:rPr>
        <w:t>面相决定你是否幸福。为什么</w:t>
      </w:r>
      <w:r w:rsidR="00A64F4C" w:rsidRPr="00A12C1B">
        <w:rPr>
          <w:rFonts w:eastAsia="宋体" w:hint="eastAsia"/>
          <w:b/>
          <w:bCs/>
          <w:sz w:val="28"/>
          <w:szCs w:val="28"/>
          <w:lang w:eastAsia="zh-CN"/>
        </w:rPr>
        <w:t>看一个人</w:t>
      </w:r>
      <w:r w:rsidRPr="00A12C1B">
        <w:rPr>
          <w:rFonts w:eastAsia="宋体"/>
          <w:b/>
          <w:bCs/>
          <w:sz w:val="28"/>
          <w:szCs w:val="28"/>
          <w:lang w:eastAsia="zh-CN"/>
        </w:rPr>
        <w:t>面相</w:t>
      </w:r>
      <w:r w:rsidR="00A64F4C" w:rsidRPr="00A12C1B">
        <w:rPr>
          <w:rFonts w:eastAsia="宋体" w:hint="eastAsia"/>
          <w:b/>
          <w:bCs/>
          <w:sz w:val="28"/>
          <w:szCs w:val="28"/>
          <w:lang w:eastAsia="zh-CN"/>
        </w:rPr>
        <w:t>，</w:t>
      </w:r>
      <w:r w:rsidRPr="00A12C1B">
        <w:rPr>
          <w:rFonts w:eastAsia="宋体"/>
          <w:b/>
          <w:bCs/>
          <w:sz w:val="28"/>
          <w:szCs w:val="28"/>
          <w:lang w:eastAsia="zh-CN"/>
        </w:rPr>
        <w:t>能看到很多很多事情，比如一个家庭幸福，夫妻和和美满的，你觉得他是不是很</w:t>
      </w:r>
      <w:r w:rsidR="00A64F4C" w:rsidRPr="00A12C1B">
        <w:rPr>
          <w:rFonts w:eastAsia="宋体" w:hint="eastAsia"/>
          <w:b/>
          <w:bCs/>
          <w:sz w:val="28"/>
          <w:szCs w:val="28"/>
          <w:lang w:eastAsia="zh-CN"/>
        </w:rPr>
        <w:t>和悦</w:t>
      </w:r>
      <w:r w:rsidRPr="00A12C1B">
        <w:rPr>
          <w:rFonts w:eastAsia="宋体"/>
          <w:b/>
          <w:bCs/>
          <w:sz w:val="28"/>
          <w:szCs w:val="28"/>
          <w:lang w:eastAsia="zh-CN"/>
        </w:rPr>
        <w:t>很积极的一张脸，面相很舒展，如果一个嘴</w:t>
      </w:r>
      <w:r w:rsidR="00A64F4C" w:rsidRPr="00A12C1B">
        <w:rPr>
          <w:rFonts w:eastAsia="宋体" w:hint="eastAsia"/>
          <w:b/>
          <w:bCs/>
          <w:sz w:val="28"/>
          <w:szCs w:val="28"/>
          <w:lang w:eastAsia="zh-CN"/>
        </w:rPr>
        <w:t>耷拉着，</w:t>
      </w:r>
      <w:r w:rsidRPr="00A12C1B">
        <w:rPr>
          <w:rFonts w:eastAsia="宋体"/>
          <w:b/>
          <w:bCs/>
          <w:sz w:val="28"/>
          <w:szCs w:val="28"/>
          <w:lang w:eastAsia="zh-CN"/>
        </w:rPr>
        <w:t>面无表情</w:t>
      </w:r>
      <w:r w:rsidR="00A64F4C" w:rsidRPr="00A12C1B">
        <w:rPr>
          <w:rFonts w:eastAsia="宋体" w:hint="eastAsia"/>
          <w:b/>
          <w:bCs/>
          <w:sz w:val="28"/>
          <w:szCs w:val="28"/>
          <w:lang w:eastAsia="zh-CN"/>
        </w:rPr>
        <w:t>的，</w:t>
      </w:r>
      <w:r w:rsidRPr="00A12C1B">
        <w:rPr>
          <w:rFonts w:eastAsia="宋体"/>
          <w:b/>
          <w:bCs/>
          <w:sz w:val="28"/>
          <w:szCs w:val="28"/>
          <w:lang w:eastAsia="zh-CN"/>
        </w:rPr>
        <w:t>你觉得他的家庭幸福吗？</w:t>
      </w:r>
      <w:r w:rsidR="00855180" w:rsidRPr="00A12C1B">
        <w:rPr>
          <w:rFonts w:eastAsia="宋体" w:hint="eastAsia"/>
          <w:b/>
          <w:bCs/>
          <w:sz w:val="28"/>
          <w:szCs w:val="28"/>
          <w:lang w:eastAsia="zh-CN"/>
        </w:rPr>
        <w:t>一</w:t>
      </w:r>
      <w:r w:rsidRPr="00A12C1B">
        <w:rPr>
          <w:rFonts w:eastAsia="宋体"/>
          <w:b/>
          <w:bCs/>
          <w:sz w:val="28"/>
          <w:szCs w:val="28"/>
          <w:lang w:eastAsia="zh-CN"/>
        </w:rPr>
        <w:t>定不</w:t>
      </w:r>
      <w:r w:rsidR="00855180" w:rsidRPr="00A12C1B">
        <w:rPr>
          <w:rFonts w:eastAsia="宋体" w:hint="eastAsia"/>
          <w:b/>
          <w:bCs/>
          <w:sz w:val="28"/>
          <w:szCs w:val="28"/>
          <w:lang w:eastAsia="zh-CN"/>
        </w:rPr>
        <w:t>幸福。</w:t>
      </w:r>
      <w:r w:rsidRPr="00A12C1B">
        <w:rPr>
          <w:rFonts w:eastAsia="宋体"/>
          <w:b/>
          <w:bCs/>
          <w:sz w:val="28"/>
          <w:szCs w:val="28"/>
          <w:lang w:eastAsia="zh-CN"/>
        </w:rPr>
        <w:lastRenderedPageBreak/>
        <w:t>如果他嘴是缩着的</w:t>
      </w:r>
      <w:r w:rsidR="00855180" w:rsidRPr="00A12C1B">
        <w:rPr>
          <w:rFonts w:eastAsia="宋体" w:hint="eastAsia"/>
          <w:b/>
          <w:bCs/>
          <w:sz w:val="28"/>
          <w:szCs w:val="28"/>
          <w:lang w:eastAsia="zh-CN"/>
        </w:rPr>
        <w:t>，</w:t>
      </w:r>
      <w:r w:rsidRPr="00A12C1B">
        <w:rPr>
          <w:rFonts w:eastAsia="宋体"/>
          <w:b/>
          <w:bCs/>
          <w:sz w:val="28"/>
          <w:szCs w:val="28"/>
          <w:lang w:eastAsia="zh-CN"/>
        </w:rPr>
        <w:t>非常紧张</w:t>
      </w:r>
      <w:r w:rsidR="00855180" w:rsidRPr="00A12C1B">
        <w:rPr>
          <w:rFonts w:eastAsia="宋体" w:hint="eastAsia"/>
          <w:b/>
          <w:bCs/>
          <w:sz w:val="28"/>
          <w:szCs w:val="28"/>
          <w:lang w:eastAsia="zh-CN"/>
        </w:rPr>
        <w:t>，</w:t>
      </w:r>
      <w:r w:rsidRPr="00A12C1B">
        <w:rPr>
          <w:rFonts w:eastAsia="宋体"/>
          <w:b/>
          <w:bCs/>
          <w:sz w:val="28"/>
          <w:szCs w:val="28"/>
          <w:lang w:eastAsia="zh-CN"/>
        </w:rPr>
        <w:t>很多人</w:t>
      </w:r>
      <w:proofErr w:type="gramStart"/>
      <w:r w:rsidRPr="00A12C1B">
        <w:rPr>
          <w:rFonts w:eastAsia="宋体"/>
          <w:b/>
          <w:bCs/>
          <w:sz w:val="28"/>
          <w:szCs w:val="28"/>
          <w:lang w:eastAsia="zh-CN"/>
        </w:rPr>
        <w:t>嘴表达</w:t>
      </w:r>
      <w:proofErr w:type="gramEnd"/>
      <w:r w:rsidRPr="00A12C1B">
        <w:rPr>
          <w:rFonts w:eastAsia="宋体"/>
          <w:b/>
          <w:bCs/>
          <w:sz w:val="28"/>
          <w:szCs w:val="28"/>
          <w:lang w:eastAsia="zh-CN"/>
        </w:rPr>
        <w:t>不清楚，为什么</w:t>
      </w:r>
      <w:r w:rsidR="00855180" w:rsidRPr="00A12C1B">
        <w:rPr>
          <w:rFonts w:eastAsia="宋体" w:hint="eastAsia"/>
          <w:b/>
          <w:bCs/>
          <w:sz w:val="28"/>
          <w:szCs w:val="28"/>
          <w:lang w:eastAsia="zh-CN"/>
        </w:rPr>
        <w:t>？</w:t>
      </w:r>
      <w:proofErr w:type="gramStart"/>
      <w:r w:rsidR="00855180" w:rsidRPr="00A12C1B">
        <w:rPr>
          <w:rFonts w:eastAsia="宋体" w:hint="eastAsia"/>
          <w:b/>
          <w:bCs/>
          <w:sz w:val="28"/>
          <w:szCs w:val="28"/>
          <w:lang w:eastAsia="zh-CN"/>
        </w:rPr>
        <w:t>嘴</w:t>
      </w:r>
      <w:r w:rsidRPr="00A12C1B">
        <w:rPr>
          <w:rFonts w:eastAsia="宋体"/>
          <w:b/>
          <w:bCs/>
          <w:sz w:val="28"/>
          <w:szCs w:val="28"/>
          <w:lang w:eastAsia="zh-CN"/>
        </w:rPr>
        <w:t>缩了</w:t>
      </w:r>
      <w:proofErr w:type="gramEnd"/>
      <w:r w:rsidR="00A12C1B" w:rsidRPr="00A12C1B">
        <w:rPr>
          <w:rFonts w:eastAsia="宋体" w:hint="eastAsia"/>
          <w:b/>
          <w:bCs/>
          <w:sz w:val="28"/>
          <w:szCs w:val="28"/>
          <w:lang w:eastAsia="zh-CN"/>
        </w:rPr>
        <w:t>，</w:t>
      </w:r>
      <w:r w:rsidRPr="00A12C1B">
        <w:rPr>
          <w:rFonts w:eastAsia="宋体"/>
          <w:b/>
          <w:bCs/>
          <w:sz w:val="28"/>
          <w:szCs w:val="28"/>
          <w:lang w:eastAsia="zh-CN"/>
        </w:rPr>
        <w:t>缩了之后，嘴的肌肉不能很融洽的去表达，那嘴是表达的东西，那么他整个一</w:t>
      </w:r>
      <w:r w:rsidR="00855180" w:rsidRPr="00A12C1B">
        <w:rPr>
          <w:rFonts w:eastAsia="宋体" w:hint="eastAsia"/>
          <w:b/>
          <w:bCs/>
          <w:sz w:val="28"/>
          <w:szCs w:val="28"/>
          <w:lang w:eastAsia="zh-CN"/>
        </w:rPr>
        <w:t>条</w:t>
      </w:r>
      <w:r w:rsidRPr="00A12C1B">
        <w:rPr>
          <w:rFonts w:eastAsia="宋体"/>
          <w:b/>
          <w:bCs/>
          <w:sz w:val="28"/>
          <w:szCs w:val="28"/>
          <w:lang w:eastAsia="zh-CN"/>
        </w:rPr>
        <w:t>就完全处在缩窄的状态，像食道癌呀，咽喉癌呀，</w:t>
      </w:r>
      <w:r w:rsidR="00855180" w:rsidRPr="00A12C1B">
        <w:rPr>
          <w:rFonts w:eastAsia="宋体" w:hint="eastAsia"/>
          <w:b/>
          <w:bCs/>
          <w:sz w:val="28"/>
          <w:szCs w:val="28"/>
          <w:lang w:eastAsia="zh-CN"/>
        </w:rPr>
        <w:t>贲门</w:t>
      </w:r>
      <w:r w:rsidRPr="00A12C1B">
        <w:rPr>
          <w:rFonts w:eastAsia="宋体"/>
          <w:b/>
          <w:bCs/>
          <w:sz w:val="28"/>
          <w:szCs w:val="28"/>
          <w:lang w:eastAsia="zh-CN"/>
        </w:rPr>
        <w:t>癌呀</w:t>
      </w:r>
      <w:r w:rsidR="00855180" w:rsidRPr="00A12C1B">
        <w:rPr>
          <w:rFonts w:eastAsia="宋体" w:hint="eastAsia"/>
          <w:b/>
          <w:bCs/>
          <w:sz w:val="28"/>
          <w:szCs w:val="28"/>
          <w:lang w:eastAsia="zh-CN"/>
        </w:rPr>
        <w:t>，</w:t>
      </w:r>
      <w:r w:rsidRPr="00A12C1B">
        <w:rPr>
          <w:rFonts w:eastAsia="宋体"/>
          <w:b/>
          <w:bCs/>
          <w:sz w:val="28"/>
          <w:szCs w:val="28"/>
          <w:lang w:eastAsia="zh-CN"/>
        </w:rPr>
        <w:t>十二指肠溃疡等等的</w:t>
      </w:r>
      <w:r w:rsidR="00855180" w:rsidRPr="00A12C1B">
        <w:rPr>
          <w:rFonts w:eastAsia="宋体" w:hint="eastAsia"/>
          <w:b/>
          <w:bCs/>
          <w:sz w:val="28"/>
          <w:szCs w:val="28"/>
          <w:lang w:eastAsia="zh-CN"/>
        </w:rPr>
        <w:t>，</w:t>
      </w:r>
      <w:r w:rsidRPr="00A12C1B">
        <w:rPr>
          <w:rFonts w:eastAsia="宋体"/>
          <w:b/>
          <w:bCs/>
          <w:sz w:val="28"/>
          <w:szCs w:val="28"/>
          <w:lang w:eastAsia="zh-CN"/>
        </w:rPr>
        <w:t>结肠癌呀，就接二连三找上你了</w:t>
      </w:r>
      <w:r w:rsidR="00855180" w:rsidRPr="00A12C1B">
        <w:rPr>
          <w:rFonts w:eastAsia="宋体" w:hint="eastAsia"/>
          <w:b/>
          <w:bCs/>
          <w:sz w:val="28"/>
          <w:szCs w:val="28"/>
          <w:lang w:eastAsia="zh-CN"/>
        </w:rPr>
        <w:t>。</w:t>
      </w:r>
    </w:p>
    <w:p w14:paraId="7FE43087" w14:textId="77777777" w:rsidR="00A12C1B" w:rsidRPr="00A12C1B" w:rsidRDefault="00000000" w:rsidP="00A3569A">
      <w:pPr>
        <w:widowControl w:val="0"/>
        <w:adjustRightInd w:val="0"/>
        <w:snapToGrid w:val="0"/>
        <w:spacing w:after="0" w:line="360" w:lineRule="auto"/>
        <w:ind w:firstLineChars="200" w:firstLine="560"/>
        <w:rPr>
          <w:rFonts w:eastAsia="宋体"/>
          <w:b/>
          <w:bCs/>
          <w:sz w:val="28"/>
          <w:szCs w:val="28"/>
          <w:lang w:eastAsia="zh-CN"/>
        </w:rPr>
      </w:pPr>
      <w:r w:rsidRPr="00A12C1B">
        <w:rPr>
          <w:rFonts w:eastAsia="宋体"/>
          <w:b/>
          <w:bCs/>
          <w:sz w:val="28"/>
          <w:szCs w:val="28"/>
          <w:lang w:eastAsia="zh-CN"/>
        </w:rPr>
        <w:t>你会发现那些凡是结巴的人，</w:t>
      </w:r>
      <w:proofErr w:type="gramStart"/>
      <w:r w:rsidRPr="00A12C1B">
        <w:rPr>
          <w:rFonts w:eastAsia="宋体"/>
          <w:b/>
          <w:bCs/>
          <w:sz w:val="28"/>
          <w:szCs w:val="28"/>
          <w:lang w:eastAsia="zh-CN"/>
        </w:rPr>
        <w:t>嘴肯定</w:t>
      </w:r>
      <w:proofErr w:type="gramEnd"/>
      <w:r w:rsidRPr="00A12C1B">
        <w:rPr>
          <w:rFonts w:eastAsia="宋体"/>
          <w:b/>
          <w:bCs/>
          <w:sz w:val="28"/>
          <w:szCs w:val="28"/>
          <w:lang w:eastAsia="zh-CN"/>
        </w:rPr>
        <w:t>是缩着的</w:t>
      </w:r>
      <w:r w:rsidR="00C26BD8" w:rsidRPr="00A12C1B">
        <w:rPr>
          <w:rFonts w:eastAsia="宋体" w:hint="eastAsia"/>
          <w:b/>
          <w:bCs/>
          <w:sz w:val="28"/>
          <w:szCs w:val="28"/>
          <w:lang w:eastAsia="zh-CN"/>
        </w:rPr>
        <w:t>。</w:t>
      </w:r>
      <w:r w:rsidR="00EF615D" w:rsidRPr="00A12C1B">
        <w:rPr>
          <w:rFonts w:eastAsia="宋体" w:hint="eastAsia"/>
          <w:b/>
          <w:bCs/>
          <w:sz w:val="28"/>
          <w:szCs w:val="28"/>
          <w:lang w:eastAsia="zh-CN"/>
        </w:rPr>
        <w:t>还有一个</w:t>
      </w:r>
      <w:r w:rsidRPr="00A12C1B">
        <w:rPr>
          <w:rFonts w:eastAsia="宋体"/>
          <w:b/>
          <w:bCs/>
          <w:sz w:val="28"/>
          <w:szCs w:val="28"/>
          <w:lang w:eastAsia="zh-CN"/>
        </w:rPr>
        <w:t>歪嘴，很多很多，尤其是学问多的，比如说杨澜，杨澜是歪嘴，大小脸了，</w:t>
      </w:r>
      <w:r w:rsidR="00096A36" w:rsidRPr="00A12C1B">
        <w:rPr>
          <w:rFonts w:eastAsia="宋体" w:hint="eastAsia"/>
          <w:b/>
          <w:bCs/>
          <w:sz w:val="28"/>
          <w:szCs w:val="28"/>
          <w:lang w:eastAsia="zh-CN"/>
        </w:rPr>
        <w:t>她</w:t>
      </w:r>
      <w:r w:rsidRPr="00A12C1B">
        <w:rPr>
          <w:rFonts w:eastAsia="宋体"/>
          <w:b/>
          <w:bCs/>
          <w:sz w:val="28"/>
          <w:szCs w:val="28"/>
          <w:lang w:eastAsia="zh-CN"/>
        </w:rPr>
        <w:t>上正大综艺的时候就是歪嘴，只不过那时候歪的还好看，现在歪的难看</w:t>
      </w:r>
      <w:r w:rsidR="00096A36" w:rsidRPr="00A12C1B">
        <w:rPr>
          <w:rFonts w:eastAsia="宋体" w:hint="eastAsia"/>
          <w:b/>
          <w:bCs/>
          <w:sz w:val="28"/>
          <w:szCs w:val="28"/>
          <w:lang w:eastAsia="zh-CN"/>
        </w:rPr>
        <w:t>。</w:t>
      </w:r>
    </w:p>
    <w:p w14:paraId="46B8C616" w14:textId="399425BD" w:rsidR="00A12C1B" w:rsidRPr="00A12C1B" w:rsidRDefault="00000000" w:rsidP="00A3569A">
      <w:pPr>
        <w:widowControl w:val="0"/>
        <w:adjustRightInd w:val="0"/>
        <w:snapToGrid w:val="0"/>
        <w:spacing w:after="0" w:line="360" w:lineRule="auto"/>
        <w:ind w:firstLineChars="200" w:firstLine="560"/>
        <w:rPr>
          <w:rFonts w:eastAsia="宋体"/>
          <w:b/>
          <w:bCs/>
          <w:sz w:val="28"/>
          <w:szCs w:val="28"/>
          <w:lang w:eastAsia="zh-CN"/>
        </w:rPr>
      </w:pPr>
      <w:r w:rsidRPr="00A12C1B">
        <w:rPr>
          <w:rFonts w:eastAsia="宋体"/>
          <w:b/>
          <w:bCs/>
          <w:sz w:val="28"/>
          <w:szCs w:val="28"/>
          <w:lang w:eastAsia="zh-CN"/>
        </w:rPr>
        <w:t>比如说小崔</w:t>
      </w:r>
      <w:r w:rsidR="00096A36" w:rsidRPr="00A12C1B">
        <w:rPr>
          <w:rFonts w:eastAsia="宋体" w:hint="eastAsia"/>
          <w:b/>
          <w:bCs/>
          <w:sz w:val="28"/>
          <w:szCs w:val="28"/>
          <w:lang w:eastAsia="zh-CN"/>
        </w:rPr>
        <w:t>，</w:t>
      </w:r>
      <w:r w:rsidRPr="00A12C1B">
        <w:rPr>
          <w:rFonts w:eastAsia="宋体"/>
          <w:b/>
          <w:bCs/>
          <w:sz w:val="28"/>
          <w:szCs w:val="28"/>
          <w:lang w:eastAsia="zh-CN"/>
        </w:rPr>
        <w:t>应该是完全隐居了</w:t>
      </w:r>
      <w:r w:rsidR="00096A36" w:rsidRPr="00A12C1B">
        <w:rPr>
          <w:rFonts w:eastAsia="宋体" w:hint="eastAsia"/>
          <w:b/>
          <w:bCs/>
          <w:sz w:val="28"/>
          <w:szCs w:val="28"/>
          <w:lang w:eastAsia="zh-CN"/>
        </w:rPr>
        <w:t>，</w:t>
      </w:r>
      <w:r w:rsidRPr="00A12C1B">
        <w:rPr>
          <w:rFonts w:eastAsia="宋体"/>
          <w:b/>
          <w:bCs/>
          <w:sz w:val="28"/>
          <w:szCs w:val="28"/>
          <w:lang w:eastAsia="zh-CN"/>
        </w:rPr>
        <w:t>有谁认识崔永元啊？包括白岩</w:t>
      </w:r>
      <w:r w:rsidR="00096A36" w:rsidRPr="00A12C1B">
        <w:rPr>
          <w:rFonts w:eastAsia="宋体" w:hint="eastAsia"/>
          <w:b/>
          <w:bCs/>
          <w:sz w:val="28"/>
          <w:szCs w:val="28"/>
          <w:lang w:eastAsia="zh-CN"/>
        </w:rPr>
        <w:t>松</w:t>
      </w:r>
      <w:r w:rsidRPr="00A12C1B">
        <w:rPr>
          <w:rFonts w:eastAsia="宋体"/>
          <w:b/>
          <w:bCs/>
          <w:sz w:val="28"/>
          <w:szCs w:val="28"/>
          <w:lang w:eastAsia="zh-CN"/>
        </w:rPr>
        <w:t>，也是</w:t>
      </w:r>
      <w:r w:rsidR="00096A36" w:rsidRPr="00A12C1B">
        <w:rPr>
          <w:rFonts w:eastAsia="宋体" w:hint="eastAsia"/>
          <w:b/>
          <w:bCs/>
          <w:sz w:val="28"/>
          <w:szCs w:val="28"/>
          <w:lang w:eastAsia="zh-CN"/>
        </w:rPr>
        <w:t>歪嘴</w:t>
      </w:r>
      <w:r w:rsidRPr="00A12C1B">
        <w:rPr>
          <w:rFonts w:eastAsia="宋体"/>
          <w:b/>
          <w:bCs/>
          <w:sz w:val="28"/>
          <w:szCs w:val="28"/>
          <w:lang w:eastAsia="zh-CN"/>
        </w:rPr>
        <w:t>，名嘴很多都是歪嘴。有些人平时不歪</w:t>
      </w:r>
      <w:r w:rsidR="005B387E" w:rsidRPr="00A12C1B">
        <w:rPr>
          <w:rFonts w:eastAsia="宋体" w:hint="eastAsia"/>
          <w:b/>
          <w:bCs/>
          <w:sz w:val="28"/>
          <w:szCs w:val="28"/>
          <w:lang w:eastAsia="zh-CN"/>
        </w:rPr>
        <w:t>，</w:t>
      </w:r>
      <w:r w:rsidRPr="00A12C1B">
        <w:rPr>
          <w:rFonts w:eastAsia="宋体"/>
          <w:b/>
          <w:bCs/>
          <w:sz w:val="28"/>
          <w:szCs w:val="28"/>
          <w:lang w:eastAsia="zh-CN"/>
        </w:rPr>
        <w:t>一笑就歪，往一边咧</w:t>
      </w:r>
      <w:r w:rsidR="005B387E" w:rsidRPr="00A12C1B">
        <w:rPr>
          <w:rFonts w:eastAsia="宋体" w:hint="eastAsia"/>
          <w:b/>
          <w:bCs/>
          <w:sz w:val="28"/>
          <w:szCs w:val="28"/>
          <w:lang w:eastAsia="zh-CN"/>
        </w:rPr>
        <w:t>，</w:t>
      </w:r>
      <w:r w:rsidRPr="00A12C1B">
        <w:rPr>
          <w:rFonts w:eastAsia="宋体"/>
          <w:b/>
          <w:bCs/>
          <w:sz w:val="28"/>
          <w:szCs w:val="28"/>
          <w:lang w:eastAsia="zh-CN"/>
        </w:rPr>
        <w:t>歪嘴必然带来大小眼儿，必然带来歪鼻梁，必然</w:t>
      </w:r>
      <w:r w:rsidR="005B387E" w:rsidRPr="00A12C1B">
        <w:rPr>
          <w:rFonts w:eastAsia="宋体" w:hint="eastAsia"/>
          <w:b/>
          <w:bCs/>
          <w:sz w:val="28"/>
          <w:szCs w:val="28"/>
          <w:lang w:eastAsia="zh-CN"/>
        </w:rPr>
        <w:t>带来</w:t>
      </w:r>
      <w:r w:rsidRPr="00A12C1B">
        <w:rPr>
          <w:rFonts w:eastAsia="宋体"/>
          <w:b/>
          <w:bCs/>
          <w:sz w:val="28"/>
          <w:szCs w:val="28"/>
          <w:lang w:eastAsia="zh-CN"/>
        </w:rPr>
        <w:t>脸一边大</w:t>
      </w:r>
      <w:r w:rsidR="00A12C1B">
        <w:rPr>
          <w:rFonts w:eastAsia="宋体" w:hint="eastAsia"/>
          <w:b/>
          <w:bCs/>
          <w:sz w:val="28"/>
          <w:szCs w:val="28"/>
          <w:lang w:eastAsia="zh-CN"/>
        </w:rPr>
        <w:t>，</w:t>
      </w:r>
      <w:r w:rsidRPr="00A12C1B">
        <w:rPr>
          <w:rFonts w:eastAsia="宋体"/>
          <w:b/>
          <w:bCs/>
          <w:sz w:val="28"/>
          <w:szCs w:val="28"/>
          <w:lang w:eastAsia="zh-CN"/>
        </w:rPr>
        <w:t>一边小。中医讲，以外</w:t>
      </w:r>
      <w:r w:rsidR="005B387E" w:rsidRPr="00A12C1B">
        <w:rPr>
          <w:rFonts w:eastAsia="宋体" w:hint="eastAsia"/>
          <w:b/>
          <w:bCs/>
          <w:sz w:val="28"/>
          <w:szCs w:val="28"/>
          <w:lang w:eastAsia="zh-CN"/>
        </w:rPr>
        <w:t>揣</w:t>
      </w:r>
      <w:r w:rsidRPr="00A12C1B">
        <w:rPr>
          <w:rFonts w:eastAsia="宋体"/>
          <w:b/>
          <w:bCs/>
          <w:sz w:val="28"/>
          <w:szCs w:val="28"/>
          <w:lang w:eastAsia="zh-CN"/>
        </w:rPr>
        <w:t>内</w:t>
      </w:r>
      <w:r w:rsidR="005B387E" w:rsidRPr="00A12C1B">
        <w:rPr>
          <w:rFonts w:eastAsia="宋体" w:hint="eastAsia"/>
          <w:b/>
          <w:bCs/>
          <w:sz w:val="28"/>
          <w:szCs w:val="28"/>
          <w:lang w:eastAsia="zh-CN"/>
        </w:rPr>
        <w:t>，</w:t>
      </w:r>
      <w:r w:rsidRPr="00A12C1B">
        <w:rPr>
          <w:rFonts w:eastAsia="宋体"/>
          <w:b/>
          <w:bCs/>
          <w:sz w:val="28"/>
          <w:szCs w:val="28"/>
          <w:lang w:eastAsia="zh-CN"/>
        </w:rPr>
        <w:t>通过外在的</w:t>
      </w:r>
      <w:r w:rsidR="005B387E" w:rsidRPr="00A12C1B">
        <w:rPr>
          <w:rFonts w:eastAsia="宋体" w:hint="eastAsia"/>
          <w:b/>
          <w:bCs/>
          <w:sz w:val="28"/>
          <w:szCs w:val="28"/>
          <w:lang w:eastAsia="zh-CN"/>
        </w:rPr>
        <w:t>，</w:t>
      </w:r>
      <w:r w:rsidRPr="00A12C1B">
        <w:rPr>
          <w:rFonts w:eastAsia="宋体"/>
          <w:b/>
          <w:bCs/>
          <w:sz w:val="28"/>
          <w:szCs w:val="28"/>
          <w:lang w:eastAsia="zh-CN"/>
        </w:rPr>
        <w:t>看到你五脏六腑里边，那么你就会发现脑子也会一大一小</w:t>
      </w:r>
      <w:r w:rsidR="009371F3" w:rsidRPr="00A12C1B">
        <w:rPr>
          <w:rFonts w:eastAsia="宋体" w:hint="eastAsia"/>
          <w:b/>
          <w:bCs/>
          <w:sz w:val="28"/>
          <w:szCs w:val="28"/>
          <w:lang w:eastAsia="zh-CN"/>
        </w:rPr>
        <w:t>。</w:t>
      </w:r>
    </w:p>
    <w:p w14:paraId="0E5DE73A" w14:textId="77777777" w:rsidR="00A12C1B" w:rsidRPr="00A12C1B" w:rsidRDefault="00000000" w:rsidP="00A3569A">
      <w:pPr>
        <w:widowControl w:val="0"/>
        <w:adjustRightInd w:val="0"/>
        <w:snapToGrid w:val="0"/>
        <w:spacing w:after="0" w:line="360" w:lineRule="auto"/>
        <w:ind w:firstLineChars="200" w:firstLine="560"/>
        <w:rPr>
          <w:rFonts w:eastAsia="宋体"/>
          <w:b/>
          <w:bCs/>
          <w:sz w:val="28"/>
          <w:szCs w:val="28"/>
          <w:lang w:eastAsia="zh-CN"/>
        </w:rPr>
      </w:pPr>
      <w:r w:rsidRPr="00A12C1B">
        <w:rPr>
          <w:rFonts w:eastAsia="宋体"/>
          <w:b/>
          <w:bCs/>
          <w:sz w:val="28"/>
          <w:szCs w:val="28"/>
          <w:lang w:eastAsia="zh-CN"/>
        </w:rPr>
        <w:t>比如说你往这边歪，慢慢的这边脸全都缩了，脸缩</w:t>
      </w:r>
      <w:r w:rsidR="009371F3" w:rsidRPr="00A12C1B">
        <w:rPr>
          <w:rFonts w:eastAsia="宋体" w:hint="eastAsia"/>
          <w:b/>
          <w:bCs/>
          <w:sz w:val="28"/>
          <w:szCs w:val="28"/>
          <w:lang w:eastAsia="zh-CN"/>
        </w:rPr>
        <w:t>，</w:t>
      </w:r>
      <w:r w:rsidRPr="00A12C1B">
        <w:rPr>
          <w:rFonts w:eastAsia="宋体"/>
          <w:b/>
          <w:bCs/>
          <w:sz w:val="28"/>
          <w:szCs w:val="28"/>
          <w:lang w:eastAsia="zh-CN"/>
        </w:rPr>
        <w:t>你的脑子</w:t>
      </w:r>
      <w:r w:rsidR="009371F3" w:rsidRPr="00A12C1B">
        <w:rPr>
          <w:rFonts w:eastAsia="宋体" w:hint="eastAsia"/>
          <w:b/>
          <w:bCs/>
          <w:sz w:val="28"/>
          <w:szCs w:val="28"/>
          <w:lang w:eastAsia="zh-CN"/>
        </w:rPr>
        <w:t>缩不缩？</w:t>
      </w:r>
      <w:r w:rsidRPr="00A12C1B">
        <w:rPr>
          <w:rFonts w:eastAsia="宋体"/>
          <w:b/>
          <w:bCs/>
          <w:sz w:val="28"/>
          <w:szCs w:val="28"/>
          <w:lang w:eastAsia="zh-CN"/>
        </w:rPr>
        <w:t>如果说这边你</w:t>
      </w:r>
      <w:r w:rsidR="007006BB" w:rsidRPr="00A12C1B">
        <w:rPr>
          <w:rFonts w:eastAsia="宋体" w:hint="eastAsia"/>
          <w:b/>
          <w:bCs/>
          <w:sz w:val="28"/>
          <w:szCs w:val="28"/>
          <w:lang w:eastAsia="zh-CN"/>
        </w:rPr>
        <w:t>缩，</w:t>
      </w:r>
      <w:r w:rsidRPr="00A12C1B">
        <w:rPr>
          <w:rFonts w:eastAsia="宋体"/>
          <w:b/>
          <w:bCs/>
          <w:sz w:val="28"/>
          <w:szCs w:val="28"/>
          <w:lang w:eastAsia="zh-CN"/>
        </w:rPr>
        <w:t>你这边</w:t>
      </w:r>
      <w:proofErr w:type="gramStart"/>
      <w:r w:rsidRPr="00A12C1B">
        <w:rPr>
          <w:rFonts w:eastAsia="宋体"/>
          <w:b/>
          <w:bCs/>
          <w:sz w:val="28"/>
          <w:szCs w:val="28"/>
          <w:lang w:eastAsia="zh-CN"/>
        </w:rPr>
        <w:t>主什么</w:t>
      </w:r>
      <w:proofErr w:type="gramEnd"/>
      <w:r w:rsidRPr="00A12C1B">
        <w:rPr>
          <w:rFonts w:eastAsia="宋体"/>
          <w:b/>
          <w:bCs/>
          <w:sz w:val="28"/>
          <w:szCs w:val="28"/>
          <w:lang w:eastAsia="zh-CN"/>
        </w:rPr>
        <w:t>呢？比如说主逻辑思维或者情感思维，那它的功能是不是受限</w:t>
      </w:r>
      <w:r w:rsidR="007006BB" w:rsidRPr="00A12C1B">
        <w:rPr>
          <w:rFonts w:eastAsia="宋体" w:hint="eastAsia"/>
          <w:b/>
          <w:bCs/>
          <w:sz w:val="28"/>
          <w:szCs w:val="28"/>
          <w:lang w:eastAsia="zh-CN"/>
        </w:rPr>
        <w:t>，</w:t>
      </w:r>
      <w:r w:rsidRPr="00A12C1B">
        <w:rPr>
          <w:rFonts w:eastAsia="宋体"/>
          <w:b/>
          <w:bCs/>
          <w:sz w:val="28"/>
          <w:szCs w:val="28"/>
          <w:lang w:eastAsia="zh-CN"/>
        </w:rPr>
        <w:t>一定受限，他一定想法</w:t>
      </w:r>
      <w:proofErr w:type="gramStart"/>
      <w:r w:rsidRPr="00A12C1B">
        <w:rPr>
          <w:rFonts w:eastAsia="宋体"/>
          <w:b/>
          <w:bCs/>
          <w:sz w:val="28"/>
          <w:szCs w:val="28"/>
          <w:lang w:eastAsia="zh-CN"/>
        </w:rPr>
        <w:t>不</w:t>
      </w:r>
      <w:proofErr w:type="gramEnd"/>
      <w:r w:rsidRPr="00A12C1B">
        <w:rPr>
          <w:rFonts w:eastAsia="宋体"/>
          <w:b/>
          <w:bCs/>
          <w:sz w:val="28"/>
          <w:szCs w:val="28"/>
          <w:lang w:eastAsia="zh-CN"/>
        </w:rPr>
        <w:t>中正，不说完全偏激，他肯定偏颇</w:t>
      </w:r>
      <w:r w:rsidR="007006BB" w:rsidRPr="00A12C1B">
        <w:rPr>
          <w:rFonts w:eastAsia="宋体" w:hint="eastAsia"/>
          <w:b/>
          <w:bCs/>
          <w:sz w:val="28"/>
          <w:szCs w:val="28"/>
          <w:lang w:eastAsia="zh-CN"/>
        </w:rPr>
        <w:t>。</w:t>
      </w:r>
      <w:r w:rsidRPr="00A12C1B">
        <w:rPr>
          <w:rFonts w:eastAsia="宋体"/>
          <w:b/>
          <w:bCs/>
          <w:sz w:val="28"/>
          <w:szCs w:val="28"/>
          <w:lang w:eastAsia="zh-CN"/>
        </w:rPr>
        <w:t>比如说</w:t>
      </w:r>
      <w:r w:rsidR="007006BB" w:rsidRPr="00A12C1B">
        <w:rPr>
          <w:rFonts w:eastAsia="宋体" w:hint="eastAsia"/>
          <w:b/>
          <w:bCs/>
          <w:sz w:val="28"/>
          <w:szCs w:val="28"/>
          <w:lang w:eastAsia="zh-CN"/>
        </w:rPr>
        <w:t>崔永元偏颇</w:t>
      </w:r>
      <w:r w:rsidRPr="00A12C1B">
        <w:rPr>
          <w:rFonts w:eastAsia="宋体"/>
          <w:b/>
          <w:bCs/>
          <w:sz w:val="28"/>
          <w:szCs w:val="28"/>
          <w:lang w:eastAsia="zh-CN"/>
        </w:rPr>
        <w:t>吗？他觉得他在坚持真理，挖掘真相，但是你觉得他偏颇吗？偏激吗？是不是不合群了</w:t>
      </w:r>
      <w:r w:rsidR="007006BB" w:rsidRPr="00A12C1B">
        <w:rPr>
          <w:rFonts w:eastAsia="宋体" w:hint="eastAsia"/>
          <w:b/>
          <w:bCs/>
          <w:sz w:val="28"/>
          <w:szCs w:val="28"/>
          <w:lang w:eastAsia="zh-CN"/>
        </w:rPr>
        <w:t>？</w:t>
      </w:r>
      <w:r w:rsidRPr="00A12C1B">
        <w:rPr>
          <w:rFonts w:eastAsia="宋体"/>
          <w:b/>
          <w:bCs/>
          <w:sz w:val="28"/>
          <w:szCs w:val="28"/>
          <w:lang w:eastAsia="zh-CN"/>
        </w:rPr>
        <w:t>不管正确和</w:t>
      </w:r>
      <w:r w:rsidR="00DF570C" w:rsidRPr="00A12C1B">
        <w:rPr>
          <w:rFonts w:eastAsia="宋体" w:hint="eastAsia"/>
          <w:b/>
          <w:bCs/>
          <w:sz w:val="28"/>
          <w:szCs w:val="28"/>
          <w:lang w:eastAsia="zh-CN"/>
        </w:rPr>
        <w:t>错误</w:t>
      </w:r>
      <w:r w:rsidRPr="00A12C1B">
        <w:rPr>
          <w:rFonts w:eastAsia="宋体"/>
          <w:b/>
          <w:bCs/>
          <w:sz w:val="28"/>
          <w:szCs w:val="28"/>
          <w:lang w:eastAsia="zh-CN"/>
        </w:rPr>
        <w:t>，他是不是不</w:t>
      </w:r>
      <w:r w:rsidR="00DF570C" w:rsidRPr="00A12C1B">
        <w:rPr>
          <w:rFonts w:eastAsia="宋体" w:hint="eastAsia"/>
          <w:b/>
          <w:bCs/>
          <w:sz w:val="28"/>
          <w:szCs w:val="28"/>
          <w:lang w:eastAsia="zh-CN"/>
        </w:rPr>
        <w:t>合群</w:t>
      </w:r>
      <w:r w:rsidRPr="00A12C1B">
        <w:rPr>
          <w:rFonts w:eastAsia="宋体"/>
          <w:b/>
          <w:bCs/>
          <w:sz w:val="28"/>
          <w:szCs w:val="28"/>
          <w:lang w:eastAsia="zh-CN"/>
        </w:rPr>
        <w:t>了，不断的上访</w:t>
      </w:r>
      <w:r w:rsidR="00DF570C" w:rsidRPr="00A12C1B">
        <w:rPr>
          <w:rFonts w:eastAsia="宋体" w:hint="eastAsia"/>
          <w:b/>
          <w:bCs/>
          <w:sz w:val="28"/>
          <w:szCs w:val="28"/>
          <w:lang w:eastAsia="zh-CN"/>
        </w:rPr>
        <w:t>，</w:t>
      </w:r>
      <w:r w:rsidRPr="00A12C1B">
        <w:rPr>
          <w:rFonts w:eastAsia="宋体"/>
          <w:b/>
          <w:bCs/>
          <w:sz w:val="28"/>
          <w:szCs w:val="28"/>
          <w:lang w:eastAsia="zh-CN"/>
        </w:rPr>
        <w:t>揭露，他是不是走向了一条并不是中正平和之路啊，骂人等等，是不是都来了？</w:t>
      </w:r>
    </w:p>
    <w:p w14:paraId="114133D7" w14:textId="77777777" w:rsidR="00A12C1B" w:rsidRPr="00A12C1B" w:rsidRDefault="00000000" w:rsidP="00A3569A">
      <w:pPr>
        <w:widowControl w:val="0"/>
        <w:adjustRightInd w:val="0"/>
        <w:snapToGrid w:val="0"/>
        <w:spacing w:after="0" w:line="360" w:lineRule="auto"/>
        <w:ind w:firstLineChars="200" w:firstLine="560"/>
        <w:rPr>
          <w:rFonts w:eastAsia="宋体"/>
          <w:b/>
          <w:bCs/>
          <w:sz w:val="28"/>
          <w:szCs w:val="28"/>
          <w:lang w:eastAsia="zh-CN"/>
        </w:rPr>
      </w:pPr>
      <w:r w:rsidRPr="00A12C1B">
        <w:rPr>
          <w:rFonts w:eastAsia="宋体"/>
          <w:b/>
          <w:bCs/>
          <w:sz w:val="28"/>
          <w:szCs w:val="28"/>
          <w:lang w:eastAsia="zh-CN"/>
        </w:rPr>
        <w:t>人其实跟鸡鸭鹅没什么区别，你觉得你是人</w:t>
      </w:r>
      <w:r w:rsidR="00793A62" w:rsidRPr="00A12C1B">
        <w:rPr>
          <w:rFonts w:eastAsia="宋体" w:hint="eastAsia"/>
          <w:b/>
          <w:bCs/>
          <w:sz w:val="28"/>
          <w:szCs w:val="28"/>
          <w:lang w:eastAsia="zh-CN"/>
        </w:rPr>
        <w:t>，</w:t>
      </w:r>
      <w:r w:rsidRPr="00A12C1B">
        <w:rPr>
          <w:rFonts w:eastAsia="宋体"/>
          <w:b/>
          <w:bCs/>
          <w:sz w:val="28"/>
          <w:szCs w:val="28"/>
          <w:lang w:eastAsia="zh-CN"/>
        </w:rPr>
        <w:t>实际你也是动物的一种，</w:t>
      </w:r>
      <w:r w:rsidR="00793A62" w:rsidRPr="00A12C1B">
        <w:rPr>
          <w:rFonts w:eastAsia="宋体" w:hint="eastAsia"/>
          <w:b/>
          <w:bCs/>
          <w:sz w:val="28"/>
          <w:szCs w:val="28"/>
          <w:lang w:eastAsia="zh-CN"/>
        </w:rPr>
        <w:t>不</w:t>
      </w:r>
      <w:r w:rsidRPr="00A12C1B">
        <w:rPr>
          <w:rFonts w:eastAsia="宋体"/>
          <w:b/>
          <w:bCs/>
          <w:sz w:val="28"/>
          <w:szCs w:val="28"/>
          <w:lang w:eastAsia="zh-CN"/>
        </w:rPr>
        <w:t>要太把自己当回事儿</w:t>
      </w:r>
      <w:r w:rsidR="00793A62" w:rsidRPr="00A12C1B">
        <w:rPr>
          <w:rFonts w:eastAsia="宋体" w:hint="eastAsia"/>
          <w:b/>
          <w:bCs/>
          <w:sz w:val="28"/>
          <w:szCs w:val="28"/>
          <w:lang w:eastAsia="zh-CN"/>
        </w:rPr>
        <w:t>。</w:t>
      </w:r>
      <w:r w:rsidRPr="00A12C1B">
        <w:rPr>
          <w:rFonts w:eastAsia="宋体"/>
          <w:b/>
          <w:bCs/>
          <w:sz w:val="28"/>
          <w:szCs w:val="28"/>
          <w:lang w:eastAsia="zh-CN"/>
        </w:rPr>
        <w:t>你即便做的事正确，你也会落到偏激。比如说窦唯，你说窦唯有毛病了吗？他自从出了</w:t>
      </w:r>
      <w:r w:rsidR="00604C83" w:rsidRPr="00A12C1B">
        <w:rPr>
          <w:rFonts w:eastAsia="宋体" w:hint="eastAsia"/>
          <w:b/>
          <w:bCs/>
          <w:sz w:val="28"/>
          <w:szCs w:val="28"/>
          <w:lang w:eastAsia="zh-CN"/>
        </w:rPr>
        <w:t>《</w:t>
      </w:r>
      <w:r w:rsidRPr="00A12C1B">
        <w:rPr>
          <w:rFonts w:eastAsia="宋体"/>
          <w:b/>
          <w:bCs/>
          <w:sz w:val="28"/>
          <w:szCs w:val="28"/>
          <w:lang w:eastAsia="zh-CN"/>
        </w:rPr>
        <w:t>黑梦</w:t>
      </w:r>
      <w:r w:rsidR="00604C83" w:rsidRPr="00A12C1B">
        <w:rPr>
          <w:rFonts w:eastAsia="宋体" w:hint="eastAsia"/>
          <w:b/>
          <w:bCs/>
          <w:sz w:val="28"/>
          <w:szCs w:val="28"/>
          <w:lang w:eastAsia="zh-CN"/>
        </w:rPr>
        <w:t>》那</w:t>
      </w:r>
      <w:r w:rsidRPr="00A12C1B">
        <w:rPr>
          <w:rFonts w:eastAsia="宋体"/>
          <w:b/>
          <w:bCs/>
          <w:sz w:val="28"/>
          <w:szCs w:val="28"/>
          <w:lang w:eastAsia="zh-CN"/>
        </w:rPr>
        <w:t>张专辑之后，我就知道了</w:t>
      </w:r>
      <w:r w:rsidR="00612629" w:rsidRPr="00A12C1B">
        <w:rPr>
          <w:rFonts w:eastAsia="宋体" w:hint="eastAsia"/>
          <w:b/>
          <w:bCs/>
          <w:sz w:val="28"/>
          <w:szCs w:val="28"/>
          <w:lang w:eastAsia="zh-CN"/>
        </w:rPr>
        <w:t>，</w:t>
      </w:r>
      <w:r w:rsidRPr="00A12C1B">
        <w:rPr>
          <w:rFonts w:eastAsia="宋体"/>
          <w:b/>
          <w:bCs/>
          <w:sz w:val="28"/>
          <w:szCs w:val="28"/>
          <w:lang w:eastAsia="zh-CN"/>
        </w:rPr>
        <w:t>他</w:t>
      </w:r>
      <w:r w:rsidR="00612629" w:rsidRPr="00A12C1B">
        <w:rPr>
          <w:rFonts w:eastAsia="宋体" w:hint="eastAsia"/>
          <w:b/>
          <w:bCs/>
          <w:sz w:val="28"/>
          <w:szCs w:val="28"/>
          <w:lang w:eastAsia="zh-CN"/>
        </w:rPr>
        <w:t>病了。《</w:t>
      </w:r>
      <w:r w:rsidRPr="00A12C1B">
        <w:rPr>
          <w:rFonts w:eastAsia="宋体"/>
          <w:b/>
          <w:bCs/>
          <w:sz w:val="28"/>
          <w:szCs w:val="28"/>
          <w:lang w:eastAsia="zh-CN"/>
        </w:rPr>
        <w:t>黑梦</w:t>
      </w:r>
      <w:r w:rsidR="00612629" w:rsidRPr="00A12C1B">
        <w:rPr>
          <w:rFonts w:eastAsia="宋体" w:hint="eastAsia"/>
          <w:b/>
          <w:bCs/>
          <w:sz w:val="28"/>
          <w:szCs w:val="28"/>
          <w:lang w:eastAsia="zh-CN"/>
        </w:rPr>
        <w:t>》</w:t>
      </w:r>
      <w:r w:rsidRPr="00A12C1B">
        <w:rPr>
          <w:rFonts w:eastAsia="宋体"/>
          <w:b/>
          <w:bCs/>
          <w:sz w:val="28"/>
          <w:szCs w:val="28"/>
          <w:lang w:eastAsia="zh-CN"/>
        </w:rPr>
        <w:t>专辑的封面是怎么表示的，蹲在</w:t>
      </w:r>
      <w:r w:rsidRPr="00A12C1B">
        <w:rPr>
          <w:rFonts w:eastAsia="宋体"/>
          <w:b/>
          <w:bCs/>
          <w:sz w:val="28"/>
          <w:szCs w:val="28"/>
          <w:lang w:eastAsia="zh-CN"/>
        </w:rPr>
        <w:lastRenderedPageBreak/>
        <w:t>铁轨中间抱着头，上面写着黑梦</w:t>
      </w:r>
      <w:r w:rsidR="00EE0A33" w:rsidRPr="00A12C1B">
        <w:rPr>
          <w:rFonts w:eastAsia="宋体" w:hint="eastAsia"/>
          <w:b/>
          <w:bCs/>
          <w:sz w:val="28"/>
          <w:szCs w:val="28"/>
          <w:lang w:eastAsia="zh-CN"/>
        </w:rPr>
        <w:t>。</w:t>
      </w:r>
      <w:r w:rsidRPr="00A12C1B">
        <w:rPr>
          <w:rFonts w:eastAsia="宋体"/>
          <w:b/>
          <w:bCs/>
          <w:sz w:val="28"/>
          <w:szCs w:val="28"/>
          <w:lang w:eastAsia="zh-CN"/>
        </w:rPr>
        <w:t>什么叫黑梦，黑暗的梦</w:t>
      </w:r>
      <w:r w:rsidR="00EE0A33" w:rsidRPr="00A12C1B">
        <w:rPr>
          <w:rFonts w:eastAsia="宋体" w:hint="eastAsia"/>
          <w:b/>
          <w:bCs/>
          <w:sz w:val="28"/>
          <w:szCs w:val="28"/>
          <w:lang w:eastAsia="zh-CN"/>
        </w:rPr>
        <w:t>。</w:t>
      </w:r>
      <w:r w:rsidRPr="00A12C1B">
        <w:rPr>
          <w:rFonts w:eastAsia="宋体"/>
          <w:b/>
          <w:bCs/>
          <w:sz w:val="28"/>
          <w:szCs w:val="28"/>
          <w:lang w:eastAsia="zh-CN"/>
        </w:rPr>
        <w:t>他的专辑</w:t>
      </w:r>
      <w:r w:rsidR="00EE0A33" w:rsidRPr="00A12C1B">
        <w:rPr>
          <w:rFonts w:eastAsia="宋体" w:hint="eastAsia"/>
          <w:b/>
          <w:bCs/>
          <w:sz w:val="28"/>
          <w:szCs w:val="28"/>
          <w:lang w:eastAsia="zh-CN"/>
        </w:rPr>
        <w:t>《</w:t>
      </w:r>
      <w:r w:rsidRPr="00A12C1B">
        <w:rPr>
          <w:rFonts w:eastAsia="宋体"/>
          <w:b/>
          <w:bCs/>
          <w:sz w:val="28"/>
          <w:szCs w:val="28"/>
          <w:lang w:eastAsia="zh-CN"/>
        </w:rPr>
        <w:t>黑豹</w:t>
      </w:r>
      <w:r w:rsidR="00EE0A33" w:rsidRPr="00A12C1B">
        <w:rPr>
          <w:rFonts w:eastAsia="宋体" w:hint="eastAsia"/>
          <w:b/>
          <w:bCs/>
          <w:sz w:val="28"/>
          <w:szCs w:val="28"/>
          <w:lang w:eastAsia="zh-CN"/>
        </w:rPr>
        <w:t>》</w:t>
      </w:r>
      <w:r w:rsidRPr="00A12C1B">
        <w:rPr>
          <w:rFonts w:eastAsia="宋体"/>
          <w:b/>
          <w:bCs/>
          <w:sz w:val="28"/>
          <w:szCs w:val="28"/>
          <w:lang w:eastAsia="zh-CN"/>
        </w:rPr>
        <w:t>大火之后，他马上脱离了黑豹乐队，然后出的第一张专辑就是</w:t>
      </w:r>
      <w:r w:rsidR="00EE0A33" w:rsidRPr="00A12C1B">
        <w:rPr>
          <w:rFonts w:eastAsia="宋体" w:hint="eastAsia"/>
          <w:b/>
          <w:bCs/>
          <w:sz w:val="28"/>
          <w:szCs w:val="28"/>
          <w:lang w:eastAsia="zh-CN"/>
        </w:rPr>
        <w:t>《</w:t>
      </w:r>
      <w:r w:rsidRPr="00A12C1B">
        <w:rPr>
          <w:rFonts w:eastAsia="宋体"/>
          <w:b/>
          <w:bCs/>
          <w:sz w:val="28"/>
          <w:szCs w:val="28"/>
          <w:lang w:eastAsia="zh-CN"/>
        </w:rPr>
        <w:t>黑梦</w:t>
      </w:r>
      <w:r w:rsidR="00EE0A33" w:rsidRPr="00A12C1B">
        <w:rPr>
          <w:rFonts w:eastAsia="宋体" w:hint="eastAsia"/>
          <w:b/>
          <w:bCs/>
          <w:sz w:val="28"/>
          <w:szCs w:val="28"/>
          <w:lang w:eastAsia="zh-CN"/>
        </w:rPr>
        <w:t>》</w:t>
      </w:r>
      <w:r w:rsidRPr="00A12C1B">
        <w:rPr>
          <w:rFonts w:eastAsia="宋体"/>
          <w:b/>
          <w:bCs/>
          <w:sz w:val="28"/>
          <w:szCs w:val="28"/>
          <w:lang w:eastAsia="zh-CN"/>
        </w:rPr>
        <w:t>。我说</w:t>
      </w:r>
      <w:r w:rsidR="00EE0A33" w:rsidRPr="00A12C1B">
        <w:rPr>
          <w:rFonts w:eastAsia="宋体" w:hint="eastAsia"/>
          <w:b/>
          <w:bCs/>
          <w:sz w:val="28"/>
          <w:szCs w:val="28"/>
          <w:lang w:eastAsia="zh-CN"/>
        </w:rPr>
        <w:t>这人一下</w:t>
      </w:r>
      <w:r w:rsidRPr="00A12C1B">
        <w:rPr>
          <w:rFonts w:eastAsia="宋体"/>
          <w:b/>
          <w:bCs/>
          <w:sz w:val="28"/>
          <w:szCs w:val="28"/>
          <w:lang w:eastAsia="zh-CN"/>
        </w:rPr>
        <w:t>闷住了</w:t>
      </w:r>
      <w:r w:rsidR="00EE0A33" w:rsidRPr="00A12C1B">
        <w:rPr>
          <w:rFonts w:eastAsia="宋体" w:hint="eastAsia"/>
          <w:b/>
          <w:bCs/>
          <w:sz w:val="28"/>
          <w:szCs w:val="28"/>
          <w:lang w:eastAsia="zh-CN"/>
        </w:rPr>
        <w:t>。</w:t>
      </w:r>
      <w:r w:rsidRPr="00A12C1B">
        <w:rPr>
          <w:rFonts w:eastAsia="宋体"/>
          <w:b/>
          <w:bCs/>
          <w:sz w:val="28"/>
          <w:szCs w:val="28"/>
          <w:lang w:eastAsia="zh-CN"/>
        </w:rPr>
        <w:t>他为什么要选择这张照片，一定代表他当时的心境，一定代表他想表达的意思，他为什么不积极，阳光灿烂呢？后来他又出了一个叫</w:t>
      </w:r>
      <w:r w:rsidR="00F87FCE" w:rsidRPr="00A12C1B">
        <w:rPr>
          <w:rFonts w:eastAsia="宋体" w:hint="eastAsia"/>
          <w:b/>
          <w:bCs/>
          <w:sz w:val="28"/>
          <w:szCs w:val="28"/>
          <w:lang w:eastAsia="zh-CN"/>
        </w:rPr>
        <w:t>《</w:t>
      </w:r>
      <w:r w:rsidRPr="00A12C1B">
        <w:rPr>
          <w:rFonts w:eastAsia="宋体"/>
          <w:b/>
          <w:bCs/>
          <w:sz w:val="28"/>
          <w:szCs w:val="28"/>
          <w:lang w:eastAsia="zh-CN"/>
        </w:rPr>
        <w:t>艳阳天</w:t>
      </w:r>
      <w:r w:rsidR="00F87FCE" w:rsidRPr="00A12C1B">
        <w:rPr>
          <w:rFonts w:eastAsia="宋体" w:hint="eastAsia"/>
          <w:b/>
          <w:bCs/>
          <w:sz w:val="28"/>
          <w:szCs w:val="28"/>
          <w:lang w:eastAsia="zh-CN"/>
        </w:rPr>
        <w:t>》</w:t>
      </w:r>
      <w:r w:rsidRPr="00A12C1B">
        <w:rPr>
          <w:rFonts w:eastAsia="宋体"/>
          <w:b/>
          <w:bCs/>
          <w:sz w:val="28"/>
          <w:szCs w:val="28"/>
          <w:lang w:eastAsia="zh-CN"/>
        </w:rPr>
        <w:t>，又走到另一个极端，他从一个黑梦又整到了艳阳天</w:t>
      </w:r>
      <w:r w:rsidR="00F87FCE" w:rsidRPr="00A12C1B">
        <w:rPr>
          <w:rFonts w:eastAsia="宋体" w:hint="eastAsia"/>
          <w:b/>
          <w:bCs/>
          <w:sz w:val="28"/>
          <w:szCs w:val="28"/>
          <w:lang w:eastAsia="zh-CN"/>
        </w:rPr>
        <w:t>，</w:t>
      </w:r>
      <w:r w:rsidRPr="00A12C1B">
        <w:rPr>
          <w:rFonts w:eastAsia="宋体"/>
          <w:b/>
          <w:bCs/>
          <w:sz w:val="28"/>
          <w:szCs w:val="28"/>
          <w:lang w:eastAsia="zh-CN"/>
        </w:rPr>
        <w:t>特别高亢，实际上他是极度压抑的一种释放，反向表达方式</w:t>
      </w:r>
      <w:r w:rsidR="00C82E11" w:rsidRPr="00A12C1B">
        <w:rPr>
          <w:rFonts w:eastAsia="宋体" w:hint="eastAsia"/>
          <w:b/>
          <w:bCs/>
          <w:sz w:val="28"/>
          <w:szCs w:val="28"/>
          <w:lang w:eastAsia="zh-CN"/>
        </w:rPr>
        <w:t>。</w:t>
      </w:r>
    </w:p>
    <w:p w14:paraId="5156766A" w14:textId="0D6E6CF7" w:rsidR="00BA7C86" w:rsidRPr="00A12C1B" w:rsidRDefault="00000000" w:rsidP="00A3569A">
      <w:pPr>
        <w:widowControl w:val="0"/>
        <w:adjustRightInd w:val="0"/>
        <w:snapToGrid w:val="0"/>
        <w:spacing w:after="0" w:line="360" w:lineRule="auto"/>
        <w:ind w:firstLineChars="200" w:firstLine="560"/>
        <w:rPr>
          <w:rFonts w:eastAsia="宋体" w:hint="eastAsia"/>
          <w:b/>
          <w:bCs/>
          <w:sz w:val="28"/>
          <w:szCs w:val="28"/>
          <w:lang w:eastAsia="zh-CN"/>
        </w:rPr>
      </w:pPr>
      <w:r w:rsidRPr="00A12C1B">
        <w:rPr>
          <w:rFonts w:eastAsia="宋体"/>
          <w:b/>
          <w:bCs/>
          <w:sz w:val="28"/>
          <w:szCs w:val="28"/>
          <w:lang w:eastAsia="zh-CN"/>
        </w:rPr>
        <w:t>很多电影里面表现残酷的杀戮的镜头时候，突然鸦雀无声</w:t>
      </w:r>
      <w:r w:rsidR="00C82E11" w:rsidRPr="00A12C1B">
        <w:rPr>
          <w:rFonts w:eastAsia="宋体" w:hint="eastAsia"/>
          <w:b/>
          <w:bCs/>
          <w:sz w:val="28"/>
          <w:szCs w:val="28"/>
          <w:lang w:eastAsia="zh-CN"/>
        </w:rPr>
        <w:t>，</w:t>
      </w:r>
      <w:r w:rsidRPr="00A12C1B">
        <w:rPr>
          <w:rFonts w:eastAsia="宋体"/>
          <w:b/>
          <w:bCs/>
          <w:sz w:val="28"/>
          <w:szCs w:val="28"/>
          <w:lang w:eastAsia="zh-CN"/>
        </w:rPr>
        <w:t>放慢动作道理是一样</w:t>
      </w:r>
      <w:r w:rsidR="00C82E11" w:rsidRPr="00A12C1B">
        <w:rPr>
          <w:rFonts w:eastAsia="宋体" w:hint="eastAsia"/>
          <w:b/>
          <w:bCs/>
          <w:sz w:val="28"/>
          <w:szCs w:val="28"/>
          <w:lang w:eastAsia="zh-CN"/>
        </w:rPr>
        <w:t>。</w:t>
      </w:r>
      <w:r w:rsidRPr="00A12C1B">
        <w:rPr>
          <w:rFonts w:eastAsia="宋体"/>
          <w:b/>
          <w:bCs/>
          <w:sz w:val="28"/>
          <w:szCs w:val="28"/>
          <w:lang w:eastAsia="zh-CN"/>
        </w:rPr>
        <w:t>这叫什么手法，</w:t>
      </w:r>
      <w:r w:rsidR="00A642C3" w:rsidRPr="00A12C1B">
        <w:rPr>
          <w:rFonts w:eastAsia="宋体" w:hint="eastAsia"/>
          <w:b/>
          <w:bCs/>
          <w:sz w:val="28"/>
          <w:szCs w:val="28"/>
          <w:lang w:eastAsia="zh-CN"/>
        </w:rPr>
        <w:t>你可以</w:t>
      </w:r>
      <w:r w:rsidRPr="00A12C1B">
        <w:rPr>
          <w:rFonts w:eastAsia="宋体"/>
          <w:b/>
          <w:bCs/>
          <w:sz w:val="28"/>
          <w:szCs w:val="28"/>
          <w:lang w:eastAsia="zh-CN"/>
        </w:rPr>
        <w:t>理解他叫反类，反方面的手法</w:t>
      </w:r>
      <w:r w:rsidR="00A642C3" w:rsidRPr="00A12C1B">
        <w:rPr>
          <w:rFonts w:eastAsia="宋体" w:hint="eastAsia"/>
          <w:b/>
          <w:bCs/>
          <w:sz w:val="28"/>
          <w:szCs w:val="28"/>
          <w:lang w:eastAsia="zh-CN"/>
        </w:rPr>
        <w:t>。</w:t>
      </w:r>
      <w:r w:rsidRPr="00A12C1B">
        <w:rPr>
          <w:rFonts w:eastAsia="宋体"/>
          <w:b/>
          <w:bCs/>
          <w:sz w:val="28"/>
          <w:szCs w:val="28"/>
          <w:lang w:eastAsia="zh-CN"/>
        </w:rPr>
        <w:t>很多摇滚的，他们都走向另一个极端了，他们是不是想去追求真善美，揭露世界的假恶丑啊，这是积极好的一面，但是他们也陷入到这种极端的性格</w:t>
      </w:r>
      <w:r w:rsidR="00CC024C" w:rsidRPr="00A12C1B">
        <w:rPr>
          <w:rFonts w:eastAsia="宋体" w:hint="eastAsia"/>
          <w:b/>
          <w:bCs/>
          <w:sz w:val="28"/>
          <w:szCs w:val="28"/>
          <w:lang w:eastAsia="zh-CN"/>
        </w:rPr>
        <w:t>了</w:t>
      </w:r>
      <w:r w:rsidRPr="00A12C1B">
        <w:rPr>
          <w:rFonts w:eastAsia="宋体"/>
          <w:b/>
          <w:bCs/>
          <w:sz w:val="28"/>
          <w:szCs w:val="28"/>
          <w:lang w:eastAsia="zh-CN"/>
        </w:rPr>
        <w:t>。包括最</w:t>
      </w:r>
      <w:proofErr w:type="gramStart"/>
      <w:r w:rsidRPr="00A12C1B">
        <w:rPr>
          <w:rFonts w:eastAsia="宋体"/>
          <w:b/>
          <w:bCs/>
          <w:sz w:val="28"/>
          <w:szCs w:val="28"/>
          <w:lang w:eastAsia="zh-CN"/>
        </w:rPr>
        <w:t>后窦唯去报社</w:t>
      </w:r>
      <w:proofErr w:type="gramEnd"/>
      <w:r w:rsidRPr="00A12C1B">
        <w:rPr>
          <w:rFonts w:eastAsia="宋体"/>
          <w:b/>
          <w:bCs/>
          <w:sz w:val="28"/>
          <w:szCs w:val="28"/>
          <w:lang w:eastAsia="zh-CN"/>
        </w:rPr>
        <w:t>把车给烧了，然后找人摆平这事儿</w:t>
      </w:r>
      <w:r w:rsidR="00CC024C" w:rsidRPr="00A12C1B">
        <w:rPr>
          <w:rFonts w:eastAsia="宋体" w:hint="eastAsia"/>
          <w:b/>
          <w:bCs/>
          <w:sz w:val="28"/>
          <w:szCs w:val="28"/>
          <w:lang w:eastAsia="zh-CN"/>
        </w:rPr>
        <w:t>，</w:t>
      </w:r>
      <w:r w:rsidRPr="00A12C1B">
        <w:rPr>
          <w:rFonts w:eastAsia="宋体"/>
          <w:b/>
          <w:bCs/>
          <w:sz w:val="28"/>
          <w:szCs w:val="28"/>
          <w:lang w:eastAsia="zh-CN"/>
        </w:rPr>
        <w:t>罚了点钱</w:t>
      </w:r>
      <w:r w:rsidR="00CC024C" w:rsidRPr="00A12C1B">
        <w:rPr>
          <w:rFonts w:eastAsia="宋体" w:hint="eastAsia"/>
          <w:b/>
          <w:bCs/>
          <w:sz w:val="28"/>
          <w:szCs w:val="28"/>
          <w:lang w:eastAsia="zh-CN"/>
        </w:rPr>
        <w:t>。</w:t>
      </w:r>
      <w:r w:rsidR="00BA7C86" w:rsidRPr="00A12C1B">
        <w:rPr>
          <w:rFonts w:eastAsia="宋体" w:hint="eastAsia"/>
          <w:b/>
          <w:bCs/>
          <w:sz w:val="28"/>
          <w:szCs w:val="28"/>
          <w:lang w:eastAsia="zh-CN"/>
        </w:rPr>
        <w:t>先说这些吧，下次咱</w:t>
      </w:r>
      <w:r w:rsidRPr="00A12C1B">
        <w:rPr>
          <w:rFonts w:eastAsia="宋体"/>
          <w:b/>
          <w:bCs/>
          <w:sz w:val="28"/>
          <w:szCs w:val="28"/>
          <w:lang w:eastAsia="zh-CN"/>
        </w:rPr>
        <w:t>们还聊聊五官</w:t>
      </w:r>
      <w:r w:rsidR="00BA7C86" w:rsidRPr="00A12C1B">
        <w:rPr>
          <w:rFonts w:eastAsia="宋体" w:hint="eastAsia"/>
          <w:b/>
          <w:bCs/>
          <w:sz w:val="28"/>
          <w:szCs w:val="28"/>
          <w:lang w:eastAsia="zh-CN"/>
        </w:rPr>
        <w:t>。</w:t>
      </w:r>
    </w:p>
    <w:p w14:paraId="3316AE12" w14:textId="6D09FD36" w:rsidR="00895FA8" w:rsidRPr="00A12C1B" w:rsidRDefault="00000000" w:rsidP="00A3569A">
      <w:pPr>
        <w:widowControl w:val="0"/>
        <w:adjustRightInd w:val="0"/>
        <w:snapToGrid w:val="0"/>
        <w:spacing w:after="0" w:line="360" w:lineRule="auto"/>
        <w:ind w:firstLineChars="200" w:firstLine="560"/>
        <w:rPr>
          <w:rFonts w:eastAsia="宋体" w:hint="eastAsia"/>
          <w:b/>
          <w:bCs/>
          <w:sz w:val="28"/>
          <w:szCs w:val="28"/>
          <w:lang w:eastAsia="zh-CN"/>
        </w:rPr>
      </w:pPr>
      <w:r w:rsidRPr="00A12C1B">
        <w:rPr>
          <w:rFonts w:eastAsia="宋体"/>
          <w:b/>
          <w:bCs/>
          <w:sz w:val="28"/>
          <w:szCs w:val="28"/>
          <w:lang w:eastAsia="zh-CN"/>
        </w:rPr>
        <w:t>刀郎唱歌，他就那个味儿，他永远都是那个味儿，他又局限在自己的调调的格局里面出不来</w:t>
      </w:r>
      <w:r w:rsidR="00BA7C86" w:rsidRPr="00A12C1B">
        <w:rPr>
          <w:rFonts w:eastAsia="宋体" w:hint="eastAsia"/>
          <w:b/>
          <w:bCs/>
          <w:sz w:val="28"/>
          <w:szCs w:val="28"/>
          <w:lang w:eastAsia="zh-CN"/>
        </w:rPr>
        <w:t>。</w:t>
      </w:r>
      <w:r w:rsidRPr="00A12C1B">
        <w:rPr>
          <w:rFonts w:eastAsia="宋体"/>
          <w:b/>
          <w:bCs/>
          <w:sz w:val="28"/>
          <w:szCs w:val="28"/>
          <w:lang w:eastAsia="zh-CN"/>
        </w:rPr>
        <w:t>一个中正平和</w:t>
      </w:r>
      <w:r w:rsidR="00BA7C86" w:rsidRPr="00A12C1B">
        <w:rPr>
          <w:rFonts w:eastAsia="宋体" w:hint="eastAsia"/>
          <w:b/>
          <w:bCs/>
          <w:sz w:val="28"/>
          <w:szCs w:val="28"/>
          <w:lang w:eastAsia="zh-CN"/>
        </w:rPr>
        <w:t>，</w:t>
      </w:r>
      <w:r w:rsidRPr="00A12C1B">
        <w:rPr>
          <w:rFonts w:eastAsia="宋体"/>
          <w:b/>
          <w:bCs/>
          <w:sz w:val="28"/>
          <w:szCs w:val="28"/>
          <w:lang w:eastAsia="zh-CN"/>
        </w:rPr>
        <w:t>包罗万象的歌手，他应该唱什么歌像什么歌</w:t>
      </w:r>
      <w:r w:rsidR="00BA7C86" w:rsidRPr="00A12C1B">
        <w:rPr>
          <w:rFonts w:eastAsia="宋体" w:hint="eastAsia"/>
          <w:b/>
          <w:bCs/>
          <w:sz w:val="28"/>
          <w:szCs w:val="28"/>
          <w:lang w:eastAsia="zh-CN"/>
        </w:rPr>
        <w:t>，而不是</w:t>
      </w:r>
      <w:r w:rsidRPr="00A12C1B">
        <w:rPr>
          <w:rFonts w:eastAsia="宋体"/>
          <w:b/>
          <w:bCs/>
          <w:sz w:val="28"/>
          <w:szCs w:val="28"/>
          <w:lang w:eastAsia="zh-CN"/>
        </w:rPr>
        <w:t>他只能唱一个调调</w:t>
      </w:r>
      <w:r w:rsidR="00BA7C86" w:rsidRPr="00A12C1B">
        <w:rPr>
          <w:rFonts w:eastAsia="宋体" w:hint="eastAsia"/>
          <w:b/>
          <w:bCs/>
          <w:sz w:val="28"/>
          <w:szCs w:val="28"/>
          <w:lang w:eastAsia="zh-CN"/>
        </w:rPr>
        <w:t>。</w:t>
      </w:r>
      <w:r w:rsidRPr="00A12C1B">
        <w:rPr>
          <w:rFonts w:eastAsia="宋体"/>
          <w:b/>
          <w:bCs/>
          <w:sz w:val="28"/>
          <w:szCs w:val="28"/>
          <w:lang w:eastAsia="zh-CN"/>
        </w:rPr>
        <w:t>这个刀郎，从那个</w:t>
      </w:r>
      <w:proofErr w:type="gramStart"/>
      <w:r w:rsidR="00BA7C86" w:rsidRPr="00A12C1B">
        <w:rPr>
          <w:rFonts w:eastAsia="宋体" w:hint="eastAsia"/>
          <w:b/>
          <w:bCs/>
          <w:sz w:val="28"/>
          <w:szCs w:val="28"/>
          <w:lang w:eastAsia="zh-CN"/>
        </w:rPr>
        <w:t>雪</w:t>
      </w:r>
      <w:r w:rsidRPr="00A12C1B">
        <w:rPr>
          <w:rFonts w:eastAsia="宋体"/>
          <w:b/>
          <w:bCs/>
          <w:sz w:val="28"/>
          <w:szCs w:val="28"/>
          <w:lang w:eastAsia="zh-CN"/>
        </w:rPr>
        <w:t>开始</w:t>
      </w:r>
      <w:proofErr w:type="gramEnd"/>
      <w:r w:rsidRPr="00A12C1B">
        <w:rPr>
          <w:rFonts w:eastAsia="宋体"/>
          <w:b/>
          <w:bCs/>
          <w:sz w:val="28"/>
          <w:szCs w:val="28"/>
          <w:lang w:eastAsia="zh-CN"/>
        </w:rPr>
        <w:t>到鸟，他就一直那个味儿，你发现了吗？刀郎并不是一个全才歌手，从歌曲创作方面</w:t>
      </w:r>
      <w:r w:rsidR="00BA7C86" w:rsidRPr="00A12C1B">
        <w:rPr>
          <w:rFonts w:eastAsia="宋体" w:hint="eastAsia"/>
          <w:b/>
          <w:bCs/>
          <w:sz w:val="28"/>
          <w:szCs w:val="28"/>
          <w:lang w:eastAsia="zh-CN"/>
        </w:rPr>
        <w:t>。</w:t>
      </w:r>
    </w:p>
    <w:p w14:paraId="5D06E1D7" w14:textId="3343E566" w:rsidR="00962FEA" w:rsidRPr="00A12C1B" w:rsidRDefault="00000000" w:rsidP="00A3569A">
      <w:pPr>
        <w:widowControl w:val="0"/>
        <w:adjustRightInd w:val="0"/>
        <w:snapToGrid w:val="0"/>
        <w:spacing w:after="0" w:line="360" w:lineRule="auto"/>
        <w:ind w:firstLineChars="200" w:firstLine="560"/>
        <w:rPr>
          <w:rFonts w:eastAsia="宋体" w:hint="eastAsia"/>
          <w:b/>
          <w:bCs/>
          <w:sz w:val="28"/>
          <w:szCs w:val="28"/>
          <w:lang w:eastAsia="zh-CN"/>
        </w:rPr>
      </w:pPr>
      <w:r w:rsidRPr="00A12C1B">
        <w:rPr>
          <w:rFonts w:eastAsia="宋体"/>
          <w:b/>
          <w:bCs/>
          <w:sz w:val="28"/>
          <w:szCs w:val="28"/>
          <w:lang w:eastAsia="zh-CN"/>
        </w:rPr>
        <w:t>王菲太薄了，太清高</w:t>
      </w:r>
      <w:r w:rsidR="00895FA8" w:rsidRPr="00A12C1B">
        <w:rPr>
          <w:rFonts w:eastAsia="宋体" w:hint="eastAsia"/>
          <w:b/>
          <w:bCs/>
          <w:sz w:val="28"/>
          <w:szCs w:val="28"/>
          <w:lang w:eastAsia="zh-CN"/>
        </w:rPr>
        <w:t>，</w:t>
      </w:r>
      <w:r w:rsidRPr="00A12C1B">
        <w:rPr>
          <w:rFonts w:eastAsia="宋体"/>
          <w:b/>
          <w:bCs/>
          <w:sz w:val="28"/>
          <w:szCs w:val="28"/>
          <w:lang w:eastAsia="zh-CN"/>
        </w:rPr>
        <w:t>不接地气</w:t>
      </w:r>
      <w:r w:rsidR="00895FA8" w:rsidRPr="00A12C1B">
        <w:rPr>
          <w:rFonts w:eastAsia="宋体" w:hint="eastAsia"/>
          <w:b/>
          <w:bCs/>
          <w:sz w:val="28"/>
          <w:szCs w:val="28"/>
          <w:lang w:eastAsia="zh-CN"/>
        </w:rPr>
        <w:t>，气</w:t>
      </w:r>
      <w:r w:rsidRPr="00A12C1B">
        <w:rPr>
          <w:rFonts w:eastAsia="宋体"/>
          <w:b/>
          <w:bCs/>
          <w:sz w:val="28"/>
          <w:szCs w:val="28"/>
          <w:lang w:eastAsia="zh-CN"/>
        </w:rPr>
        <w:t>不够</w:t>
      </w:r>
      <w:proofErr w:type="gramStart"/>
      <w:r w:rsidRPr="00A12C1B">
        <w:rPr>
          <w:rFonts w:eastAsia="宋体"/>
          <w:b/>
          <w:bCs/>
          <w:sz w:val="28"/>
          <w:szCs w:val="28"/>
          <w:lang w:eastAsia="zh-CN"/>
        </w:rPr>
        <w:t>重着</w:t>
      </w:r>
      <w:proofErr w:type="gramEnd"/>
      <w:r w:rsidRPr="00A12C1B">
        <w:rPr>
          <w:rFonts w:eastAsia="宋体"/>
          <w:b/>
          <w:bCs/>
          <w:sz w:val="28"/>
          <w:szCs w:val="28"/>
          <w:lang w:eastAsia="zh-CN"/>
        </w:rPr>
        <w:t>，很简单</w:t>
      </w:r>
      <w:r w:rsidR="00895FA8" w:rsidRPr="00A12C1B">
        <w:rPr>
          <w:rFonts w:eastAsia="宋体" w:hint="eastAsia"/>
          <w:b/>
          <w:bCs/>
          <w:sz w:val="28"/>
          <w:szCs w:val="28"/>
          <w:lang w:eastAsia="zh-CN"/>
        </w:rPr>
        <w:t>。</w:t>
      </w:r>
      <w:r w:rsidRPr="00A12C1B">
        <w:rPr>
          <w:rFonts w:eastAsia="宋体"/>
          <w:b/>
          <w:bCs/>
          <w:sz w:val="28"/>
          <w:szCs w:val="28"/>
          <w:lang w:eastAsia="zh-CN"/>
        </w:rPr>
        <w:t>王</w:t>
      </w:r>
      <w:proofErr w:type="gramStart"/>
      <w:r w:rsidRPr="00A12C1B">
        <w:rPr>
          <w:rFonts w:eastAsia="宋体"/>
          <w:b/>
          <w:bCs/>
          <w:sz w:val="28"/>
          <w:szCs w:val="28"/>
          <w:lang w:eastAsia="zh-CN"/>
        </w:rPr>
        <w:t>力宏又太</w:t>
      </w:r>
      <w:proofErr w:type="gramEnd"/>
      <w:r w:rsidR="00895FA8" w:rsidRPr="00A12C1B">
        <w:rPr>
          <w:rFonts w:eastAsia="宋体" w:hint="eastAsia"/>
          <w:b/>
          <w:bCs/>
          <w:sz w:val="28"/>
          <w:szCs w:val="28"/>
          <w:lang w:eastAsia="zh-CN"/>
        </w:rPr>
        <w:t>浊</w:t>
      </w:r>
      <w:r w:rsidRPr="00A12C1B">
        <w:rPr>
          <w:rFonts w:eastAsia="宋体"/>
          <w:b/>
          <w:bCs/>
          <w:sz w:val="28"/>
          <w:szCs w:val="28"/>
          <w:lang w:eastAsia="zh-CN"/>
        </w:rPr>
        <w:t>了，没有思想深度，奶油小生嘛</w:t>
      </w:r>
      <w:r w:rsidR="00895FA8" w:rsidRPr="00A12C1B">
        <w:rPr>
          <w:rFonts w:eastAsia="宋体" w:hint="eastAsia"/>
          <w:b/>
          <w:bCs/>
          <w:sz w:val="28"/>
          <w:szCs w:val="28"/>
          <w:lang w:eastAsia="zh-CN"/>
        </w:rPr>
        <w:t>。</w:t>
      </w:r>
      <w:r w:rsidRPr="00A12C1B">
        <w:rPr>
          <w:rFonts w:eastAsia="宋体"/>
          <w:b/>
          <w:bCs/>
          <w:sz w:val="28"/>
          <w:szCs w:val="28"/>
          <w:lang w:eastAsia="zh-CN"/>
        </w:rPr>
        <w:t>何勇不评价</w:t>
      </w:r>
      <w:r w:rsidR="00895FA8" w:rsidRPr="00A12C1B">
        <w:rPr>
          <w:rFonts w:eastAsia="宋体" w:hint="eastAsia"/>
          <w:b/>
          <w:bCs/>
          <w:sz w:val="28"/>
          <w:szCs w:val="28"/>
          <w:lang w:eastAsia="zh-CN"/>
        </w:rPr>
        <w:t>嘛，</w:t>
      </w:r>
      <w:r w:rsidRPr="00A12C1B">
        <w:rPr>
          <w:rFonts w:eastAsia="宋体"/>
          <w:b/>
          <w:bCs/>
          <w:sz w:val="28"/>
          <w:szCs w:val="28"/>
          <w:lang w:eastAsia="zh-CN"/>
        </w:rPr>
        <w:t>香港没有音乐人，只有娱乐圈</w:t>
      </w:r>
      <w:r w:rsidR="00895FA8" w:rsidRPr="00A12C1B">
        <w:rPr>
          <w:rFonts w:eastAsia="宋体" w:hint="eastAsia"/>
          <w:b/>
          <w:bCs/>
          <w:sz w:val="28"/>
          <w:szCs w:val="28"/>
          <w:lang w:eastAsia="zh-CN"/>
        </w:rPr>
        <w:t>。</w:t>
      </w:r>
      <w:r w:rsidRPr="00A12C1B">
        <w:rPr>
          <w:rFonts w:eastAsia="宋体"/>
          <w:b/>
          <w:bCs/>
          <w:sz w:val="28"/>
          <w:szCs w:val="28"/>
          <w:lang w:eastAsia="zh-CN"/>
        </w:rPr>
        <w:t>虽然说的有些偏偏颇，但是也差不多，不就是娱乐人吗？有几个人真正有思想</w:t>
      </w:r>
      <w:r w:rsidR="00895FA8" w:rsidRPr="00A12C1B">
        <w:rPr>
          <w:rFonts w:eastAsia="宋体" w:hint="eastAsia"/>
          <w:b/>
          <w:bCs/>
          <w:sz w:val="28"/>
          <w:szCs w:val="28"/>
          <w:lang w:eastAsia="zh-CN"/>
        </w:rPr>
        <w:t>深度啊</w:t>
      </w:r>
      <w:r w:rsidRPr="00A12C1B">
        <w:rPr>
          <w:rFonts w:eastAsia="宋体"/>
          <w:b/>
          <w:bCs/>
          <w:sz w:val="28"/>
          <w:szCs w:val="28"/>
          <w:lang w:eastAsia="zh-CN"/>
        </w:rPr>
        <w:t>？</w:t>
      </w:r>
    </w:p>
    <w:p w14:paraId="6C7DD7A6" w14:textId="77777777" w:rsidR="000E388D" w:rsidRPr="0075393A" w:rsidRDefault="00000000" w:rsidP="00A3569A">
      <w:pPr>
        <w:widowControl w:val="0"/>
        <w:adjustRightInd w:val="0"/>
        <w:snapToGrid w:val="0"/>
        <w:spacing w:after="0" w:line="360" w:lineRule="auto"/>
        <w:ind w:firstLineChars="200" w:firstLine="560"/>
        <w:rPr>
          <w:rFonts w:eastAsia="宋体" w:hint="eastAsia"/>
          <w:b/>
          <w:bCs/>
          <w:sz w:val="28"/>
          <w:szCs w:val="28"/>
          <w:lang w:eastAsia="zh-CN"/>
        </w:rPr>
      </w:pPr>
      <w:r w:rsidRPr="0075393A">
        <w:rPr>
          <w:rFonts w:eastAsia="宋体"/>
          <w:b/>
          <w:bCs/>
          <w:sz w:val="28"/>
          <w:szCs w:val="28"/>
          <w:lang w:eastAsia="zh-CN"/>
        </w:rPr>
        <w:t>中正不一定没有特点。你看王羲之写的字，是不是中正，完美无缺，后世评价王羲之</w:t>
      </w:r>
      <w:r w:rsidR="00962FEA" w:rsidRPr="0075393A">
        <w:rPr>
          <w:rFonts w:eastAsia="宋体" w:hint="eastAsia"/>
          <w:b/>
          <w:bCs/>
          <w:sz w:val="28"/>
          <w:szCs w:val="28"/>
          <w:lang w:eastAsia="zh-CN"/>
        </w:rPr>
        <w:t>的</w:t>
      </w:r>
      <w:r w:rsidRPr="0075393A">
        <w:rPr>
          <w:rFonts w:eastAsia="宋体"/>
          <w:b/>
          <w:bCs/>
          <w:sz w:val="28"/>
          <w:szCs w:val="28"/>
          <w:lang w:eastAsia="zh-CN"/>
        </w:rPr>
        <w:t>字，不可超越，他每一个字你都挑不出毛病来</w:t>
      </w:r>
      <w:r w:rsidR="00962FEA" w:rsidRPr="0075393A">
        <w:rPr>
          <w:rFonts w:eastAsia="宋体" w:hint="eastAsia"/>
          <w:b/>
          <w:bCs/>
          <w:sz w:val="28"/>
          <w:szCs w:val="28"/>
          <w:lang w:eastAsia="zh-CN"/>
        </w:rPr>
        <w:t>。</w:t>
      </w:r>
      <w:r w:rsidRPr="0075393A">
        <w:rPr>
          <w:rFonts w:eastAsia="宋体"/>
          <w:b/>
          <w:bCs/>
          <w:sz w:val="28"/>
          <w:szCs w:val="28"/>
          <w:lang w:eastAsia="zh-CN"/>
        </w:rPr>
        <w:lastRenderedPageBreak/>
        <w:t>然后就说了</w:t>
      </w:r>
      <w:r w:rsidR="00962FEA" w:rsidRPr="0075393A">
        <w:rPr>
          <w:rFonts w:eastAsia="宋体" w:hint="eastAsia"/>
          <w:b/>
          <w:bCs/>
          <w:sz w:val="28"/>
          <w:szCs w:val="28"/>
          <w:lang w:eastAsia="zh-CN"/>
        </w:rPr>
        <w:t>，</w:t>
      </w:r>
      <w:r w:rsidRPr="0075393A">
        <w:rPr>
          <w:rFonts w:eastAsia="宋体"/>
          <w:b/>
          <w:bCs/>
          <w:sz w:val="28"/>
          <w:szCs w:val="28"/>
          <w:lang w:eastAsia="zh-CN"/>
        </w:rPr>
        <w:t>王羲之的最大的毛病，</w:t>
      </w:r>
      <w:r w:rsidR="00962FEA" w:rsidRPr="0075393A">
        <w:rPr>
          <w:rFonts w:eastAsia="宋体" w:hint="eastAsia"/>
          <w:b/>
          <w:bCs/>
          <w:sz w:val="28"/>
          <w:szCs w:val="28"/>
          <w:lang w:eastAsia="zh-CN"/>
        </w:rPr>
        <w:t>就是</w:t>
      </w:r>
      <w:r w:rsidRPr="0075393A">
        <w:rPr>
          <w:rFonts w:eastAsia="宋体"/>
          <w:b/>
          <w:bCs/>
          <w:sz w:val="28"/>
          <w:szCs w:val="28"/>
          <w:lang w:eastAsia="zh-CN"/>
        </w:rPr>
        <w:t>字太完美</w:t>
      </w:r>
      <w:r w:rsidR="00962FEA" w:rsidRPr="0075393A">
        <w:rPr>
          <w:rFonts w:eastAsia="宋体" w:hint="eastAsia"/>
          <w:b/>
          <w:bCs/>
          <w:sz w:val="28"/>
          <w:szCs w:val="28"/>
          <w:lang w:eastAsia="zh-CN"/>
        </w:rPr>
        <w:t>了。</w:t>
      </w:r>
      <w:r w:rsidRPr="0075393A">
        <w:rPr>
          <w:rFonts w:eastAsia="宋体"/>
          <w:b/>
          <w:bCs/>
          <w:sz w:val="28"/>
          <w:szCs w:val="28"/>
          <w:lang w:eastAsia="zh-CN"/>
        </w:rPr>
        <w:t>后代苏轼，苏黄米蔡都想去超越王羲之</w:t>
      </w:r>
      <w:r w:rsidR="00586992" w:rsidRPr="0075393A">
        <w:rPr>
          <w:rFonts w:eastAsia="宋体" w:hint="eastAsia"/>
          <w:b/>
          <w:bCs/>
          <w:sz w:val="28"/>
          <w:szCs w:val="28"/>
          <w:lang w:eastAsia="zh-CN"/>
        </w:rPr>
        <w:t>，</w:t>
      </w:r>
      <w:r w:rsidRPr="0075393A">
        <w:rPr>
          <w:rFonts w:eastAsia="宋体"/>
          <w:b/>
          <w:bCs/>
          <w:sz w:val="28"/>
          <w:szCs w:val="28"/>
          <w:lang w:eastAsia="zh-CN"/>
        </w:rPr>
        <w:t>后来发现无人可以超越</w:t>
      </w:r>
      <w:r w:rsidR="00586992" w:rsidRPr="0075393A">
        <w:rPr>
          <w:rFonts w:eastAsia="宋体" w:hint="eastAsia"/>
          <w:b/>
          <w:bCs/>
          <w:sz w:val="28"/>
          <w:szCs w:val="28"/>
          <w:lang w:eastAsia="zh-CN"/>
        </w:rPr>
        <w:t>他。</w:t>
      </w:r>
      <w:r w:rsidRPr="0075393A">
        <w:rPr>
          <w:rFonts w:eastAsia="宋体"/>
          <w:b/>
          <w:bCs/>
          <w:sz w:val="28"/>
          <w:szCs w:val="28"/>
          <w:lang w:eastAsia="zh-CN"/>
        </w:rPr>
        <w:t>因为苏黄米</w:t>
      </w:r>
      <w:proofErr w:type="gramStart"/>
      <w:r w:rsidRPr="0075393A">
        <w:rPr>
          <w:rFonts w:eastAsia="宋体"/>
          <w:b/>
          <w:bCs/>
          <w:sz w:val="28"/>
          <w:szCs w:val="28"/>
          <w:lang w:eastAsia="zh-CN"/>
        </w:rPr>
        <w:t>蔡</w:t>
      </w:r>
      <w:proofErr w:type="gramEnd"/>
      <w:r w:rsidRPr="0075393A">
        <w:rPr>
          <w:rFonts w:eastAsia="宋体"/>
          <w:b/>
          <w:bCs/>
          <w:sz w:val="28"/>
          <w:szCs w:val="28"/>
          <w:lang w:eastAsia="zh-CN"/>
        </w:rPr>
        <w:t>他们</w:t>
      </w:r>
      <w:r w:rsidR="00586992" w:rsidRPr="0075393A">
        <w:rPr>
          <w:rFonts w:eastAsia="宋体" w:hint="eastAsia"/>
          <w:b/>
          <w:bCs/>
          <w:sz w:val="28"/>
          <w:szCs w:val="28"/>
          <w:lang w:eastAsia="zh-CN"/>
        </w:rPr>
        <w:t>的字</w:t>
      </w:r>
      <w:r w:rsidRPr="0075393A">
        <w:rPr>
          <w:rFonts w:eastAsia="宋体"/>
          <w:b/>
          <w:bCs/>
          <w:sz w:val="28"/>
          <w:szCs w:val="28"/>
          <w:lang w:eastAsia="zh-CN"/>
        </w:rPr>
        <w:t>都能挑出毛病来，而</w:t>
      </w:r>
      <w:r w:rsidR="00586992" w:rsidRPr="0075393A">
        <w:rPr>
          <w:rFonts w:eastAsia="宋体" w:hint="eastAsia"/>
          <w:b/>
          <w:bCs/>
          <w:sz w:val="28"/>
          <w:szCs w:val="28"/>
          <w:lang w:eastAsia="zh-CN"/>
        </w:rPr>
        <w:t>王羲之的</w:t>
      </w:r>
      <w:r w:rsidRPr="0075393A">
        <w:rPr>
          <w:rFonts w:eastAsia="宋体"/>
          <w:b/>
          <w:bCs/>
          <w:sz w:val="28"/>
          <w:szCs w:val="28"/>
          <w:lang w:eastAsia="zh-CN"/>
        </w:rPr>
        <w:t>字儿挑不出毛病。</w:t>
      </w:r>
    </w:p>
    <w:p w14:paraId="0E0A92D6" w14:textId="77777777" w:rsidR="00E0775F" w:rsidRPr="00CE340C" w:rsidRDefault="000E388D" w:rsidP="00A3569A">
      <w:pPr>
        <w:widowControl w:val="0"/>
        <w:adjustRightInd w:val="0"/>
        <w:snapToGrid w:val="0"/>
        <w:spacing w:after="0" w:line="360" w:lineRule="auto"/>
        <w:ind w:firstLineChars="200" w:firstLine="560"/>
        <w:rPr>
          <w:rFonts w:eastAsia="宋体" w:hint="eastAsia"/>
          <w:b/>
          <w:bCs/>
          <w:sz w:val="28"/>
          <w:szCs w:val="28"/>
          <w:lang w:eastAsia="zh-CN"/>
        </w:rPr>
      </w:pPr>
      <w:r w:rsidRPr="00CE340C">
        <w:rPr>
          <w:rFonts w:eastAsia="宋体" w:hint="eastAsia"/>
          <w:b/>
          <w:bCs/>
          <w:sz w:val="28"/>
          <w:szCs w:val="28"/>
          <w:lang w:eastAsia="zh-CN"/>
        </w:rPr>
        <w:t>黄绮珊</w:t>
      </w:r>
      <w:r w:rsidRPr="00CE340C">
        <w:rPr>
          <w:rFonts w:eastAsia="宋体"/>
          <w:b/>
          <w:bCs/>
          <w:sz w:val="28"/>
          <w:szCs w:val="28"/>
          <w:lang w:eastAsia="zh-CN"/>
        </w:rPr>
        <w:t>屠洪刚啊，这些都是没有脑子的人，唱歌不能</w:t>
      </w:r>
      <w:r w:rsidRPr="00CE340C">
        <w:rPr>
          <w:rFonts w:eastAsia="宋体" w:hint="eastAsia"/>
          <w:b/>
          <w:bCs/>
          <w:sz w:val="28"/>
          <w:szCs w:val="28"/>
          <w:lang w:eastAsia="zh-CN"/>
        </w:rPr>
        <w:t>直击</w:t>
      </w:r>
      <w:r w:rsidRPr="00CE340C">
        <w:rPr>
          <w:rFonts w:eastAsia="宋体"/>
          <w:b/>
          <w:bCs/>
          <w:sz w:val="28"/>
          <w:szCs w:val="28"/>
          <w:lang w:eastAsia="zh-CN"/>
        </w:rPr>
        <w:t>灵魂深处，只能说他唱那一派还行</w:t>
      </w:r>
      <w:r w:rsidRPr="00CE340C">
        <w:rPr>
          <w:rFonts w:eastAsia="宋体" w:hint="eastAsia"/>
          <w:b/>
          <w:bCs/>
          <w:sz w:val="28"/>
          <w:szCs w:val="28"/>
          <w:lang w:eastAsia="zh-CN"/>
        </w:rPr>
        <w:t>。</w:t>
      </w:r>
      <w:r w:rsidRPr="00CE340C">
        <w:rPr>
          <w:rFonts w:eastAsia="宋体"/>
          <w:b/>
          <w:bCs/>
          <w:sz w:val="28"/>
          <w:szCs w:val="28"/>
          <w:lang w:eastAsia="zh-CN"/>
        </w:rPr>
        <w:t>其实唱歌</w:t>
      </w:r>
      <w:r w:rsidRPr="00CE340C">
        <w:rPr>
          <w:rFonts w:eastAsia="宋体" w:hint="eastAsia"/>
          <w:b/>
          <w:bCs/>
          <w:sz w:val="28"/>
          <w:szCs w:val="28"/>
          <w:lang w:eastAsia="zh-CN"/>
        </w:rPr>
        <w:t>最后</w:t>
      </w:r>
      <w:r w:rsidRPr="00CE340C">
        <w:rPr>
          <w:rFonts w:eastAsia="宋体"/>
          <w:b/>
          <w:bCs/>
          <w:sz w:val="28"/>
          <w:szCs w:val="28"/>
          <w:lang w:eastAsia="zh-CN"/>
        </w:rPr>
        <w:t>唱的是什么？除了曲调优美</w:t>
      </w:r>
      <w:r w:rsidRPr="00CE340C">
        <w:rPr>
          <w:rFonts w:eastAsia="宋体" w:hint="eastAsia"/>
          <w:b/>
          <w:bCs/>
          <w:sz w:val="28"/>
          <w:szCs w:val="28"/>
          <w:lang w:eastAsia="zh-CN"/>
        </w:rPr>
        <w:t>，</w:t>
      </w:r>
      <w:r w:rsidRPr="00CE340C">
        <w:rPr>
          <w:rFonts w:eastAsia="宋体"/>
          <w:b/>
          <w:bCs/>
          <w:sz w:val="28"/>
          <w:szCs w:val="28"/>
          <w:lang w:eastAsia="zh-CN"/>
        </w:rPr>
        <w:t>直击灵魂深处。比如罗大佑的歌，</w:t>
      </w:r>
      <w:r w:rsidRPr="00CE340C">
        <w:rPr>
          <w:rFonts w:eastAsia="宋体" w:hint="eastAsia"/>
          <w:b/>
          <w:bCs/>
          <w:sz w:val="28"/>
          <w:szCs w:val="28"/>
          <w:lang w:eastAsia="zh-CN"/>
        </w:rPr>
        <w:t>他</w:t>
      </w:r>
      <w:r w:rsidRPr="00CE340C">
        <w:rPr>
          <w:rFonts w:eastAsia="宋体"/>
          <w:b/>
          <w:bCs/>
          <w:sz w:val="28"/>
          <w:szCs w:val="28"/>
          <w:lang w:eastAsia="zh-CN"/>
        </w:rPr>
        <w:t>有思想</w:t>
      </w:r>
      <w:r w:rsidRPr="00CE340C">
        <w:rPr>
          <w:rFonts w:eastAsia="宋体" w:hint="eastAsia"/>
          <w:b/>
          <w:bCs/>
          <w:sz w:val="28"/>
          <w:szCs w:val="28"/>
          <w:lang w:eastAsia="zh-CN"/>
        </w:rPr>
        <w:t>深度</w:t>
      </w:r>
      <w:r w:rsidRPr="00CE340C">
        <w:rPr>
          <w:rFonts w:eastAsia="宋体"/>
          <w:b/>
          <w:bCs/>
          <w:sz w:val="28"/>
          <w:szCs w:val="28"/>
          <w:lang w:eastAsia="zh-CN"/>
        </w:rPr>
        <w:t>，beyond也有一定思想</w:t>
      </w:r>
      <w:r w:rsidRPr="00CE340C">
        <w:rPr>
          <w:rFonts w:eastAsia="宋体" w:hint="eastAsia"/>
          <w:b/>
          <w:bCs/>
          <w:sz w:val="28"/>
          <w:szCs w:val="28"/>
          <w:lang w:eastAsia="zh-CN"/>
        </w:rPr>
        <w:t>深度，</w:t>
      </w:r>
      <w:r w:rsidRPr="00CE340C">
        <w:rPr>
          <w:rFonts w:eastAsia="宋体"/>
          <w:b/>
          <w:bCs/>
          <w:sz w:val="28"/>
          <w:szCs w:val="28"/>
          <w:lang w:eastAsia="zh-CN"/>
        </w:rPr>
        <w:t>其实beyond我感觉拔的太高了，当时毕竟</w:t>
      </w:r>
      <w:proofErr w:type="gramStart"/>
      <w:r w:rsidRPr="00CE340C">
        <w:rPr>
          <w:rFonts w:eastAsia="宋体"/>
          <w:b/>
          <w:bCs/>
          <w:sz w:val="28"/>
          <w:szCs w:val="28"/>
          <w:lang w:eastAsia="zh-CN"/>
        </w:rPr>
        <w:t>黄家驹很年轻</w:t>
      </w:r>
      <w:proofErr w:type="gramEnd"/>
      <w:r w:rsidRPr="00CE340C">
        <w:rPr>
          <w:rFonts w:eastAsia="宋体"/>
          <w:b/>
          <w:bCs/>
          <w:sz w:val="28"/>
          <w:szCs w:val="28"/>
          <w:lang w:eastAsia="zh-CN"/>
        </w:rPr>
        <w:t>。李宗盛</w:t>
      </w:r>
      <w:r w:rsidR="00F21488" w:rsidRPr="00CE340C">
        <w:rPr>
          <w:rFonts w:eastAsia="宋体" w:hint="eastAsia"/>
          <w:b/>
          <w:bCs/>
          <w:sz w:val="28"/>
          <w:szCs w:val="28"/>
          <w:lang w:eastAsia="zh-CN"/>
        </w:rPr>
        <w:t>，不说</w:t>
      </w:r>
      <w:r w:rsidRPr="00CE340C">
        <w:rPr>
          <w:rFonts w:eastAsia="宋体"/>
          <w:b/>
          <w:bCs/>
          <w:sz w:val="28"/>
          <w:szCs w:val="28"/>
          <w:lang w:eastAsia="zh-CN"/>
        </w:rPr>
        <w:t>了嘛，只有娱乐圈</w:t>
      </w:r>
      <w:r w:rsidR="00F21488" w:rsidRPr="00CE340C">
        <w:rPr>
          <w:rFonts w:eastAsia="宋体" w:hint="eastAsia"/>
          <w:b/>
          <w:bCs/>
          <w:sz w:val="28"/>
          <w:szCs w:val="28"/>
          <w:lang w:eastAsia="zh-CN"/>
        </w:rPr>
        <w:t>，</w:t>
      </w:r>
      <w:r w:rsidRPr="00CE340C">
        <w:rPr>
          <w:rFonts w:eastAsia="宋体"/>
          <w:b/>
          <w:bCs/>
          <w:sz w:val="28"/>
          <w:szCs w:val="28"/>
          <w:lang w:eastAsia="zh-CN"/>
        </w:rPr>
        <w:t>没有音乐人</w:t>
      </w:r>
      <w:r w:rsidR="00F21488" w:rsidRPr="00CE340C">
        <w:rPr>
          <w:rFonts w:eastAsia="宋体" w:hint="eastAsia"/>
          <w:b/>
          <w:bCs/>
          <w:sz w:val="28"/>
          <w:szCs w:val="28"/>
          <w:lang w:eastAsia="zh-CN"/>
        </w:rPr>
        <w:t>。</w:t>
      </w:r>
      <w:r w:rsidRPr="00CE340C">
        <w:rPr>
          <w:rFonts w:eastAsia="宋体"/>
          <w:b/>
          <w:bCs/>
          <w:sz w:val="28"/>
          <w:szCs w:val="28"/>
          <w:lang w:eastAsia="zh-CN"/>
        </w:rPr>
        <w:t>你觉得</w:t>
      </w:r>
      <w:r w:rsidR="00F21488" w:rsidRPr="00CE340C">
        <w:rPr>
          <w:rFonts w:eastAsia="宋体" w:hint="eastAsia"/>
          <w:b/>
          <w:bCs/>
          <w:sz w:val="28"/>
          <w:szCs w:val="28"/>
          <w:lang w:eastAsia="zh-CN"/>
        </w:rPr>
        <w:t>李宗盛</w:t>
      </w:r>
      <w:r w:rsidRPr="00CE340C">
        <w:rPr>
          <w:rFonts w:eastAsia="宋体"/>
          <w:b/>
          <w:bCs/>
          <w:sz w:val="28"/>
          <w:szCs w:val="28"/>
          <w:lang w:eastAsia="zh-CN"/>
        </w:rPr>
        <w:t>有什么思想</w:t>
      </w:r>
      <w:r w:rsidR="00F21488" w:rsidRPr="00CE340C">
        <w:rPr>
          <w:rFonts w:eastAsia="宋体" w:hint="eastAsia"/>
          <w:b/>
          <w:bCs/>
          <w:sz w:val="28"/>
          <w:szCs w:val="28"/>
          <w:lang w:eastAsia="zh-CN"/>
        </w:rPr>
        <w:t>深度</w:t>
      </w:r>
      <w:r w:rsidRPr="00CE340C">
        <w:rPr>
          <w:rFonts w:eastAsia="宋体"/>
          <w:b/>
          <w:bCs/>
          <w:sz w:val="28"/>
          <w:szCs w:val="28"/>
          <w:lang w:eastAsia="zh-CN"/>
        </w:rPr>
        <w:t>？伟大的音乐家一定是思想家</w:t>
      </w:r>
      <w:r w:rsidR="00F21488" w:rsidRPr="00CE340C">
        <w:rPr>
          <w:rFonts w:eastAsia="宋体" w:hint="eastAsia"/>
          <w:b/>
          <w:bCs/>
          <w:sz w:val="28"/>
          <w:szCs w:val="28"/>
          <w:lang w:eastAsia="zh-CN"/>
        </w:rPr>
        <w:t>。</w:t>
      </w:r>
    </w:p>
    <w:p w14:paraId="4875E0F9" w14:textId="43B10BBB" w:rsidR="00E7264F" w:rsidRDefault="00E0775F" w:rsidP="00A3569A">
      <w:pPr>
        <w:widowControl w:val="0"/>
        <w:adjustRightInd w:val="0"/>
        <w:snapToGrid w:val="0"/>
        <w:spacing w:after="0" w:line="360" w:lineRule="auto"/>
        <w:ind w:firstLineChars="200" w:firstLine="560"/>
        <w:rPr>
          <w:rFonts w:eastAsia="宋体" w:hint="eastAsia"/>
          <w:sz w:val="28"/>
          <w:szCs w:val="28"/>
          <w:lang w:eastAsia="zh-CN"/>
        </w:rPr>
      </w:pPr>
      <w:r>
        <w:rPr>
          <w:rFonts w:eastAsia="宋体" w:hint="eastAsia"/>
          <w:sz w:val="28"/>
          <w:szCs w:val="28"/>
          <w:lang w:eastAsia="zh-CN"/>
        </w:rPr>
        <w:t>（老师，</w:t>
      </w:r>
      <w:r w:rsidRPr="008A5865">
        <w:rPr>
          <w:rFonts w:eastAsia="宋体"/>
          <w:sz w:val="28"/>
          <w:szCs w:val="28"/>
          <w:lang w:eastAsia="zh-CN"/>
        </w:rPr>
        <w:t>你觉得咱们中国你觉得谁还可以？</w:t>
      </w:r>
      <w:r>
        <w:rPr>
          <w:rFonts w:eastAsia="宋体" w:hint="eastAsia"/>
          <w:sz w:val="28"/>
          <w:szCs w:val="28"/>
          <w:lang w:eastAsia="zh-CN"/>
        </w:rPr>
        <w:t>）</w:t>
      </w:r>
    </w:p>
    <w:p w14:paraId="1A36B051" w14:textId="77777777" w:rsidR="00CE340C" w:rsidRPr="00CE340C" w:rsidRDefault="00CE340C" w:rsidP="00A3569A">
      <w:pPr>
        <w:widowControl w:val="0"/>
        <w:adjustRightInd w:val="0"/>
        <w:snapToGrid w:val="0"/>
        <w:spacing w:after="0" w:line="360" w:lineRule="auto"/>
        <w:ind w:firstLineChars="200" w:firstLine="560"/>
        <w:rPr>
          <w:rFonts w:eastAsia="宋体"/>
          <w:b/>
          <w:bCs/>
          <w:sz w:val="28"/>
          <w:szCs w:val="28"/>
          <w:lang w:eastAsia="zh-CN"/>
        </w:rPr>
      </w:pPr>
      <w:r w:rsidRPr="00CE340C">
        <w:rPr>
          <w:rFonts w:eastAsia="宋体" w:hint="eastAsia"/>
          <w:b/>
          <w:bCs/>
          <w:sz w:val="28"/>
          <w:szCs w:val="28"/>
          <w:lang w:eastAsia="zh-CN"/>
        </w:rPr>
        <w:t>师：</w:t>
      </w:r>
      <w:r w:rsidR="00000000" w:rsidRPr="00CE340C">
        <w:rPr>
          <w:rFonts w:eastAsia="宋体"/>
          <w:b/>
          <w:bCs/>
          <w:sz w:val="28"/>
          <w:szCs w:val="28"/>
          <w:lang w:eastAsia="zh-CN"/>
        </w:rPr>
        <w:t>中国没有音乐呀</w:t>
      </w:r>
      <w:r w:rsidR="0071312A" w:rsidRPr="00CE340C">
        <w:rPr>
          <w:rFonts w:eastAsia="宋体" w:hint="eastAsia"/>
          <w:b/>
          <w:bCs/>
          <w:sz w:val="28"/>
          <w:szCs w:val="28"/>
          <w:lang w:eastAsia="zh-CN"/>
        </w:rPr>
        <w:t>。</w:t>
      </w:r>
      <w:r w:rsidR="00000000" w:rsidRPr="00CE340C">
        <w:rPr>
          <w:rFonts w:eastAsia="宋体"/>
          <w:b/>
          <w:bCs/>
          <w:sz w:val="28"/>
          <w:szCs w:val="28"/>
          <w:lang w:eastAsia="zh-CN"/>
        </w:rPr>
        <w:t>其实什么叫音乐，就是娱乐圈嘛，你们愿意喜欢谁，你就喜欢谁</w:t>
      </w:r>
      <w:r w:rsidR="00A25E4C" w:rsidRPr="00CE340C">
        <w:rPr>
          <w:rFonts w:eastAsia="宋体" w:hint="eastAsia"/>
          <w:b/>
          <w:bCs/>
          <w:sz w:val="28"/>
          <w:szCs w:val="28"/>
          <w:lang w:eastAsia="zh-CN"/>
        </w:rPr>
        <w:t>，</w:t>
      </w:r>
      <w:r w:rsidR="00000000" w:rsidRPr="00CE340C">
        <w:rPr>
          <w:rFonts w:eastAsia="宋体"/>
          <w:b/>
          <w:bCs/>
          <w:sz w:val="28"/>
          <w:szCs w:val="28"/>
          <w:lang w:eastAsia="zh-CN"/>
        </w:rPr>
        <w:t>有</w:t>
      </w:r>
      <w:r w:rsidR="00A25E4C" w:rsidRPr="00CE340C">
        <w:rPr>
          <w:rFonts w:eastAsia="宋体" w:hint="eastAsia"/>
          <w:b/>
          <w:bCs/>
          <w:sz w:val="28"/>
          <w:szCs w:val="28"/>
          <w:lang w:eastAsia="zh-CN"/>
        </w:rPr>
        <w:t>一定</w:t>
      </w:r>
      <w:r w:rsidR="00000000" w:rsidRPr="00CE340C">
        <w:rPr>
          <w:rFonts w:eastAsia="宋体"/>
          <w:b/>
          <w:bCs/>
          <w:sz w:val="28"/>
          <w:szCs w:val="28"/>
          <w:lang w:eastAsia="zh-CN"/>
        </w:rPr>
        <w:t>共鸣，能多唱一唱</w:t>
      </w:r>
      <w:r w:rsidR="00A25E4C" w:rsidRPr="00CE340C">
        <w:rPr>
          <w:rFonts w:eastAsia="宋体" w:hint="eastAsia"/>
          <w:b/>
          <w:bCs/>
          <w:sz w:val="28"/>
          <w:szCs w:val="28"/>
          <w:lang w:eastAsia="zh-CN"/>
        </w:rPr>
        <w:t>，</w:t>
      </w:r>
      <w:r w:rsidR="00000000" w:rsidRPr="00CE340C">
        <w:rPr>
          <w:rFonts w:eastAsia="宋体"/>
          <w:b/>
          <w:bCs/>
          <w:sz w:val="28"/>
          <w:szCs w:val="28"/>
          <w:lang w:eastAsia="zh-CN"/>
        </w:rPr>
        <w:t>多喊一喊就很好嘛，要说一定</w:t>
      </w:r>
      <w:proofErr w:type="gramStart"/>
      <w:r w:rsidR="00000000" w:rsidRPr="00CE340C">
        <w:rPr>
          <w:rFonts w:eastAsia="宋体"/>
          <w:b/>
          <w:bCs/>
          <w:sz w:val="28"/>
          <w:szCs w:val="28"/>
          <w:lang w:eastAsia="zh-CN"/>
        </w:rPr>
        <w:t>谁音乐</w:t>
      </w:r>
      <w:proofErr w:type="gramEnd"/>
      <w:r w:rsidR="00000000" w:rsidRPr="00CE340C">
        <w:rPr>
          <w:rFonts w:eastAsia="宋体"/>
          <w:b/>
          <w:bCs/>
          <w:sz w:val="28"/>
          <w:szCs w:val="28"/>
          <w:lang w:eastAsia="zh-CN"/>
        </w:rPr>
        <w:t>造诣高，我现在看不出</w:t>
      </w:r>
      <w:r w:rsidR="00A25E4C" w:rsidRPr="00CE340C">
        <w:rPr>
          <w:rFonts w:eastAsia="宋体" w:hint="eastAsia"/>
          <w:b/>
          <w:bCs/>
          <w:sz w:val="28"/>
          <w:szCs w:val="28"/>
          <w:lang w:eastAsia="zh-CN"/>
        </w:rPr>
        <w:t>。</w:t>
      </w:r>
      <w:r w:rsidR="00000000" w:rsidRPr="00CE340C">
        <w:rPr>
          <w:rFonts w:eastAsia="宋体"/>
          <w:b/>
          <w:bCs/>
          <w:sz w:val="28"/>
          <w:szCs w:val="28"/>
          <w:lang w:eastAsia="zh-CN"/>
        </w:rPr>
        <w:t>如果说中国有</w:t>
      </w:r>
      <w:r w:rsidR="00A25E4C" w:rsidRPr="00CE340C">
        <w:rPr>
          <w:rFonts w:eastAsia="宋体" w:hint="eastAsia"/>
          <w:b/>
          <w:bCs/>
          <w:sz w:val="28"/>
          <w:szCs w:val="28"/>
          <w:lang w:eastAsia="zh-CN"/>
        </w:rPr>
        <w:t>，</w:t>
      </w:r>
      <w:r w:rsidR="00000000" w:rsidRPr="00CE340C">
        <w:rPr>
          <w:rFonts w:eastAsia="宋体"/>
          <w:b/>
          <w:bCs/>
          <w:sz w:val="28"/>
          <w:szCs w:val="28"/>
          <w:lang w:eastAsia="zh-CN"/>
        </w:rPr>
        <w:t>窦唯</w:t>
      </w:r>
      <w:r w:rsidR="00A25E4C" w:rsidRPr="00CE340C">
        <w:rPr>
          <w:rFonts w:eastAsia="宋体" w:hint="eastAsia"/>
          <w:b/>
          <w:bCs/>
          <w:sz w:val="28"/>
          <w:szCs w:val="28"/>
          <w:lang w:eastAsia="zh-CN"/>
        </w:rPr>
        <w:t>，他</w:t>
      </w:r>
      <w:r w:rsidR="00000000" w:rsidRPr="00CE340C">
        <w:rPr>
          <w:rFonts w:eastAsia="宋体"/>
          <w:b/>
          <w:bCs/>
          <w:sz w:val="28"/>
          <w:szCs w:val="28"/>
          <w:lang w:eastAsia="zh-CN"/>
        </w:rPr>
        <w:t>是天才。如果从摇滚乐上来说，一个是窦唯，一个是唐朝，崔健也能算一个</w:t>
      </w:r>
      <w:r w:rsidR="00A25E4C" w:rsidRPr="00CE340C">
        <w:rPr>
          <w:rFonts w:eastAsia="宋体" w:hint="eastAsia"/>
          <w:b/>
          <w:bCs/>
          <w:sz w:val="28"/>
          <w:szCs w:val="28"/>
          <w:lang w:eastAsia="zh-CN"/>
        </w:rPr>
        <w:t>。</w:t>
      </w:r>
      <w:r w:rsidR="00000000" w:rsidRPr="00CE340C">
        <w:rPr>
          <w:rFonts w:eastAsia="宋体"/>
          <w:b/>
          <w:bCs/>
          <w:sz w:val="28"/>
          <w:szCs w:val="28"/>
          <w:lang w:eastAsia="zh-CN"/>
        </w:rPr>
        <w:t>其实你应该</w:t>
      </w:r>
      <w:r w:rsidR="005A38F8" w:rsidRPr="00CE340C">
        <w:rPr>
          <w:rFonts w:eastAsia="宋体" w:hint="eastAsia"/>
          <w:b/>
          <w:bCs/>
          <w:sz w:val="28"/>
          <w:szCs w:val="28"/>
          <w:lang w:eastAsia="zh-CN"/>
        </w:rPr>
        <w:t>听</w:t>
      </w:r>
      <w:r w:rsidR="00000000" w:rsidRPr="00CE340C">
        <w:rPr>
          <w:rFonts w:eastAsia="宋体"/>
          <w:b/>
          <w:bCs/>
          <w:sz w:val="28"/>
          <w:szCs w:val="28"/>
          <w:lang w:eastAsia="zh-CN"/>
        </w:rPr>
        <w:t>国外的，勇往直前歌单，你们应该听听那个</w:t>
      </w:r>
      <w:r w:rsidR="005A38F8" w:rsidRPr="00CE340C">
        <w:rPr>
          <w:rFonts w:eastAsia="宋体" w:hint="eastAsia"/>
          <w:b/>
          <w:bCs/>
          <w:sz w:val="28"/>
          <w:szCs w:val="28"/>
          <w:lang w:eastAsia="zh-CN"/>
        </w:rPr>
        <w:t>歌单</w:t>
      </w:r>
      <w:r w:rsidR="00000000" w:rsidRPr="00CE340C">
        <w:rPr>
          <w:rFonts w:eastAsia="宋体"/>
          <w:b/>
          <w:bCs/>
          <w:sz w:val="28"/>
          <w:szCs w:val="28"/>
          <w:lang w:eastAsia="zh-CN"/>
        </w:rPr>
        <w:t>，好听的，有灵魂深度的音乐和大气磅礴，金属音</w:t>
      </w:r>
      <w:r w:rsidR="005A38F8" w:rsidRPr="00CE340C">
        <w:rPr>
          <w:rFonts w:eastAsia="宋体" w:hint="eastAsia"/>
          <w:b/>
          <w:bCs/>
          <w:sz w:val="28"/>
          <w:szCs w:val="28"/>
          <w:lang w:eastAsia="zh-CN"/>
        </w:rPr>
        <w:t>，</w:t>
      </w:r>
      <w:r w:rsidR="00000000" w:rsidRPr="00CE340C">
        <w:rPr>
          <w:rFonts w:eastAsia="宋体"/>
          <w:b/>
          <w:bCs/>
          <w:sz w:val="28"/>
          <w:szCs w:val="28"/>
          <w:lang w:eastAsia="zh-CN"/>
        </w:rPr>
        <w:t>那都是</w:t>
      </w:r>
      <w:r w:rsidR="005A38F8" w:rsidRPr="00CE340C">
        <w:rPr>
          <w:rFonts w:eastAsia="宋体" w:hint="eastAsia"/>
          <w:b/>
          <w:bCs/>
          <w:sz w:val="28"/>
          <w:szCs w:val="28"/>
          <w:lang w:eastAsia="zh-CN"/>
        </w:rPr>
        <w:t>国外的，</w:t>
      </w:r>
      <w:r w:rsidR="00000000" w:rsidRPr="00CE340C">
        <w:rPr>
          <w:rFonts w:eastAsia="宋体"/>
          <w:b/>
          <w:bCs/>
          <w:sz w:val="28"/>
          <w:szCs w:val="28"/>
          <w:lang w:eastAsia="zh-CN"/>
        </w:rPr>
        <w:t>哪有中国人呢？中</w:t>
      </w:r>
      <w:r w:rsidR="005A38F8" w:rsidRPr="00CE340C">
        <w:rPr>
          <w:rFonts w:eastAsia="宋体" w:hint="eastAsia"/>
          <w:b/>
          <w:bCs/>
          <w:sz w:val="28"/>
          <w:szCs w:val="28"/>
          <w:lang w:eastAsia="zh-CN"/>
        </w:rPr>
        <w:t>国</w:t>
      </w:r>
      <w:r w:rsidR="00000000" w:rsidRPr="00CE340C">
        <w:rPr>
          <w:rFonts w:eastAsia="宋体"/>
          <w:b/>
          <w:bCs/>
          <w:sz w:val="28"/>
          <w:szCs w:val="28"/>
          <w:lang w:eastAsia="zh-CN"/>
        </w:rPr>
        <w:t>音乐</w:t>
      </w:r>
      <w:r w:rsidRPr="00CE340C">
        <w:rPr>
          <w:rFonts w:eastAsia="宋体" w:hint="eastAsia"/>
          <w:b/>
          <w:bCs/>
          <w:sz w:val="28"/>
          <w:szCs w:val="28"/>
          <w:lang w:eastAsia="zh-CN"/>
        </w:rPr>
        <w:t>和</w:t>
      </w:r>
      <w:r w:rsidR="00000000" w:rsidRPr="00CE340C">
        <w:rPr>
          <w:rFonts w:eastAsia="宋体"/>
          <w:b/>
          <w:bCs/>
          <w:sz w:val="28"/>
          <w:szCs w:val="28"/>
          <w:lang w:eastAsia="zh-CN"/>
        </w:rPr>
        <w:t>国外的音乐差距非常大</w:t>
      </w:r>
      <w:r w:rsidR="005A38F8" w:rsidRPr="00CE340C">
        <w:rPr>
          <w:rFonts w:eastAsia="宋体" w:hint="eastAsia"/>
          <w:b/>
          <w:bCs/>
          <w:sz w:val="28"/>
          <w:szCs w:val="28"/>
          <w:lang w:eastAsia="zh-CN"/>
        </w:rPr>
        <w:t>，</w:t>
      </w:r>
      <w:r w:rsidR="00000000" w:rsidRPr="00CE340C">
        <w:rPr>
          <w:rFonts w:eastAsia="宋体"/>
          <w:b/>
          <w:bCs/>
          <w:sz w:val="28"/>
          <w:szCs w:val="28"/>
          <w:lang w:eastAsia="zh-CN"/>
        </w:rPr>
        <w:t>到现在仍然是差距非常大，无论是嗓音</w:t>
      </w:r>
      <w:r w:rsidR="005A38F8" w:rsidRPr="00CE340C">
        <w:rPr>
          <w:rFonts w:eastAsia="宋体" w:hint="eastAsia"/>
          <w:b/>
          <w:bCs/>
          <w:sz w:val="28"/>
          <w:szCs w:val="28"/>
          <w:lang w:eastAsia="zh-CN"/>
        </w:rPr>
        <w:t>，</w:t>
      </w:r>
      <w:r w:rsidR="00000000" w:rsidRPr="00CE340C">
        <w:rPr>
          <w:rFonts w:eastAsia="宋体"/>
          <w:b/>
          <w:bCs/>
          <w:sz w:val="28"/>
          <w:szCs w:val="28"/>
          <w:lang w:eastAsia="zh-CN"/>
        </w:rPr>
        <w:t>生命力</w:t>
      </w:r>
      <w:r w:rsidR="005A38F8" w:rsidRPr="00CE340C">
        <w:rPr>
          <w:rFonts w:eastAsia="宋体" w:hint="eastAsia"/>
          <w:b/>
          <w:bCs/>
          <w:sz w:val="28"/>
          <w:szCs w:val="28"/>
          <w:lang w:eastAsia="zh-CN"/>
        </w:rPr>
        <w:t>，</w:t>
      </w:r>
      <w:r w:rsidR="00000000" w:rsidRPr="00CE340C">
        <w:rPr>
          <w:rFonts w:eastAsia="宋体"/>
          <w:b/>
          <w:bCs/>
          <w:sz w:val="28"/>
          <w:szCs w:val="28"/>
          <w:lang w:eastAsia="zh-CN"/>
        </w:rPr>
        <w:t>思想深度</w:t>
      </w:r>
      <w:r w:rsidR="005A38F8" w:rsidRPr="00CE340C">
        <w:rPr>
          <w:rFonts w:eastAsia="宋体" w:hint="eastAsia"/>
          <w:b/>
          <w:bCs/>
          <w:sz w:val="28"/>
          <w:szCs w:val="28"/>
          <w:lang w:eastAsia="zh-CN"/>
        </w:rPr>
        <w:t>，</w:t>
      </w:r>
      <w:r w:rsidR="00000000" w:rsidRPr="00CE340C">
        <w:rPr>
          <w:rFonts w:eastAsia="宋体"/>
          <w:b/>
          <w:bCs/>
          <w:sz w:val="28"/>
          <w:szCs w:val="28"/>
          <w:lang w:eastAsia="zh-CN"/>
        </w:rPr>
        <w:t>中国港台，日本</w:t>
      </w:r>
      <w:r w:rsidR="005A38F8" w:rsidRPr="00CE340C">
        <w:rPr>
          <w:rFonts w:eastAsia="宋体" w:hint="eastAsia"/>
          <w:b/>
          <w:bCs/>
          <w:sz w:val="28"/>
          <w:szCs w:val="28"/>
          <w:lang w:eastAsia="zh-CN"/>
        </w:rPr>
        <w:t>啥</w:t>
      </w:r>
      <w:r w:rsidR="00000000" w:rsidRPr="00CE340C">
        <w:rPr>
          <w:rFonts w:eastAsia="宋体"/>
          <w:b/>
          <w:bCs/>
          <w:sz w:val="28"/>
          <w:szCs w:val="28"/>
          <w:lang w:eastAsia="zh-CN"/>
        </w:rPr>
        <w:t>都算上</w:t>
      </w:r>
      <w:r w:rsidR="005A38F8" w:rsidRPr="00CE340C">
        <w:rPr>
          <w:rFonts w:eastAsia="宋体" w:hint="eastAsia"/>
          <w:b/>
          <w:bCs/>
          <w:sz w:val="28"/>
          <w:szCs w:val="28"/>
          <w:lang w:eastAsia="zh-CN"/>
        </w:rPr>
        <w:t>，</w:t>
      </w:r>
      <w:r w:rsidR="00000000" w:rsidRPr="00CE340C">
        <w:rPr>
          <w:rFonts w:eastAsia="宋体"/>
          <w:b/>
          <w:bCs/>
          <w:sz w:val="28"/>
          <w:szCs w:val="28"/>
          <w:lang w:eastAsia="zh-CN"/>
        </w:rPr>
        <w:t>无法跟欧美相提并论。</w:t>
      </w:r>
    </w:p>
    <w:p w14:paraId="12040B90" w14:textId="0F3FB606" w:rsidR="005F3766" w:rsidRPr="00991A19" w:rsidRDefault="00000000" w:rsidP="00A3569A">
      <w:pPr>
        <w:widowControl w:val="0"/>
        <w:adjustRightInd w:val="0"/>
        <w:snapToGrid w:val="0"/>
        <w:spacing w:after="0" w:line="360" w:lineRule="auto"/>
        <w:ind w:firstLineChars="200" w:firstLine="560"/>
        <w:rPr>
          <w:rFonts w:eastAsia="宋体" w:hint="eastAsia"/>
          <w:b/>
          <w:bCs/>
          <w:sz w:val="28"/>
          <w:szCs w:val="28"/>
          <w:lang w:eastAsia="zh-CN"/>
        </w:rPr>
      </w:pPr>
      <w:r w:rsidRPr="00991A19">
        <w:rPr>
          <w:rFonts w:eastAsia="宋体"/>
          <w:b/>
          <w:bCs/>
          <w:sz w:val="28"/>
          <w:szCs w:val="28"/>
          <w:lang w:eastAsia="zh-CN"/>
        </w:rPr>
        <w:t>所以说你们真的想听一些灵魂</w:t>
      </w:r>
      <w:r w:rsidR="005A38F8" w:rsidRPr="00991A19">
        <w:rPr>
          <w:rFonts w:eastAsia="宋体" w:hint="eastAsia"/>
          <w:b/>
          <w:bCs/>
          <w:sz w:val="28"/>
          <w:szCs w:val="28"/>
          <w:lang w:eastAsia="zh-CN"/>
        </w:rPr>
        <w:t>深度</w:t>
      </w:r>
      <w:r w:rsidRPr="00991A19">
        <w:rPr>
          <w:rFonts w:eastAsia="宋体"/>
          <w:b/>
          <w:bCs/>
          <w:sz w:val="28"/>
          <w:szCs w:val="28"/>
          <w:lang w:eastAsia="zh-CN"/>
        </w:rPr>
        <w:t>，都听国外的，你不要听港台和大陆</w:t>
      </w:r>
      <w:r w:rsidR="005A38F8" w:rsidRPr="00991A19">
        <w:rPr>
          <w:rFonts w:eastAsia="宋体" w:hint="eastAsia"/>
          <w:b/>
          <w:bCs/>
          <w:sz w:val="28"/>
          <w:szCs w:val="28"/>
          <w:lang w:eastAsia="zh-CN"/>
        </w:rPr>
        <w:t>的，</w:t>
      </w:r>
      <w:r w:rsidRPr="00991A19">
        <w:rPr>
          <w:rFonts w:eastAsia="宋体"/>
          <w:b/>
          <w:bCs/>
          <w:sz w:val="28"/>
          <w:szCs w:val="28"/>
          <w:lang w:eastAsia="zh-CN"/>
        </w:rPr>
        <w:t>国内的歌没法听</w:t>
      </w:r>
      <w:r w:rsidR="005A38F8" w:rsidRPr="00991A19">
        <w:rPr>
          <w:rFonts w:eastAsia="宋体" w:hint="eastAsia"/>
          <w:b/>
          <w:bCs/>
          <w:sz w:val="28"/>
          <w:szCs w:val="28"/>
          <w:lang w:eastAsia="zh-CN"/>
        </w:rPr>
        <w:t>。什么是好音乐，</w:t>
      </w:r>
      <w:r w:rsidRPr="00991A19">
        <w:rPr>
          <w:rFonts w:eastAsia="宋体"/>
          <w:b/>
          <w:bCs/>
          <w:sz w:val="28"/>
          <w:szCs w:val="28"/>
          <w:lang w:eastAsia="zh-CN"/>
        </w:rPr>
        <w:t>你一听就深深的被震撼</w:t>
      </w:r>
      <w:r w:rsidR="005A38F8" w:rsidRPr="00991A19">
        <w:rPr>
          <w:rFonts w:eastAsia="宋体" w:hint="eastAsia"/>
          <w:b/>
          <w:bCs/>
          <w:sz w:val="28"/>
          <w:szCs w:val="28"/>
          <w:lang w:eastAsia="zh-CN"/>
        </w:rPr>
        <w:t>，</w:t>
      </w:r>
      <w:r w:rsidRPr="00991A19">
        <w:rPr>
          <w:rFonts w:eastAsia="宋体"/>
          <w:b/>
          <w:bCs/>
          <w:sz w:val="28"/>
          <w:szCs w:val="28"/>
          <w:lang w:eastAsia="zh-CN"/>
        </w:rPr>
        <w:t>被深深的被打动，嗓音像天籁的声音</w:t>
      </w:r>
      <w:r w:rsidR="005A38F8" w:rsidRPr="00991A19">
        <w:rPr>
          <w:rFonts w:eastAsia="宋体" w:hint="eastAsia"/>
          <w:b/>
          <w:bCs/>
          <w:sz w:val="28"/>
          <w:szCs w:val="28"/>
          <w:lang w:eastAsia="zh-CN"/>
        </w:rPr>
        <w:t>。</w:t>
      </w:r>
      <w:r w:rsidRPr="00991A19">
        <w:rPr>
          <w:rFonts w:eastAsia="宋体"/>
          <w:b/>
          <w:bCs/>
          <w:sz w:val="28"/>
          <w:szCs w:val="28"/>
          <w:lang w:eastAsia="zh-CN"/>
        </w:rPr>
        <w:t>国人身体素质不行，一定是他不能用音乐很好的表达</w:t>
      </w:r>
      <w:r w:rsidR="005A38F8" w:rsidRPr="00991A19">
        <w:rPr>
          <w:rFonts w:eastAsia="宋体" w:hint="eastAsia"/>
          <w:b/>
          <w:bCs/>
          <w:sz w:val="28"/>
          <w:szCs w:val="28"/>
          <w:lang w:eastAsia="zh-CN"/>
        </w:rPr>
        <w:t>，</w:t>
      </w:r>
      <w:r w:rsidRPr="00991A19">
        <w:rPr>
          <w:rFonts w:eastAsia="宋体"/>
          <w:b/>
          <w:bCs/>
          <w:sz w:val="28"/>
          <w:szCs w:val="28"/>
          <w:lang w:eastAsia="zh-CN"/>
        </w:rPr>
        <w:t>本身又没有思想深度，身体又不行，他唱歌</w:t>
      </w:r>
      <w:r w:rsidR="0020247A" w:rsidRPr="00991A19">
        <w:rPr>
          <w:rFonts w:eastAsia="宋体" w:hint="eastAsia"/>
          <w:b/>
          <w:bCs/>
          <w:sz w:val="28"/>
          <w:szCs w:val="28"/>
          <w:lang w:eastAsia="zh-CN"/>
        </w:rPr>
        <w:t>无非</w:t>
      </w:r>
      <w:r w:rsidRPr="00991A19">
        <w:rPr>
          <w:rFonts w:eastAsia="宋体"/>
          <w:b/>
          <w:bCs/>
          <w:sz w:val="28"/>
          <w:szCs w:val="28"/>
          <w:lang w:eastAsia="zh-CN"/>
        </w:rPr>
        <w:t>是咿咿呀呀的</w:t>
      </w:r>
      <w:r w:rsidR="0020247A" w:rsidRPr="00991A19">
        <w:rPr>
          <w:rFonts w:eastAsia="宋体" w:hint="eastAsia"/>
          <w:b/>
          <w:bCs/>
          <w:sz w:val="28"/>
          <w:szCs w:val="28"/>
          <w:lang w:eastAsia="zh-CN"/>
        </w:rPr>
        <w:t>，</w:t>
      </w:r>
      <w:r w:rsidRPr="00991A19">
        <w:rPr>
          <w:rFonts w:eastAsia="宋体"/>
          <w:b/>
          <w:bCs/>
          <w:sz w:val="28"/>
          <w:szCs w:val="28"/>
          <w:lang w:eastAsia="zh-CN"/>
        </w:rPr>
        <w:t>仅此而已。</w:t>
      </w:r>
    </w:p>
    <w:p w14:paraId="11AA2869" w14:textId="590D6E2F" w:rsidR="005F3766" w:rsidRDefault="005F3766" w:rsidP="00A3569A">
      <w:pPr>
        <w:widowControl w:val="0"/>
        <w:adjustRightInd w:val="0"/>
        <w:snapToGrid w:val="0"/>
        <w:spacing w:after="0" w:line="360" w:lineRule="auto"/>
        <w:ind w:firstLineChars="200" w:firstLine="560"/>
        <w:rPr>
          <w:rFonts w:eastAsia="宋体" w:hint="eastAsia"/>
          <w:sz w:val="28"/>
          <w:szCs w:val="28"/>
          <w:lang w:eastAsia="zh-CN"/>
        </w:rPr>
      </w:pPr>
      <w:r>
        <w:rPr>
          <w:rFonts w:eastAsia="宋体" w:hint="eastAsia"/>
          <w:sz w:val="28"/>
          <w:szCs w:val="28"/>
          <w:lang w:eastAsia="zh-CN"/>
        </w:rPr>
        <w:lastRenderedPageBreak/>
        <w:t>答疑环节。</w:t>
      </w:r>
    </w:p>
    <w:p w14:paraId="11674EF6" w14:textId="77777777" w:rsidR="005F3766" w:rsidRPr="00991A19" w:rsidRDefault="005F3766" w:rsidP="00A3569A">
      <w:pPr>
        <w:widowControl w:val="0"/>
        <w:adjustRightInd w:val="0"/>
        <w:snapToGrid w:val="0"/>
        <w:spacing w:after="0" w:line="360" w:lineRule="auto"/>
        <w:ind w:firstLineChars="200" w:firstLine="560"/>
        <w:rPr>
          <w:rFonts w:eastAsia="宋体" w:hint="eastAsia"/>
          <w:color w:val="F79646" w:themeColor="accent6"/>
          <w:sz w:val="28"/>
          <w:szCs w:val="28"/>
          <w:lang w:eastAsia="zh-CN"/>
        </w:rPr>
      </w:pPr>
      <w:r w:rsidRPr="00991A19">
        <w:rPr>
          <w:rFonts w:eastAsia="宋体" w:hint="eastAsia"/>
          <w:color w:val="F79646" w:themeColor="accent6"/>
          <w:sz w:val="28"/>
          <w:szCs w:val="28"/>
          <w:lang w:eastAsia="zh-CN"/>
        </w:rPr>
        <w:t>（</w:t>
      </w:r>
      <w:r w:rsidRPr="00991A19">
        <w:rPr>
          <w:rFonts w:eastAsia="宋体"/>
          <w:color w:val="F79646" w:themeColor="accent6"/>
          <w:sz w:val="28"/>
          <w:szCs w:val="28"/>
          <w:lang w:eastAsia="zh-CN"/>
        </w:rPr>
        <w:t>会员说，老师好，我家孩子十岁，同时有扁平足，足后跟外翻</w:t>
      </w:r>
      <w:r w:rsidRPr="00991A19">
        <w:rPr>
          <w:rFonts w:eastAsia="宋体" w:hint="eastAsia"/>
          <w:color w:val="F79646" w:themeColor="accent6"/>
          <w:sz w:val="28"/>
          <w:szCs w:val="28"/>
          <w:lang w:eastAsia="zh-CN"/>
        </w:rPr>
        <w:t>，</w:t>
      </w:r>
      <w:r w:rsidRPr="00991A19">
        <w:rPr>
          <w:rFonts w:eastAsia="宋体"/>
          <w:color w:val="F79646" w:themeColor="accent6"/>
          <w:sz w:val="28"/>
          <w:szCs w:val="28"/>
          <w:lang w:eastAsia="zh-CN"/>
        </w:rPr>
        <w:t>走路踮脚尖</w:t>
      </w:r>
      <w:r w:rsidRPr="00991A19">
        <w:rPr>
          <w:rFonts w:eastAsia="宋体" w:hint="eastAsia"/>
          <w:color w:val="F79646" w:themeColor="accent6"/>
          <w:sz w:val="28"/>
          <w:szCs w:val="28"/>
          <w:lang w:eastAsia="zh-CN"/>
        </w:rPr>
        <w:t>，</w:t>
      </w:r>
      <w:r w:rsidRPr="00991A19">
        <w:rPr>
          <w:rFonts w:eastAsia="宋体"/>
          <w:color w:val="F79646" w:themeColor="accent6"/>
          <w:sz w:val="28"/>
          <w:szCs w:val="28"/>
          <w:lang w:eastAsia="zh-CN"/>
        </w:rPr>
        <w:t>肩胛骨突出，骨盆前倾。要怎么解决呢？</w:t>
      </w:r>
      <w:r w:rsidRPr="00991A19">
        <w:rPr>
          <w:rFonts w:eastAsia="宋体" w:hint="eastAsia"/>
          <w:color w:val="F79646" w:themeColor="accent6"/>
          <w:sz w:val="28"/>
          <w:szCs w:val="28"/>
          <w:lang w:eastAsia="zh-CN"/>
        </w:rPr>
        <w:t>）</w:t>
      </w:r>
    </w:p>
    <w:p w14:paraId="5330BE1B" w14:textId="50E43581" w:rsidR="005F3766" w:rsidRPr="00991A19" w:rsidRDefault="00991A19" w:rsidP="00A3569A">
      <w:pPr>
        <w:widowControl w:val="0"/>
        <w:adjustRightInd w:val="0"/>
        <w:snapToGrid w:val="0"/>
        <w:spacing w:after="0" w:line="360" w:lineRule="auto"/>
        <w:ind w:firstLineChars="200" w:firstLine="560"/>
        <w:rPr>
          <w:rFonts w:eastAsia="宋体" w:hint="eastAsia"/>
          <w:b/>
          <w:bCs/>
          <w:sz w:val="28"/>
          <w:szCs w:val="28"/>
          <w:lang w:eastAsia="zh-CN"/>
        </w:rPr>
      </w:pPr>
      <w:r w:rsidRPr="00991A19">
        <w:rPr>
          <w:rFonts w:eastAsia="宋体" w:hint="eastAsia"/>
          <w:b/>
          <w:bCs/>
          <w:sz w:val="28"/>
          <w:szCs w:val="28"/>
          <w:lang w:eastAsia="zh-CN"/>
        </w:rPr>
        <w:t>师：</w:t>
      </w:r>
      <w:r w:rsidR="00000000" w:rsidRPr="00991A19">
        <w:rPr>
          <w:rFonts w:eastAsia="宋体"/>
          <w:b/>
          <w:bCs/>
          <w:sz w:val="28"/>
          <w:szCs w:val="28"/>
          <w:lang w:eastAsia="zh-CN"/>
        </w:rPr>
        <w:t>你练</w:t>
      </w:r>
      <w:r w:rsidR="005F3766" w:rsidRPr="00991A19">
        <w:rPr>
          <w:rFonts w:eastAsia="宋体" w:hint="eastAsia"/>
          <w:b/>
          <w:bCs/>
          <w:sz w:val="28"/>
          <w:szCs w:val="28"/>
          <w:lang w:eastAsia="zh-CN"/>
        </w:rPr>
        <w:t>得明</w:t>
      </w:r>
      <w:r w:rsidR="00000000" w:rsidRPr="00991A19">
        <w:rPr>
          <w:rFonts w:eastAsia="宋体"/>
          <w:b/>
          <w:bCs/>
          <w:sz w:val="28"/>
          <w:szCs w:val="28"/>
          <w:lang w:eastAsia="zh-CN"/>
        </w:rPr>
        <w:t>健身正身</w:t>
      </w:r>
      <w:r w:rsidR="005F3766" w:rsidRPr="00991A19">
        <w:rPr>
          <w:rFonts w:eastAsia="宋体" w:hint="eastAsia"/>
          <w:b/>
          <w:bCs/>
          <w:sz w:val="28"/>
          <w:szCs w:val="28"/>
          <w:lang w:eastAsia="zh-CN"/>
        </w:rPr>
        <w:t>形</w:t>
      </w:r>
      <w:r w:rsidR="00000000" w:rsidRPr="00991A19">
        <w:rPr>
          <w:rFonts w:eastAsia="宋体"/>
          <w:b/>
          <w:bCs/>
          <w:sz w:val="28"/>
          <w:szCs w:val="28"/>
          <w:lang w:eastAsia="zh-CN"/>
        </w:rPr>
        <w:t>啊，他这一系列的问题都是身形不正，经脉不通导致的</w:t>
      </w:r>
      <w:r w:rsidR="005F3766" w:rsidRPr="00991A19">
        <w:rPr>
          <w:rFonts w:eastAsia="宋体" w:hint="eastAsia"/>
          <w:b/>
          <w:bCs/>
          <w:sz w:val="28"/>
          <w:szCs w:val="28"/>
          <w:lang w:eastAsia="zh-CN"/>
        </w:rPr>
        <w:t>。</w:t>
      </w:r>
      <w:r w:rsidR="00000000" w:rsidRPr="00991A19">
        <w:rPr>
          <w:rFonts w:eastAsia="宋体"/>
          <w:b/>
          <w:bCs/>
          <w:sz w:val="28"/>
          <w:szCs w:val="28"/>
          <w:lang w:eastAsia="zh-CN"/>
        </w:rPr>
        <w:t>你发现一个人在社会上，如果想行走的稳当</w:t>
      </w:r>
      <w:r w:rsidR="005F3766" w:rsidRPr="00991A19">
        <w:rPr>
          <w:rFonts w:eastAsia="宋体" w:hint="eastAsia"/>
          <w:b/>
          <w:bCs/>
          <w:sz w:val="28"/>
          <w:szCs w:val="28"/>
          <w:lang w:eastAsia="zh-CN"/>
        </w:rPr>
        <w:t>，</w:t>
      </w:r>
      <w:r w:rsidR="00000000" w:rsidRPr="00991A19">
        <w:rPr>
          <w:rFonts w:eastAsia="宋体"/>
          <w:b/>
          <w:bCs/>
          <w:sz w:val="28"/>
          <w:szCs w:val="28"/>
          <w:lang w:eastAsia="zh-CN"/>
        </w:rPr>
        <w:t>稳的好，一定要身形正</w:t>
      </w:r>
      <w:r w:rsidR="005F3766" w:rsidRPr="00991A19">
        <w:rPr>
          <w:rFonts w:eastAsia="宋体" w:hint="eastAsia"/>
          <w:b/>
          <w:bCs/>
          <w:sz w:val="28"/>
          <w:szCs w:val="28"/>
          <w:lang w:eastAsia="zh-CN"/>
        </w:rPr>
        <w:t>，身形正</w:t>
      </w:r>
      <w:r w:rsidR="00000000" w:rsidRPr="00991A19">
        <w:rPr>
          <w:rFonts w:eastAsia="宋体"/>
          <w:b/>
          <w:bCs/>
          <w:sz w:val="28"/>
          <w:szCs w:val="28"/>
          <w:lang w:eastAsia="zh-CN"/>
        </w:rPr>
        <w:t>的前提一定要挺拔</w:t>
      </w:r>
      <w:r w:rsidR="005F3766" w:rsidRPr="00991A19">
        <w:rPr>
          <w:rFonts w:eastAsia="宋体" w:hint="eastAsia"/>
          <w:b/>
          <w:bCs/>
          <w:sz w:val="28"/>
          <w:szCs w:val="28"/>
          <w:lang w:eastAsia="zh-CN"/>
        </w:rPr>
        <w:t>。没有</w:t>
      </w:r>
      <w:r w:rsidR="00000000" w:rsidRPr="00991A19">
        <w:rPr>
          <w:rFonts w:eastAsia="宋体"/>
          <w:b/>
          <w:bCs/>
          <w:sz w:val="28"/>
          <w:szCs w:val="28"/>
          <w:lang w:eastAsia="zh-CN"/>
        </w:rPr>
        <w:t>一个成事的人，身姿不挺拔的</w:t>
      </w:r>
      <w:r w:rsidR="005F3766" w:rsidRPr="00991A19">
        <w:rPr>
          <w:rFonts w:eastAsia="宋体" w:hint="eastAsia"/>
          <w:b/>
          <w:bCs/>
          <w:sz w:val="28"/>
          <w:szCs w:val="28"/>
          <w:lang w:eastAsia="zh-CN"/>
        </w:rPr>
        <w:t>。</w:t>
      </w:r>
    </w:p>
    <w:p w14:paraId="13BE156A" w14:textId="77777777" w:rsidR="00942108" w:rsidRPr="00991A19" w:rsidRDefault="001B574D" w:rsidP="00A3569A">
      <w:pPr>
        <w:widowControl w:val="0"/>
        <w:adjustRightInd w:val="0"/>
        <w:snapToGrid w:val="0"/>
        <w:spacing w:after="0" w:line="360" w:lineRule="auto"/>
        <w:ind w:firstLineChars="200" w:firstLine="560"/>
        <w:rPr>
          <w:rFonts w:eastAsia="宋体" w:hint="eastAsia"/>
          <w:color w:val="F79646" w:themeColor="accent6"/>
          <w:sz w:val="28"/>
          <w:szCs w:val="28"/>
          <w:lang w:eastAsia="zh-CN"/>
        </w:rPr>
      </w:pPr>
      <w:r w:rsidRPr="00991A19">
        <w:rPr>
          <w:rFonts w:eastAsia="宋体" w:hint="eastAsia"/>
          <w:color w:val="F79646" w:themeColor="accent6"/>
          <w:sz w:val="28"/>
          <w:szCs w:val="28"/>
          <w:lang w:eastAsia="zh-CN"/>
        </w:rPr>
        <w:t>（</w:t>
      </w:r>
      <w:r w:rsidRPr="00991A19">
        <w:rPr>
          <w:rFonts w:eastAsia="宋体"/>
          <w:color w:val="F79646" w:themeColor="accent6"/>
          <w:sz w:val="28"/>
          <w:szCs w:val="28"/>
          <w:lang w:eastAsia="zh-CN"/>
        </w:rPr>
        <w:t>五十岁的姐姐，今天测心率五十多，让</w:t>
      </w:r>
      <w:r w:rsidRPr="00991A19">
        <w:rPr>
          <w:rFonts w:eastAsia="宋体" w:hint="eastAsia"/>
          <w:color w:val="F79646" w:themeColor="accent6"/>
          <w:sz w:val="28"/>
          <w:szCs w:val="28"/>
          <w:lang w:eastAsia="zh-CN"/>
        </w:rPr>
        <w:t>她体检，</w:t>
      </w:r>
      <w:r w:rsidRPr="00991A19">
        <w:rPr>
          <w:rFonts w:eastAsia="宋体"/>
          <w:color w:val="F79646" w:themeColor="accent6"/>
          <w:sz w:val="28"/>
          <w:szCs w:val="28"/>
          <w:lang w:eastAsia="zh-CN"/>
        </w:rPr>
        <w:t>白细胞低</w:t>
      </w:r>
      <w:r w:rsidRPr="00991A19">
        <w:rPr>
          <w:rFonts w:eastAsia="宋体" w:hint="eastAsia"/>
          <w:color w:val="F79646" w:themeColor="accent6"/>
          <w:sz w:val="28"/>
          <w:szCs w:val="28"/>
          <w:lang w:eastAsia="zh-CN"/>
        </w:rPr>
        <w:t>，</w:t>
      </w:r>
      <w:r w:rsidRPr="00991A19">
        <w:rPr>
          <w:rFonts w:eastAsia="宋体"/>
          <w:color w:val="F79646" w:themeColor="accent6"/>
          <w:sz w:val="28"/>
          <w:szCs w:val="28"/>
          <w:lang w:eastAsia="zh-CN"/>
        </w:rPr>
        <w:t>贫血。他姐的身体会不是很严重</w:t>
      </w:r>
      <w:r w:rsidR="00942108" w:rsidRPr="00991A19">
        <w:rPr>
          <w:rFonts w:eastAsia="宋体" w:hint="eastAsia"/>
          <w:color w:val="F79646" w:themeColor="accent6"/>
          <w:sz w:val="28"/>
          <w:szCs w:val="28"/>
          <w:lang w:eastAsia="zh-CN"/>
        </w:rPr>
        <w:t>？</w:t>
      </w:r>
      <w:r w:rsidRPr="00991A19">
        <w:rPr>
          <w:rFonts w:eastAsia="宋体"/>
          <w:color w:val="F79646" w:themeColor="accent6"/>
          <w:sz w:val="28"/>
          <w:szCs w:val="28"/>
          <w:lang w:eastAsia="zh-CN"/>
        </w:rPr>
        <w:t>他很担心</w:t>
      </w:r>
      <w:r w:rsidR="00942108" w:rsidRPr="00991A19">
        <w:rPr>
          <w:rFonts w:eastAsia="宋体" w:hint="eastAsia"/>
          <w:color w:val="F79646" w:themeColor="accent6"/>
          <w:sz w:val="28"/>
          <w:szCs w:val="28"/>
          <w:lang w:eastAsia="zh-CN"/>
        </w:rPr>
        <w:t>她</w:t>
      </w:r>
      <w:r w:rsidRPr="00991A19">
        <w:rPr>
          <w:rFonts w:eastAsia="宋体"/>
          <w:color w:val="F79646" w:themeColor="accent6"/>
          <w:sz w:val="28"/>
          <w:szCs w:val="28"/>
          <w:lang w:eastAsia="zh-CN"/>
        </w:rPr>
        <w:t>的身体，</w:t>
      </w:r>
      <w:r w:rsidR="00942108" w:rsidRPr="00991A19">
        <w:rPr>
          <w:rFonts w:eastAsia="宋体" w:hint="eastAsia"/>
          <w:color w:val="F79646" w:themeColor="accent6"/>
          <w:sz w:val="28"/>
          <w:szCs w:val="28"/>
          <w:lang w:eastAsia="zh-CN"/>
        </w:rPr>
        <w:t>让她看</w:t>
      </w:r>
      <w:r w:rsidRPr="00991A19">
        <w:rPr>
          <w:rFonts w:eastAsia="宋体"/>
          <w:color w:val="F79646" w:themeColor="accent6"/>
          <w:sz w:val="28"/>
          <w:szCs w:val="28"/>
          <w:lang w:eastAsia="zh-CN"/>
        </w:rPr>
        <w:t>中医也不重视，</w:t>
      </w:r>
      <w:proofErr w:type="gramStart"/>
      <w:r w:rsidRPr="00991A19">
        <w:rPr>
          <w:rFonts w:eastAsia="宋体"/>
          <w:color w:val="F79646" w:themeColor="accent6"/>
          <w:sz w:val="28"/>
          <w:szCs w:val="28"/>
          <w:lang w:eastAsia="zh-CN"/>
        </w:rPr>
        <w:t>健身不</w:t>
      </w:r>
      <w:proofErr w:type="gramEnd"/>
      <w:r w:rsidRPr="00991A19">
        <w:rPr>
          <w:rFonts w:eastAsia="宋体"/>
          <w:color w:val="F79646" w:themeColor="accent6"/>
          <w:sz w:val="28"/>
          <w:szCs w:val="28"/>
          <w:lang w:eastAsia="zh-CN"/>
        </w:rPr>
        <w:t>重视</w:t>
      </w:r>
      <w:r w:rsidR="00942108" w:rsidRPr="00991A19">
        <w:rPr>
          <w:rFonts w:eastAsia="宋体" w:hint="eastAsia"/>
          <w:color w:val="F79646" w:themeColor="accent6"/>
          <w:sz w:val="28"/>
          <w:szCs w:val="28"/>
          <w:lang w:eastAsia="zh-CN"/>
        </w:rPr>
        <w:t>。）</w:t>
      </w:r>
    </w:p>
    <w:p w14:paraId="4AF2EEC9" w14:textId="05B8B48B" w:rsidR="00321DF6" w:rsidRPr="00991A19" w:rsidRDefault="00991A19" w:rsidP="00A3569A">
      <w:pPr>
        <w:widowControl w:val="0"/>
        <w:adjustRightInd w:val="0"/>
        <w:snapToGrid w:val="0"/>
        <w:spacing w:after="0" w:line="360" w:lineRule="auto"/>
        <w:ind w:firstLineChars="200" w:firstLine="560"/>
        <w:rPr>
          <w:rFonts w:eastAsia="宋体" w:hint="eastAsia"/>
          <w:b/>
          <w:bCs/>
          <w:sz w:val="28"/>
          <w:szCs w:val="28"/>
          <w:lang w:eastAsia="zh-CN"/>
        </w:rPr>
      </w:pPr>
      <w:r w:rsidRPr="00991A19">
        <w:rPr>
          <w:rFonts w:eastAsia="宋体" w:hint="eastAsia"/>
          <w:b/>
          <w:bCs/>
          <w:color w:val="000000" w:themeColor="text1"/>
          <w:sz w:val="28"/>
          <w:szCs w:val="28"/>
          <w:lang w:eastAsia="zh-CN"/>
        </w:rPr>
        <w:t>师：</w:t>
      </w:r>
      <w:r w:rsidR="00000000" w:rsidRPr="00991A19">
        <w:rPr>
          <w:rFonts w:eastAsia="宋体"/>
          <w:b/>
          <w:bCs/>
          <w:color w:val="000000" w:themeColor="text1"/>
          <w:sz w:val="28"/>
          <w:szCs w:val="28"/>
          <w:lang w:eastAsia="zh-CN"/>
        </w:rPr>
        <w:t>肯定很严重了，白细胞代表免疫力，代表阳气</w:t>
      </w:r>
      <w:r w:rsidR="00187733" w:rsidRPr="00991A19">
        <w:rPr>
          <w:rFonts w:eastAsia="宋体" w:hint="eastAsia"/>
          <w:b/>
          <w:bCs/>
          <w:color w:val="000000" w:themeColor="text1"/>
          <w:sz w:val="28"/>
          <w:szCs w:val="28"/>
          <w:lang w:eastAsia="zh-CN"/>
        </w:rPr>
        <w:t>，</w:t>
      </w:r>
      <w:r w:rsidR="00000000" w:rsidRPr="00991A19">
        <w:rPr>
          <w:rFonts w:eastAsia="宋体"/>
          <w:b/>
          <w:bCs/>
          <w:color w:val="000000" w:themeColor="text1"/>
          <w:sz w:val="28"/>
          <w:szCs w:val="28"/>
          <w:lang w:eastAsia="zh-CN"/>
        </w:rPr>
        <w:t>也代表正气，长</w:t>
      </w:r>
      <w:r w:rsidR="00000000" w:rsidRPr="00991A19">
        <w:rPr>
          <w:rFonts w:eastAsia="宋体"/>
          <w:b/>
          <w:bCs/>
          <w:sz w:val="28"/>
          <w:szCs w:val="28"/>
          <w:lang w:eastAsia="zh-CN"/>
        </w:rPr>
        <w:t>期偏低，那肯定阳气弱，正气虚</w:t>
      </w:r>
      <w:r w:rsidR="00187733" w:rsidRPr="00991A19">
        <w:rPr>
          <w:rFonts w:eastAsia="宋体" w:hint="eastAsia"/>
          <w:b/>
          <w:bCs/>
          <w:sz w:val="28"/>
          <w:szCs w:val="28"/>
          <w:lang w:eastAsia="zh-CN"/>
        </w:rPr>
        <w:t>。</w:t>
      </w:r>
      <w:r w:rsidR="00000000" w:rsidRPr="00991A19">
        <w:rPr>
          <w:rFonts w:eastAsia="宋体"/>
          <w:b/>
          <w:bCs/>
          <w:sz w:val="28"/>
          <w:szCs w:val="28"/>
          <w:lang w:eastAsia="zh-CN"/>
        </w:rPr>
        <w:t>心率慢，很多人认为运动员心率慢是好事</w:t>
      </w:r>
      <w:r w:rsidR="00E860E3" w:rsidRPr="00991A19">
        <w:rPr>
          <w:rFonts w:eastAsia="宋体" w:hint="eastAsia"/>
          <w:b/>
          <w:bCs/>
          <w:sz w:val="28"/>
          <w:szCs w:val="28"/>
          <w:lang w:eastAsia="zh-CN"/>
        </w:rPr>
        <w:t>，</w:t>
      </w:r>
      <w:r w:rsidR="00000000" w:rsidRPr="00991A19">
        <w:rPr>
          <w:rFonts w:eastAsia="宋体"/>
          <w:b/>
          <w:bCs/>
          <w:sz w:val="28"/>
          <w:szCs w:val="28"/>
          <w:lang w:eastAsia="zh-CN"/>
        </w:rPr>
        <w:t>实际过慢是坏事儿</w:t>
      </w:r>
      <w:r w:rsidR="00E860E3" w:rsidRPr="00991A19">
        <w:rPr>
          <w:rFonts w:eastAsia="宋体" w:hint="eastAsia"/>
          <w:b/>
          <w:bCs/>
          <w:sz w:val="28"/>
          <w:szCs w:val="28"/>
          <w:lang w:eastAsia="zh-CN"/>
        </w:rPr>
        <w:t>。</w:t>
      </w:r>
      <w:r w:rsidR="00000000" w:rsidRPr="00991A19">
        <w:rPr>
          <w:rFonts w:eastAsia="宋体"/>
          <w:b/>
          <w:bCs/>
          <w:sz w:val="28"/>
          <w:szCs w:val="28"/>
          <w:lang w:eastAsia="zh-CN"/>
        </w:rPr>
        <w:t>代表你气机压抑在里面转不出来，气机在里面他就这样转，它越往外走，它转速越快，你完全转出来就是一分钟七八十下。如果是病态的，被压住了，越转越慢，说话也慢，脑子反应也慢，处在冬眠状态</w:t>
      </w:r>
      <w:r w:rsidR="00A916B6" w:rsidRPr="00991A19">
        <w:rPr>
          <w:rFonts w:eastAsia="宋体" w:hint="eastAsia"/>
          <w:b/>
          <w:bCs/>
          <w:sz w:val="28"/>
          <w:szCs w:val="28"/>
          <w:lang w:eastAsia="zh-CN"/>
        </w:rPr>
        <w:t>。</w:t>
      </w:r>
      <w:r w:rsidR="00000000" w:rsidRPr="00991A19">
        <w:rPr>
          <w:rFonts w:eastAsia="宋体"/>
          <w:b/>
          <w:bCs/>
          <w:sz w:val="28"/>
          <w:szCs w:val="28"/>
          <w:lang w:eastAsia="zh-CN"/>
        </w:rPr>
        <w:t>如果你下边堵了，气浮在上边，它转速就在上边</w:t>
      </w:r>
      <w:r w:rsidR="00355B57" w:rsidRPr="00991A19">
        <w:rPr>
          <w:rFonts w:eastAsia="宋体" w:hint="eastAsia"/>
          <w:b/>
          <w:bCs/>
          <w:sz w:val="28"/>
          <w:szCs w:val="28"/>
          <w:lang w:eastAsia="zh-CN"/>
        </w:rPr>
        <w:t>，</w:t>
      </w:r>
      <w:r w:rsidR="00000000" w:rsidRPr="00991A19">
        <w:rPr>
          <w:rFonts w:eastAsia="宋体"/>
          <w:b/>
          <w:bCs/>
          <w:sz w:val="28"/>
          <w:szCs w:val="28"/>
          <w:lang w:eastAsia="zh-CN"/>
        </w:rPr>
        <w:t>转的就很快，这也有毛病</w:t>
      </w:r>
      <w:r w:rsidR="00355B57" w:rsidRPr="00991A19">
        <w:rPr>
          <w:rFonts w:eastAsia="宋体" w:hint="eastAsia"/>
          <w:b/>
          <w:bCs/>
          <w:sz w:val="28"/>
          <w:szCs w:val="28"/>
          <w:lang w:eastAsia="zh-CN"/>
        </w:rPr>
        <w:t>。</w:t>
      </w:r>
      <w:r w:rsidR="00000000" w:rsidRPr="00991A19">
        <w:rPr>
          <w:rFonts w:eastAsia="宋体"/>
          <w:b/>
          <w:bCs/>
          <w:sz w:val="28"/>
          <w:szCs w:val="28"/>
          <w:lang w:eastAsia="zh-CN"/>
        </w:rPr>
        <w:t>过快过慢，都代表有毛病</w:t>
      </w:r>
      <w:r w:rsidR="00321DF6" w:rsidRPr="00991A19">
        <w:rPr>
          <w:rFonts w:eastAsia="宋体" w:hint="eastAsia"/>
          <w:b/>
          <w:bCs/>
          <w:sz w:val="28"/>
          <w:szCs w:val="28"/>
          <w:lang w:eastAsia="zh-CN"/>
        </w:rPr>
        <w:t>。</w:t>
      </w:r>
    </w:p>
    <w:p w14:paraId="2DA3417F" w14:textId="77777777" w:rsidR="00321DF6" w:rsidRPr="00991A19" w:rsidRDefault="00321DF6" w:rsidP="00A3569A">
      <w:pPr>
        <w:widowControl w:val="0"/>
        <w:adjustRightInd w:val="0"/>
        <w:snapToGrid w:val="0"/>
        <w:spacing w:after="0" w:line="360" w:lineRule="auto"/>
        <w:ind w:firstLineChars="200" w:firstLine="560"/>
        <w:rPr>
          <w:rFonts w:eastAsia="宋体" w:hint="eastAsia"/>
          <w:color w:val="F79646" w:themeColor="accent6"/>
          <w:sz w:val="28"/>
          <w:szCs w:val="28"/>
          <w:lang w:eastAsia="zh-CN"/>
        </w:rPr>
      </w:pPr>
      <w:r w:rsidRPr="00991A19">
        <w:rPr>
          <w:rFonts w:eastAsia="宋体" w:hint="eastAsia"/>
          <w:color w:val="F79646" w:themeColor="accent6"/>
          <w:sz w:val="28"/>
          <w:szCs w:val="28"/>
          <w:lang w:eastAsia="zh-CN"/>
        </w:rPr>
        <w:t>（</w:t>
      </w:r>
      <w:r w:rsidRPr="00991A19">
        <w:rPr>
          <w:rFonts w:eastAsia="宋体"/>
          <w:color w:val="F79646" w:themeColor="accent6"/>
          <w:sz w:val="28"/>
          <w:szCs w:val="28"/>
          <w:lang w:eastAsia="zh-CN"/>
        </w:rPr>
        <w:t>心脏慢，血压正常，可以理解心脏泵血有力嘛</w:t>
      </w:r>
      <w:r w:rsidRPr="00991A19">
        <w:rPr>
          <w:rFonts w:eastAsia="宋体" w:hint="eastAsia"/>
          <w:color w:val="F79646" w:themeColor="accent6"/>
          <w:sz w:val="28"/>
          <w:szCs w:val="28"/>
          <w:lang w:eastAsia="zh-CN"/>
        </w:rPr>
        <w:t>？）</w:t>
      </w:r>
    </w:p>
    <w:p w14:paraId="1D266EB0" w14:textId="64778DA0" w:rsidR="00E7264F" w:rsidRPr="00991A19" w:rsidRDefault="00991A19" w:rsidP="00A3569A">
      <w:pPr>
        <w:widowControl w:val="0"/>
        <w:adjustRightInd w:val="0"/>
        <w:snapToGrid w:val="0"/>
        <w:spacing w:after="0" w:line="360" w:lineRule="auto"/>
        <w:ind w:firstLineChars="200" w:firstLine="560"/>
        <w:rPr>
          <w:rFonts w:eastAsia="宋体" w:hint="eastAsia"/>
          <w:b/>
          <w:bCs/>
          <w:sz w:val="28"/>
          <w:szCs w:val="28"/>
          <w:lang w:eastAsia="zh-CN"/>
        </w:rPr>
      </w:pPr>
      <w:r w:rsidRPr="00991A19">
        <w:rPr>
          <w:rFonts w:eastAsia="宋体" w:hint="eastAsia"/>
          <w:b/>
          <w:bCs/>
          <w:sz w:val="28"/>
          <w:szCs w:val="28"/>
          <w:lang w:eastAsia="zh-CN"/>
        </w:rPr>
        <w:t>师：</w:t>
      </w:r>
      <w:r w:rsidR="00000000" w:rsidRPr="00991A19">
        <w:rPr>
          <w:rFonts w:eastAsia="宋体"/>
          <w:b/>
          <w:bCs/>
          <w:sz w:val="28"/>
          <w:szCs w:val="28"/>
          <w:lang w:eastAsia="zh-CN"/>
        </w:rPr>
        <w:t>那不能</w:t>
      </w:r>
      <w:r w:rsidR="00321DF6" w:rsidRPr="00991A19">
        <w:rPr>
          <w:rFonts w:eastAsia="宋体" w:hint="eastAsia"/>
          <w:b/>
          <w:bCs/>
          <w:sz w:val="28"/>
          <w:szCs w:val="28"/>
          <w:lang w:eastAsia="zh-CN"/>
        </w:rPr>
        <w:t>过</w:t>
      </w:r>
      <w:r w:rsidR="00000000" w:rsidRPr="00991A19">
        <w:rPr>
          <w:rFonts w:eastAsia="宋体"/>
          <w:b/>
          <w:bCs/>
          <w:sz w:val="28"/>
          <w:szCs w:val="28"/>
          <w:lang w:eastAsia="zh-CN"/>
        </w:rPr>
        <w:t>慢，除非你身体特别好，如果身体不好，跳的还慢，那一定是压在里面了</w:t>
      </w:r>
      <w:r w:rsidR="00321DF6" w:rsidRPr="00991A19">
        <w:rPr>
          <w:rFonts w:eastAsia="宋体" w:hint="eastAsia"/>
          <w:b/>
          <w:bCs/>
          <w:sz w:val="28"/>
          <w:szCs w:val="28"/>
          <w:lang w:eastAsia="zh-CN"/>
        </w:rPr>
        <w:t>。</w:t>
      </w:r>
      <w:r w:rsidR="00000000" w:rsidRPr="00991A19">
        <w:rPr>
          <w:rFonts w:eastAsia="宋体"/>
          <w:b/>
          <w:bCs/>
          <w:sz w:val="28"/>
          <w:szCs w:val="28"/>
          <w:lang w:eastAsia="zh-CN"/>
        </w:rPr>
        <w:t>很多硬皮病，身体干干巴巴的</w:t>
      </w:r>
      <w:r w:rsidR="008A4FD1" w:rsidRPr="00991A19">
        <w:rPr>
          <w:rFonts w:eastAsia="宋体" w:hint="eastAsia"/>
          <w:b/>
          <w:bCs/>
          <w:sz w:val="28"/>
          <w:szCs w:val="28"/>
          <w:lang w:eastAsia="zh-CN"/>
        </w:rPr>
        <w:t>，</w:t>
      </w:r>
      <w:r w:rsidR="00000000" w:rsidRPr="00991A19">
        <w:rPr>
          <w:rFonts w:eastAsia="宋体"/>
          <w:b/>
          <w:bCs/>
          <w:sz w:val="28"/>
          <w:szCs w:val="28"/>
          <w:lang w:eastAsia="zh-CN"/>
        </w:rPr>
        <w:t>他心跳的慢，他脑子反应慢，为什么？因为他</w:t>
      </w:r>
      <w:r w:rsidR="008A4FD1" w:rsidRPr="00991A19">
        <w:rPr>
          <w:rFonts w:eastAsia="宋体" w:hint="eastAsia"/>
          <w:b/>
          <w:bCs/>
          <w:sz w:val="28"/>
          <w:szCs w:val="28"/>
          <w:lang w:eastAsia="zh-CN"/>
        </w:rPr>
        <w:t>被压住了之后，他的</w:t>
      </w:r>
      <w:r w:rsidR="00000000" w:rsidRPr="00991A19">
        <w:rPr>
          <w:rFonts w:eastAsia="宋体"/>
          <w:b/>
          <w:bCs/>
          <w:sz w:val="28"/>
          <w:szCs w:val="28"/>
          <w:lang w:eastAsia="zh-CN"/>
        </w:rPr>
        <w:t>血液供应只需要供应里面</w:t>
      </w:r>
      <w:r w:rsidR="008A4FD1" w:rsidRPr="00991A19">
        <w:rPr>
          <w:rFonts w:eastAsia="宋体" w:hint="eastAsia"/>
          <w:b/>
          <w:bCs/>
          <w:sz w:val="28"/>
          <w:szCs w:val="28"/>
          <w:lang w:eastAsia="zh-CN"/>
        </w:rPr>
        <w:t>，</w:t>
      </w:r>
      <w:r w:rsidR="00000000" w:rsidRPr="00991A19">
        <w:rPr>
          <w:rFonts w:eastAsia="宋体"/>
          <w:b/>
          <w:bCs/>
          <w:sz w:val="28"/>
          <w:szCs w:val="28"/>
          <w:lang w:eastAsia="zh-CN"/>
        </w:rPr>
        <w:t>不需要充分的供应外边，所以他就慢了，他不需要跳那么快</w:t>
      </w:r>
      <w:r w:rsidR="00F81DE9" w:rsidRPr="00991A19">
        <w:rPr>
          <w:rFonts w:eastAsia="宋体" w:hint="eastAsia"/>
          <w:b/>
          <w:bCs/>
          <w:sz w:val="28"/>
          <w:szCs w:val="28"/>
          <w:lang w:eastAsia="zh-CN"/>
        </w:rPr>
        <w:t>。</w:t>
      </w:r>
      <w:r w:rsidR="00000000" w:rsidRPr="00991A19">
        <w:rPr>
          <w:rFonts w:eastAsia="宋体"/>
          <w:b/>
          <w:bCs/>
          <w:sz w:val="28"/>
          <w:szCs w:val="28"/>
          <w:lang w:eastAsia="zh-CN"/>
        </w:rPr>
        <w:t>如果过慢的人</w:t>
      </w:r>
      <w:r w:rsidR="00F81DE9" w:rsidRPr="00991A19">
        <w:rPr>
          <w:rFonts w:eastAsia="宋体" w:hint="eastAsia"/>
          <w:b/>
          <w:bCs/>
          <w:sz w:val="28"/>
          <w:szCs w:val="28"/>
          <w:lang w:eastAsia="zh-CN"/>
        </w:rPr>
        <w:t>，</w:t>
      </w:r>
      <w:r w:rsidR="00000000" w:rsidRPr="00991A19">
        <w:rPr>
          <w:rFonts w:eastAsia="宋体"/>
          <w:b/>
          <w:bCs/>
          <w:sz w:val="28"/>
          <w:szCs w:val="28"/>
          <w:lang w:eastAsia="zh-CN"/>
        </w:rPr>
        <w:t>一定要通过得明</w:t>
      </w:r>
      <w:proofErr w:type="gramStart"/>
      <w:r w:rsidR="00000000" w:rsidRPr="00991A19">
        <w:rPr>
          <w:rFonts w:eastAsia="宋体"/>
          <w:b/>
          <w:bCs/>
          <w:sz w:val="28"/>
          <w:szCs w:val="28"/>
          <w:lang w:eastAsia="zh-CN"/>
        </w:rPr>
        <w:t>健身把</w:t>
      </w:r>
      <w:proofErr w:type="gramEnd"/>
      <w:r w:rsidR="00000000" w:rsidRPr="00991A19">
        <w:rPr>
          <w:rFonts w:eastAsia="宋体"/>
          <w:b/>
          <w:bCs/>
          <w:sz w:val="28"/>
          <w:szCs w:val="28"/>
          <w:lang w:eastAsia="zh-CN"/>
        </w:rPr>
        <w:t>身体练好之后，让他能够整个的循环盘出来，我们管这叫大循环，就是胸腹到四肢的循环叫大</w:t>
      </w:r>
      <w:r w:rsidR="00000000" w:rsidRPr="00991A19">
        <w:rPr>
          <w:rFonts w:eastAsia="宋体"/>
          <w:b/>
          <w:bCs/>
          <w:sz w:val="28"/>
          <w:szCs w:val="28"/>
          <w:lang w:eastAsia="zh-CN"/>
        </w:rPr>
        <w:lastRenderedPageBreak/>
        <w:t>循环，让大循环出来，活泼起来，你的语速也快，你的脉也开始跳快了。</w:t>
      </w:r>
    </w:p>
    <w:p w14:paraId="6FF89EAA" w14:textId="77777777" w:rsidR="006D18FB" w:rsidRPr="0042772D" w:rsidRDefault="006D18FB" w:rsidP="00A3569A">
      <w:pPr>
        <w:widowControl w:val="0"/>
        <w:adjustRightInd w:val="0"/>
        <w:snapToGrid w:val="0"/>
        <w:spacing w:after="0" w:line="360" w:lineRule="auto"/>
        <w:ind w:firstLineChars="200" w:firstLine="560"/>
        <w:rPr>
          <w:rFonts w:eastAsia="宋体" w:hint="eastAsia"/>
          <w:color w:val="F79646" w:themeColor="accent6"/>
          <w:sz w:val="28"/>
          <w:szCs w:val="28"/>
          <w:lang w:eastAsia="zh-CN"/>
        </w:rPr>
      </w:pPr>
      <w:r w:rsidRPr="0042772D">
        <w:rPr>
          <w:rFonts w:eastAsia="宋体" w:hint="eastAsia"/>
          <w:color w:val="F79646" w:themeColor="accent6"/>
          <w:sz w:val="28"/>
          <w:szCs w:val="28"/>
          <w:lang w:eastAsia="zh-CN"/>
        </w:rPr>
        <w:t>（</w:t>
      </w:r>
      <w:r w:rsidRPr="0042772D">
        <w:rPr>
          <w:rFonts w:eastAsia="宋体"/>
          <w:color w:val="F79646" w:themeColor="accent6"/>
          <w:sz w:val="28"/>
          <w:szCs w:val="28"/>
          <w:lang w:eastAsia="zh-CN"/>
        </w:rPr>
        <w:t>肚脐下面左半部分</w:t>
      </w:r>
      <w:r w:rsidRPr="0042772D">
        <w:rPr>
          <w:rFonts w:eastAsia="宋体" w:hint="eastAsia"/>
          <w:color w:val="F79646" w:themeColor="accent6"/>
          <w:sz w:val="28"/>
          <w:szCs w:val="28"/>
          <w:lang w:eastAsia="zh-CN"/>
        </w:rPr>
        <w:t>，</w:t>
      </w:r>
      <w:r w:rsidRPr="0042772D">
        <w:rPr>
          <w:rFonts w:eastAsia="宋体"/>
          <w:color w:val="F79646" w:themeColor="accent6"/>
          <w:sz w:val="28"/>
          <w:szCs w:val="28"/>
          <w:lang w:eastAsia="zh-CN"/>
        </w:rPr>
        <w:t>自己感觉是降结肠的位置，胀气</w:t>
      </w:r>
      <w:r w:rsidRPr="0042772D">
        <w:rPr>
          <w:rFonts w:eastAsia="宋体" w:hint="eastAsia"/>
          <w:color w:val="F79646" w:themeColor="accent6"/>
          <w:sz w:val="28"/>
          <w:szCs w:val="28"/>
          <w:lang w:eastAsia="zh-CN"/>
        </w:rPr>
        <w:t>，</w:t>
      </w:r>
      <w:r w:rsidRPr="0042772D">
        <w:rPr>
          <w:rFonts w:eastAsia="宋体"/>
          <w:color w:val="F79646" w:themeColor="accent6"/>
          <w:sz w:val="28"/>
          <w:szCs w:val="28"/>
          <w:lang w:eastAsia="zh-CN"/>
        </w:rPr>
        <w:t>排不了气，加上做咱们的两个动作，高抬腿和</w:t>
      </w:r>
      <w:r w:rsidRPr="0042772D">
        <w:rPr>
          <w:rFonts w:eastAsia="宋体" w:hint="eastAsia"/>
          <w:color w:val="F79646" w:themeColor="accent6"/>
          <w:sz w:val="28"/>
          <w:szCs w:val="28"/>
          <w:lang w:eastAsia="zh-CN"/>
        </w:rPr>
        <w:t>迈毛</w:t>
      </w:r>
      <w:r w:rsidRPr="0042772D">
        <w:rPr>
          <w:rFonts w:eastAsia="宋体"/>
          <w:color w:val="F79646" w:themeColor="accent6"/>
          <w:sz w:val="28"/>
          <w:szCs w:val="28"/>
          <w:lang w:eastAsia="zh-CN"/>
        </w:rPr>
        <w:t>，然后胀气更多，</w:t>
      </w:r>
      <w:proofErr w:type="gramStart"/>
      <w:r w:rsidRPr="0042772D">
        <w:rPr>
          <w:rFonts w:eastAsia="宋体"/>
          <w:color w:val="F79646" w:themeColor="accent6"/>
          <w:sz w:val="28"/>
          <w:szCs w:val="28"/>
          <w:lang w:eastAsia="zh-CN"/>
        </w:rPr>
        <w:t>憋胀更厉害</w:t>
      </w:r>
      <w:proofErr w:type="gramEnd"/>
      <w:r w:rsidRPr="0042772D">
        <w:rPr>
          <w:rFonts w:eastAsia="宋体"/>
          <w:color w:val="F79646" w:themeColor="accent6"/>
          <w:sz w:val="28"/>
          <w:szCs w:val="28"/>
          <w:lang w:eastAsia="zh-CN"/>
        </w:rPr>
        <w:t>，</w:t>
      </w:r>
      <w:proofErr w:type="gramStart"/>
      <w:r w:rsidRPr="0042772D">
        <w:rPr>
          <w:rFonts w:eastAsia="宋体"/>
          <w:color w:val="F79646" w:themeColor="accent6"/>
          <w:sz w:val="28"/>
          <w:szCs w:val="28"/>
          <w:lang w:eastAsia="zh-CN"/>
        </w:rPr>
        <w:t>气排不</w:t>
      </w:r>
      <w:proofErr w:type="gramEnd"/>
      <w:r w:rsidRPr="0042772D">
        <w:rPr>
          <w:rFonts w:eastAsia="宋体"/>
          <w:color w:val="F79646" w:themeColor="accent6"/>
          <w:sz w:val="28"/>
          <w:szCs w:val="28"/>
          <w:lang w:eastAsia="zh-CN"/>
        </w:rPr>
        <w:t>出来，时刻</w:t>
      </w:r>
      <w:proofErr w:type="gramStart"/>
      <w:r w:rsidRPr="0042772D">
        <w:rPr>
          <w:rFonts w:eastAsia="宋体"/>
          <w:color w:val="F79646" w:themeColor="accent6"/>
          <w:sz w:val="28"/>
          <w:szCs w:val="28"/>
          <w:lang w:eastAsia="zh-CN"/>
        </w:rPr>
        <w:t>憋胀该怎么办</w:t>
      </w:r>
      <w:proofErr w:type="gramEnd"/>
      <w:r w:rsidRPr="0042772D">
        <w:rPr>
          <w:rFonts w:eastAsia="宋体"/>
          <w:color w:val="F79646" w:themeColor="accent6"/>
          <w:sz w:val="28"/>
          <w:szCs w:val="28"/>
          <w:lang w:eastAsia="zh-CN"/>
        </w:rPr>
        <w:t>？</w:t>
      </w:r>
      <w:r w:rsidRPr="0042772D">
        <w:rPr>
          <w:rFonts w:eastAsia="宋体" w:hint="eastAsia"/>
          <w:color w:val="F79646" w:themeColor="accent6"/>
          <w:sz w:val="28"/>
          <w:szCs w:val="28"/>
          <w:lang w:eastAsia="zh-CN"/>
        </w:rPr>
        <w:t>白</w:t>
      </w:r>
      <w:r w:rsidRPr="0042772D">
        <w:rPr>
          <w:rFonts w:eastAsia="宋体"/>
          <w:color w:val="F79646" w:themeColor="accent6"/>
          <w:sz w:val="28"/>
          <w:szCs w:val="28"/>
          <w:lang w:eastAsia="zh-CN"/>
        </w:rPr>
        <w:t>大褂以前说他是躯体化症状，肠易激综合征，不知道该怎么办。他应该不是会员，所以他说练了这两个动作，就是感觉没有减轻</w:t>
      </w:r>
      <w:r w:rsidRPr="0042772D">
        <w:rPr>
          <w:rFonts w:eastAsia="宋体" w:hint="eastAsia"/>
          <w:color w:val="F79646" w:themeColor="accent6"/>
          <w:sz w:val="28"/>
          <w:szCs w:val="28"/>
          <w:lang w:eastAsia="zh-CN"/>
        </w:rPr>
        <w:t>。）</w:t>
      </w:r>
    </w:p>
    <w:p w14:paraId="07B71883" w14:textId="77777777" w:rsidR="0042772D" w:rsidRPr="0042772D" w:rsidRDefault="0042772D" w:rsidP="00A3569A">
      <w:pPr>
        <w:widowControl w:val="0"/>
        <w:adjustRightInd w:val="0"/>
        <w:snapToGrid w:val="0"/>
        <w:spacing w:after="0" w:line="360" w:lineRule="auto"/>
        <w:ind w:firstLineChars="200" w:firstLine="560"/>
        <w:rPr>
          <w:rFonts w:eastAsia="宋体"/>
          <w:b/>
          <w:bCs/>
          <w:sz w:val="28"/>
          <w:szCs w:val="28"/>
          <w:lang w:eastAsia="zh-CN"/>
        </w:rPr>
      </w:pPr>
      <w:r w:rsidRPr="0042772D">
        <w:rPr>
          <w:rFonts w:eastAsia="宋体" w:hint="eastAsia"/>
          <w:b/>
          <w:bCs/>
          <w:sz w:val="28"/>
          <w:szCs w:val="28"/>
          <w:lang w:eastAsia="zh-CN"/>
        </w:rPr>
        <w:t>师：</w:t>
      </w:r>
      <w:r w:rsidR="006D18FB" w:rsidRPr="0042772D">
        <w:rPr>
          <w:rFonts w:eastAsia="宋体" w:hint="eastAsia"/>
          <w:b/>
          <w:bCs/>
          <w:sz w:val="28"/>
          <w:szCs w:val="28"/>
          <w:lang w:eastAsia="zh-CN"/>
        </w:rPr>
        <w:t>没有减轻</w:t>
      </w:r>
      <w:r w:rsidR="006D18FB" w:rsidRPr="0042772D">
        <w:rPr>
          <w:rFonts w:eastAsia="宋体"/>
          <w:b/>
          <w:bCs/>
          <w:sz w:val="28"/>
          <w:szCs w:val="28"/>
          <w:lang w:eastAsia="zh-CN"/>
        </w:rPr>
        <w:t>反而加重，是好现象是坏现象</w:t>
      </w:r>
      <w:r w:rsidR="006D18FB" w:rsidRPr="0042772D">
        <w:rPr>
          <w:rFonts w:eastAsia="宋体" w:hint="eastAsia"/>
          <w:b/>
          <w:bCs/>
          <w:sz w:val="28"/>
          <w:szCs w:val="28"/>
          <w:lang w:eastAsia="zh-CN"/>
        </w:rPr>
        <w:t>？</w:t>
      </w:r>
      <w:r w:rsidR="006D18FB" w:rsidRPr="0042772D">
        <w:rPr>
          <w:rFonts w:eastAsia="宋体"/>
          <w:b/>
          <w:bCs/>
          <w:sz w:val="28"/>
          <w:szCs w:val="28"/>
          <w:lang w:eastAsia="zh-CN"/>
        </w:rPr>
        <w:t>不能一概而论，</w:t>
      </w:r>
      <w:proofErr w:type="gramStart"/>
      <w:r w:rsidR="006D18FB" w:rsidRPr="0042772D">
        <w:rPr>
          <w:rFonts w:eastAsia="宋体"/>
          <w:b/>
          <w:bCs/>
          <w:sz w:val="28"/>
          <w:szCs w:val="28"/>
          <w:lang w:eastAsia="zh-CN"/>
        </w:rPr>
        <w:t>他练错了</w:t>
      </w:r>
      <w:proofErr w:type="gramEnd"/>
      <w:r w:rsidR="006D18FB" w:rsidRPr="0042772D">
        <w:rPr>
          <w:rFonts w:eastAsia="宋体"/>
          <w:b/>
          <w:bCs/>
          <w:sz w:val="28"/>
          <w:szCs w:val="28"/>
          <w:lang w:eastAsia="zh-CN"/>
        </w:rPr>
        <w:t>，有可能是坏现象</w:t>
      </w:r>
      <w:r w:rsidR="005D7AEB" w:rsidRPr="0042772D">
        <w:rPr>
          <w:rFonts w:eastAsia="宋体" w:hint="eastAsia"/>
          <w:b/>
          <w:bCs/>
          <w:sz w:val="28"/>
          <w:szCs w:val="28"/>
          <w:lang w:eastAsia="zh-CN"/>
        </w:rPr>
        <w:t>，</w:t>
      </w:r>
      <w:proofErr w:type="gramStart"/>
      <w:r w:rsidR="006D18FB" w:rsidRPr="0042772D">
        <w:rPr>
          <w:rFonts w:eastAsia="宋体"/>
          <w:b/>
          <w:bCs/>
          <w:sz w:val="28"/>
          <w:szCs w:val="28"/>
          <w:lang w:eastAsia="zh-CN"/>
        </w:rPr>
        <w:t>练正确</w:t>
      </w:r>
      <w:proofErr w:type="gramEnd"/>
      <w:r w:rsidR="006D18FB" w:rsidRPr="0042772D">
        <w:rPr>
          <w:rFonts w:eastAsia="宋体"/>
          <w:b/>
          <w:bCs/>
          <w:sz w:val="28"/>
          <w:szCs w:val="28"/>
          <w:lang w:eastAsia="zh-CN"/>
        </w:rPr>
        <w:t>了，一定是好现象。胃</w:t>
      </w:r>
      <w:proofErr w:type="gramStart"/>
      <w:r w:rsidR="006D18FB" w:rsidRPr="0042772D">
        <w:rPr>
          <w:rFonts w:eastAsia="宋体"/>
          <w:b/>
          <w:bCs/>
          <w:sz w:val="28"/>
          <w:szCs w:val="28"/>
          <w:lang w:eastAsia="zh-CN"/>
        </w:rPr>
        <w:t>脐</w:t>
      </w:r>
      <w:proofErr w:type="gramEnd"/>
      <w:r w:rsidR="006D18FB" w:rsidRPr="0042772D">
        <w:rPr>
          <w:rFonts w:eastAsia="宋体"/>
          <w:b/>
          <w:bCs/>
          <w:sz w:val="28"/>
          <w:szCs w:val="28"/>
          <w:lang w:eastAsia="zh-CN"/>
        </w:rPr>
        <w:t>周的问题，一定要通过四肢向外拉伸的</w:t>
      </w:r>
      <w:r w:rsidR="005176EC" w:rsidRPr="0042772D">
        <w:rPr>
          <w:rFonts w:eastAsia="宋体" w:hint="eastAsia"/>
          <w:b/>
          <w:bCs/>
          <w:sz w:val="28"/>
          <w:szCs w:val="28"/>
          <w:lang w:eastAsia="zh-CN"/>
        </w:rPr>
        <w:t>办法</w:t>
      </w:r>
      <w:r w:rsidR="006D18FB" w:rsidRPr="0042772D">
        <w:rPr>
          <w:rFonts w:eastAsia="宋体"/>
          <w:b/>
          <w:bCs/>
          <w:sz w:val="28"/>
          <w:szCs w:val="28"/>
          <w:lang w:eastAsia="zh-CN"/>
        </w:rPr>
        <w:t>，把这个地方的结</w:t>
      </w:r>
      <w:r w:rsidR="00C4648C" w:rsidRPr="0042772D">
        <w:rPr>
          <w:rFonts w:eastAsia="宋体" w:hint="eastAsia"/>
          <w:b/>
          <w:bCs/>
          <w:sz w:val="28"/>
          <w:szCs w:val="28"/>
          <w:lang w:eastAsia="zh-CN"/>
        </w:rPr>
        <w:t>拉开。</w:t>
      </w:r>
      <w:r w:rsidR="006D18FB" w:rsidRPr="0042772D">
        <w:rPr>
          <w:rFonts w:eastAsia="宋体"/>
          <w:b/>
          <w:bCs/>
          <w:sz w:val="28"/>
          <w:szCs w:val="28"/>
          <w:lang w:eastAsia="zh-CN"/>
        </w:rPr>
        <w:t>这儿堵了，</w:t>
      </w:r>
      <w:r w:rsidR="00C4648C" w:rsidRPr="0042772D">
        <w:rPr>
          <w:rFonts w:eastAsia="宋体" w:hint="eastAsia"/>
          <w:b/>
          <w:bCs/>
          <w:sz w:val="28"/>
          <w:szCs w:val="28"/>
          <w:lang w:eastAsia="zh-CN"/>
        </w:rPr>
        <w:t>你</w:t>
      </w:r>
      <w:r w:rsidR="006D18FB" w:rsidRPr="0042772D">
        <w:rPr>
          <w:rFonts w:eastAsia="宋体"/>
          <w:b/>
          <w:bCs/>
          <w:sz w:val="28"/>
          <w:szCs w:val="28"/>
          <w:lang w:eastAsia="zh-CN"/>
        </w:rPr>
        <w:t>觉得能揉开吗？一定是这个地方向上去散开，下边向下去散开，慢慢的这个结是不是就拉开了</w:t>
      </w:r>
      <w:r w:rsidR="00C4648C" w:rsidRPr="0042772D">
        <w:rPr>
          <w:rFonts w:eastAsia="宋体" w:hint="eastAsia"/>
          <w:b/>
          <w:bCs/>
          <w:sz w:val="28"/>
          <w:szCs w:val="28"/>
          <w:lang w:eastAsia="zh-CN"/>
        </w:rPr>
        <w:t>？</w:t>
      </w:r>
      <w:r w:rsidR="006D18FB" w:rsidRPr="0042772D">
        <w:rPr>
          <w:rFonts w:eastAsia="宋体"/>
          <w:b/>
          <w:bCs/>
          <w:sz w:val="28"/>
          <w:szCs w:val="28"/>
          <w:lang w:eastAsia="zh-CN"/>
        </w:rPr>
        <w:t>他拉开，他不是在</w:t>
      </w:r>
      <w:r w:rsidR="00F80100" w:rsidRPr="0042772D">
        <w:rPr>
          <w:rFonts w:eastAsia="宋体" w:hint="eastAsia"/>
          <w:b/>
          <w:bCs/>
          <w:sz w:val="28"/>
          <w:szCs w:val="28"/>
          <w:lang w:eastAsia="zh-CN"/>
        </w:rPr>
        <w:t>（肚脐）</w:t>
      </w:r>
      <w:r w:rsidR="006D18FB" w:rsidRPr="0042772D">
        <w:rPr>
          <w:rFonts w:eastAsia="宋体"/>
          <w:b/>
          <w:bCs/>
          <w:sz w:val="28"/>
          <w:szCs w:val="28"/>
          <w:lang w:eastAsia="zh-CN"/>
        </w:rPr>
        <w:t>这儿就能拉开的，他一定是顺着左肩膀手臂出去，这叫送邪外出</w:t>
      </w:r>
      <w:r w:rsidR="006409DE" w:rsidRPr="0042772D">
        <w:rPr>
          <w:rFonts w:eastAsia="宋体" w:hint="eastAsia"/>
          <w:b/>
          <w:bCs/>
          <w:sz w:val="28"/>
          <w:szCs w:val="28"/>
          <w:lang w:eastAsia="zh-CN"/>
        </w:rPr>
        <w:t>。</w:t>
      </w:r>
      <w:r w:rsidR="0091602C" w:rsidRPr="0042772D">
        <w:rPr>
          <w:rFonts w:eastAsia="宋体" w:hint="eastAsia"/>
          <w:b/>
          <w:bCs/>
          <w:sz w:val="28"/>
          <w:szCs w:val="28"/>
          <w:lang w:eastAsia="zh-CN"/>
        </w:rPr>
        <w:t>下</w:t>
      </w:r>
      <w:r w:rsidR="006D18FB" w:rsidRPr="0042772D">
        <w:rPr>
          <w:rFonts w:eastAsia="宋体"/>
          <w:b/>
          <w:bCs/>
          <w:sz w:val="28"/>
          <w:szCs w:val="28"/>
          <w:lang w:eastAsia="zh-CN"/>
        </w:rPr>
        <w:t>边这样送</w:t>
      </w:r>
      <w:r w:rsidR="0091602C" w:rsidRPr="0042772D">
        <w:rPr>
          <w:rFonts w:eastAsia="宋体" w:hint="eastAsia"/>
          <w:b/>
          <w:bCs/>
          <w:sz w:val="28"/>
          <w:szCs w:val="28"/>
          <w:lang w:eastAsia="zh-CN"/>
        </w:rPr>
        <w:t>邪</w:t>
      </w:r>
      <w:r w:rsidR="006D18FB" w:rsidRPr="0042772D">
        <w:rPr>
          <w:rFonts w:eastAsia="宋体"/>
          <w:b/>
          <w:bCs/>
          <w:sz w:val="28"/>
          <w:szCs w:val="28"/>
          <w:lang w:eastAsia="zh-CN"/>
        </w:rPr>
        <w:t>出去，这边一样送</w:t>
      </w:r>
      <w:r w:rsidR="0091602C" w:rsidRPr="0042772D">
        <w:rPr>
          <w:rFonts w:eastAsia="宋体" w:hint="eastAsia"/>
          <w:b/>
          <w:bCs/>
          <w:sz w:val="28"/>
          <w:szCs w:val="28"/>
          <w:lang w:eastAsia="zh-CN"/>
        </w:rPr>
        <w:t>邪</w:t>
      </w:r>
      <w:r w:rsidR="006D18FB" w:rsidRPr="0042772D">
        <w:rPr>
          <w:rFonts w:eastAsia="宋体"/>
          <w:b/>
          <w:bCs/>
          <w:sz w:val="28"/>
          <w:szCs w:val="28"/>
          <w:lang w:eastAsia="zh-CN"/>
        </w:rPr>
        <w:t>出去，最终这个地方被完全拉开，是不是就好了？</w:t>
      </w:r>
    </w:p>
    <w:p w14:paraId="6715DB1B" w14:textId="4EF0D20D" w:rsidR="00F43915" w:rsidRPr="0042772D" w:rsidRDefault="006D18FB" w:rsidP="00A3569A">
      <w:pPr>
        <w:widowControl w:val="0"/>
        <w:adjustRightInd w:val="0"/>
        <w:snapToGrid w:val="0"/>
        <w:spacing w:after="0" w:line="360" w:lineRule="auto"/>
        <w:ind w:firstLineChars="200" w:firstLine="560"/>
        <w:rPr>
          <w:rFonts w:eastAsia="宋体" w:hint="eastAsia"/>
          <w:b/>
          <w:bCs/>
          <w:sz w:val="28"/>
          <w:szCs w:val="28"/>
          <w:lang w:eastAsia="zh-CN"/>
        </w:rPr>
      </w:pPr>
      <w:r w:rsidRPr="0042772D">
        <w:rPr>
          <w:rFonts w:eastAsia="宋体"/>
          <w:b/>
          <w:bCs/>
          <w:sz w:val="28"/>
          <w:szCs w:val="28"/>
          <w:lang w:eastAsia="zh-CN"/>
        </w:rPr>
        <w:t>你看老师做套动作，</w:t>
      </w:r>
      <w:r w:rsidR="00D43E2F" w:rsidRPr="0042772D">
        <w:rPr>
          <w:rFonts w:eastAsia="宋体" w:hint="eastAsia"/>
          <w:b/>
          <w:bCs/>
          <w:sz w:val="28"/>
          <w:szCs w:val="28"/>
          <w:lang w:eastAsia="zh-CN"/>
        </w:rPr>
        <w:t>拉，</w:t>
      </w:r>
      <w:r w:rsidRPr="0042772D">
        <w:rPr>
          <w:rFonts w:eastAsia="宋体"/>
          <w:b/>
          <w:bCs/>
          <w:sz w:val="28"/>
          <w:szCs w:val="28"/>
          <w:lang w:eastAsia="zh-CN"/>
        </w:rPr>
        <w:t>我就每天不停的做这个，你都马上对你的胃和</w:t>
      </w:r>
      <w:proofErr w:type="gramStart"/>
      <w:r w:rsidRPr="0042772D">
        <w:rPr>
          <w:rFonts w:eastAsia="宋体"/>
          <w:b/>
          <w:bCs/>
          <w:sz w:val="28"/>
          <w:szCs w:val="28"/>
          <w:lang w:eastAsia="zh-CN"/>
        </w:rPr>
        <w:t>脐</w:t>
      </w:r>
      <w:proofErr w:type="gramEnd"/>
      <w:r w:rsidRPr="0042772D">
        <w:rPr>
          <w:rFonts w:eastAsia="宋体"/>
          <w:b/>
          <w:bCs/>
          <w:sz w:val="28"/>
          <w:szCs w:val="28"/>
          <w:lang w:eastAsia="zh-CN"/>
        </w:rPr>
        <w:t>周有明显的缓解作用。腿是这样做的，跟我做二十个</w:t>
      </w:r>
      <w:r w:rsidR="008F0F67" w:rsidRPr="0042772D">
        <w:rPr>
          <w:rFonts w:eastAsia="宋体" w:hint="eastAsia"/>
          <w:b/>
          <w:bCs/>
          <w:sz w:val="28"/>
          <w:szCs w:val="28"/>
          <w:lang w:eastAsia="zh-CN"/>
        </w:rPr>
        <w:t>。</w:t>
      </w:r>
      <w:r w:rsidRPr="0042772D">
        <w:rPr>
          <w:rFonts w:eastAsia="宋体"/>
          <w:b/>
          <w:bCs/>
          <w:sz w:val="28"/>
          <w:szCs w:val="28"/>
          <w:lang w:eastAsia="zh-CN"/>
        </w:rPr>
        <w:t>这是咱们标志性动作啊，每做完一个动作都要掂起来甩手腕。为什么</w:t>
      </w:r>
      <w:r w:rsidR="000706EB" w:rsidRPr="0042772D">
        <w:rPr>
          <w:rFonts w:eastAsia="宋体" w:hint="eastAsia"/>
          <w:b/>
          <w:bCs/>
          <w:sz w:val="28"/>
          <w:szCs w:val="28"/>
          <w:lang w:eastAsia="zh-CN"/>
        </w:rPr>
        <w:t>？</w:t>
      </w:r>
      <w:proofErr w:type="gramStart"/>
      <w:r w:rsidRPr="0042772D">
        <w:rPr>
          <w:rFonts w:eastAsia="宋体"/>
          <w:b/>
          <w:bCs/>
          <w:sz w:val="28"/>
          <w:szCs w:val="28"/>
          <w:lang w:eastAsia="zh-CN"/>
        </w:rPr>
        <w:t>颠则升</w:t>
      </w:r>
      <w:proofErr w:type="gramEnd"/>
      <w:r w:rsidRPr="0042772D">
        <w:rPr>
          <w:rFonts w:eastAsia="宋体"/>
          <w:b/>
          <w:bCs/>
          <w:sz w:val="28"/>
          <w:szCs w:val="28"/>
          <w:lang w:eastAsia="zh-CN"/>
        </w:rPr>
        <w:t>阳，甩手</w:t>
      </w:r>
      <w:proofErr w:type="gramStart"/>
      <w:r w:rsidRPr="0042772D">
        <w:rPr>
          <w:rFonts w:eastAsia="宋体"/>
          <w:b/>
          <w:bCs/>
          <w:sz w:val="28"/>
          <w:szCs w:val="28"/>
          <w:lang w:eastAsia="zh-CN"/>
        </w:rPr>
        <w:t>腕甩</w:t>
      </w:r>
      <w:r w:rsidR="006B3F3A" w:rsidRPr="0042772D">
        <w:rPr>
          <w:rFonts w:eastAsia="宋体" w:hint="eastAsia"/>
          <w:b/>
          <w:bCs/>
          <w:sz w:val="28"/>
          <w:szCs w:val="28"/>
          <w:lang w:eastAsia="zh-CN"/>
        </w:rPr>
        <w:t>邪</w:t>
      </w:r>
      <w:proofErr w:type="gramEnd"/>
      <w:r w:rsidRPr="0042772D">
        <w:rPr>
          <w:rFonts w:eastAsia="宋体"/>
          <w:b/>
          <w:bCs/>
          <w:sz w:val="28"/>
          <w:szCs w:val="28"/>
          <w:lang w:eastAsia="zh-CN"/>
        </w:rPr>
        <w:t>外出，你抖动手腕的时候，你知道会起什么化学反应吗？他会沿着经脉，你整个的胸腹都在这微微发颤</w:t>
      </w:r>
      <w:r w:rsidR="002216E1" w:rsidRPr="0042772D">
        <w:rPr>
          <w:rFonts w:eastAsia="宋体" w:hint="eastAsia"/>
          <w:b/>
          <w:bCs/>
          <w:sz w:val="28"/>
          <w:szCs w:val="28"/>
          <w:lang w:eastAsia="zh-CN"/>
        </w:rPr>
        <w:t>。</w:t>
      </w:r>
    </w:p>
    <w:p w14:paraId="11468A43" w14:textId="36B063E3" w:rsidR="00E7264F" w:rsidRPr="0042772D" w:rsidRDefault="00000000" w:rsidP="00A3569A">
      <w:pPr>
        <w:widowControl w:val="0"/>
        <w:adjustRightInd w:val="0"/>
        <w:snapToGrid w:val="0"/>
        <w:spacing w:after="0" w:line="360" w:lineRule="auto"/>
        <w:ind w:firstLineChars="200" w:firstLine="560"/>
        <w:rPr>
          <w:rFonts w:eastAsia="宋体" w:hint="eastAsia"/>
          <w:b/>
          <w:bCs/>
          <w:sz w:val="28"/>
          <w:szCs w:val="28"/>
          <w:lang w:eastAsia="zh-CN"/>
        </w:rPr>
      </w:pPr>
      <w:r w:rsidRPr="0042772D">
        <w:rPr>
          <w:rFonts w:eastAsia="宋体"/>
          <w:b/>
          <w:bCs/>
          <w:sz w:val="28"/>
          <w:szCs w:val="28"/>
          <w:lang w:eastAsia="zh-CN"/>
        </w:rPr>
        <w:t>最后告诉大家如何</w:t>
      </w:r>
      <w:proofErr w:type="gramStart"/>
      <w:r w:rsidRPr="0042772D">
        <w:rPr>
          <w:rFonts w:eastAsia="宋体"/>
          <w:b/>
          <w:bCs/>
          <w:sz w:val="28"/>
          <w:szCs w:val="28"/>
          <w:lang w:eastAsia="zh-CN"/>
        </w:rPr>
        <w:t>喝</w:t>
      </w:r>
      <w:r w:rsidR="002C40F3" w:rsidRPr="0042772D">
        <w:rPr>
          <w:rFonts w:eastAsia="宋体" w:hint="eastAsia"/>
          <w:b/>
          <w:bCs/>
          <w:sz w:val="28"/>
          <w:szCs w:val="28"/>
          <w:lang w:eastAsia="zh-CN"/>
        </w:rPr>
        <w:t>奇猛</w:t>
      </w:r>
      <w:proofErr w:type="gramEnd"/>
      <w:r w:rsidR="002C40F3" w:rsidRPr="0042772D">
        <w:rPr>
          <w:rFonts w:eastAsia="宋体" w:hint="eastAsia"/>
          <w:b/>
          <w:bCs/>
          <w:sz w:val="28"/>
          <w:szCs w:val="28"/>
          <w:lang w:eastAsia="zh-CN"/>
        </w:rPr>
        <w:t>，</w:t>
      </w:r>
      <w:r w:rsidRPr="0042772D">
        <w:rPr>
          <w:rFonts w:eastAsia="宋体"/>
          <w:b/>
          <w:bCs/>
          <w:sz w:val="28"/>
          <w:szCs w:val="28"/>
          <w:lang w:eastAsia="zh-CN"/>
        </w:rPr>
        <w:t>无论是加气的还是不是加气，你一定要仰脖喝</w:t>
      </w:r>
      <w:r w:rsidR="002C40F3" w:rsidRPr="0042772D">
        <w:rPr>
          <w:rFonts w:eastAsia="宋体" w:hint="eastAsia"/>
          <w:b/>
          <w:bCs/>
          <w:sz w:val="28"/>
          <w:szCs w:val="28"/>
          <w:lang w:eastAsia="zh-CN"/>
        </w:rPr>
        <w:t>。</w:t>
      </w:r>
      <w:r w:rsidRPr="0042772D">
        <w:rPr>
          <w:rFonts w:eastAsia="宋体"/>
          <w:b/>
          <w:bCs/>
          <w:sz w:val="28"/>
          <w:szCs w:val="28"/>
          <w:lang w:eastAsia="zh-CN"/>
        </w:rPr>
        <w:t>必须仰脖</w:t>
      </w:r>
      <w:r w:rsidR="00705ADF" w:rsidRPr="0042772D">
        <w:rPr>
          <w:rFonts w:eastAsia="宋体" w:hint="eastAsia"/>
          <w:b/>
          <w:bCs/>
          <w:sz w:val="28"/>
          <w:szCs w:val="28"/>
          <w:lang w:eastAsia="zh-CN"/>
        </w:rPr>
        <w:t>，</w:t>
      </w:r>
      <w:r w:rsidRPr="0042772D">
        <w:rPr>
          <w:rFonts w:eastAsia="宋体"/>
          <w:b/>
          <w:bCs/>
          <w:sz w:val="28"/>
          <w:szCs w:val="28"/>
          <w:lang w:eastAsia="zh-CN"/>
        </w:rPr>
        <w:t>往下灌。为什么很多人喜欢灌别人酒啊，</w:t>
      </w:r>
      <w:r w:rsidR="00705ADF" w:rsidRPr="0042772D">
        <w:rPr>
          <w:rFonts w:eastAsia="宋体" w:hint="eastAsia"/>
          <w:b/>
          <w:bCs/>
          <w:sz w:val="28"/>
          <w:szCs w:val="28"/>
          <w:lang w:eastAsia="zh-CN"/>
        </w:rPr>
        <w:t>来不及</w:t>
      </w:r>
      <w:r w:rsidRPr="0042772D">
        <w:rPr>
          <w:rFonts w:eastAsia="宋体"/>
          <w:b/>
          <w:bCs/>
          <w:sz w:val="28"/>
          <w:szCs w:val="28"/>
          <w:lang w:eastAsia="zh-CN"/>
        </w:rPr>
        <w:t>咽，咽喉张开之后往里倒，特别好，</w:t>
      </w:r>
      <w:r w:rsidR="00A22F54" w:rsidRPr="0042772D">
        <w:rPr>
          <w:rFonts w:eastAsia="宋体" w:hint="eastAsia"/>
          <w:b/>
          <w:bCs/>
          <w:sz w:val="28"/>
          <w:szCs w:val="28"/>
          <w:lang w:eastAsia="zh-CN"/>
        </w:rPr>
        <w:t>咽喉</w:t>
      </w:r>
      <w:r w:rsidRPr="0042772D">
        <w:rPr>
          <w:rFonts w:eastAsia="宋体"/>
          <w:b/>
          <w:bCs/>
          <w:sz w:val="28"/>
          <w:szCs w:val="28"/>
          <w:lang w:eastAsia="zh-CN"/>
        </w:rPr>
        <w:t>必须完全打开</w:t>
      </w:r>
      <w:r w:rsidR="00A22F54" w:rsidRPr="0042772D">
        <w:rPr>
          <w:rFonts w:eastAsia="宋体" w:hint="eastAsia"/>
          <w:b/>
          <w:bCs/>
          <w:sz w:val="28"/>
          <w:szCs w:val="28"/>
          <w:lang w:eastAsia="zh-CN"/>
        </w:rPr>
        <w:t>，</w:t>
      </w:r>
      <w:r w:rsidRPr="0042772D">
        <w:rPr>
          <w:rFonts w:eastAsia="宋体"/>
          <w:b/>
          <w:bCs/>
          <w:sz w:val="28"/>
          <w:szCs w:val="28"/>
          <w:lang w:eastAsia="zh-CN"/>
        </w:rPr>
        <w:t>现在为什么食道癌</w:t>
      </w:r>
      <w:r w:rsidR="0042772D" w:rsidRPr="0042772D">
        <w:rPr>
          <w:rFonts w:eastAsia="宋体" w:hint="eastAsia"/>
          <w:b/>
          <w:bCs/>
          <w:sz w:val="28"/>
          <w:szCs w:val="28"/>
          <w:lang w:eastAsia="zh-CN"/>
        </w:rPr>
        <w:t>、</w:t>
      </w:r>
      <w:r w:rsidRPr="0042772D">
        <w:rPr>
          <w:rFonts w:eastAsia="宋体"/>
          <w:b/>
          <w:bCs/>
          <w:sz w:val="28"/>
          <w:szCs w:val="28"/>
          <w:lang w:eastAsia="zh-CN"/>
        </w:rPr>
        <w:t>咽喉癌那么多呀？就这</w:t>
      </w:r>
      <w:r w:rsidR="00A22F54" w:rsidRPr="0042772D">
        <w:rPr>
          <w:rFonts w:eastAsia="宋体" w:hint="eastAsia"/>
          <w:b/>
          <w:bCs/>
          <w:sz w:val="28"/>
          <w:szCs w:val="28"/>
          <w:lang w:eastAsia="zh-CN"/>
        </w:rPr>
        <w:t>地方闭阻</w:t>
      </w:r>
      <w:r w:rsidRPr="0042772D">
        <w:rPr>
          <w:rFonts w:eastAsia="宋体"/>
          <w:b/>
          <w:bCs/>
          <w:sz w:val="28"/>
          <w:szCs w:val="28"/>
          <w:lang w:eastAsia="zh-CN"/>
        </w:rPr>
        <w:t>了，你可以试试，</w:t>
      </w:r>
      <w:proofErr w:type="gramStart"/>
      <w:r w:rsidRPr="0042772D">
        <w:rPr>
          <w:rFonts w:eastAsia="宋体"/>
          <w:b/>
          <w:bCs/>
          <w:sz w:val="28"/>
          <w:szCs w:val="28"/>
          <w:lang w:eastAsia="zh-CN"/>
        </w:rPr>
        <w:t>咕噜咕噜</w:t>
      </w:r>
      <w:proofErr w:type="gramEnd"/>
      <w:r w:rsidR="00A22F54" w:rsidRPr="0042772D">
        <w:rPr>
          <w:rFonts w:eastAsia="宋体" w:hint="eastAsia"/>
          <w:b/>
          <w:bCs/>
          <w:sz w:val="28"/>
          <w:szCs w:val="28"/>
          <w:lang w:eastAsia="zh-CN"/>
        </w:rPr>
        <w:t>很</w:t>
      </w:r>
      <w:r w:rsidRPr="0042772D">
        <w:rPr>
          <w:rFonts w:eastAsia="宋体"/>
          <w:b/>
          <w:bCs/>
          <w:sz w:val="28"/>
          <w:szCs w:val="28"/>
          <w:lang w:eastAsia="zh-CN"/>
        </w:rPr>
        <w:t>快这一瓶就进去了，如果说你凉水不行，你就用热水</w:t>
      </w:r>
      <w:r w:rsidR="00A22F54" w:rsidRPr="0042772D">
        <w:rPr>
          <w:rFonts w:eastAsia="宋体" w:hint="eastAsia"/>
          <w:b/>
          <w:bCs/>
          <w:sz w:val="28"/>
          <w:szCs w:val="28"/>
          <w:lang w:eastAsia="zh-CN"/>
        </w:rPr>
        <w:t>。</w:t>
      </w:r>
      <w:r w:rsidRPr="0042772D">
        <w:rPr>
          <w:rFonts w:eastAsia="宋体"/>
          <w:b/>
          <w:bCs/>
          <w:sz w:val="28"/>
          <w:szCs w:val="28"/>
          <w:lang w:eastAsia="zh-CN"/>
        </w:rPr>
        <w:t>把肠道冲</w:t>
      </w:r>
      <w:r w:rsidRPr="0042772D">
        <w:rPr>
          <w:rFonts w:eastAsia="宋体"/>
          <w:b/>
          <w:bCs/>
          <w:sz w:val="28"/>
          <w:szCs w:val="28"/>
          <w:lang w:eastAsia="zh-CN"/>
        </w:rPr>
        <w:lastRenderedPageBreak/>
        <w:t>开</w:t>
      </w:r>
      <w:r w:rsidR="009C6A4E" w:rsidRPr="0042772D">
        <w:rPr>
          <w:rFonts w:eastAsia="宋体" w:hint="eastAsia"/>
          <w:b/>
          <w:bCs/>
          <w:sz w:val="28"/>
          <w:szCs w:val="28"/>
          <w:lang w:eastAsia="zh-CN"/>
        </w:rPr>
        <w:t>。</w:t>
      </w:r>
      <w:r w:rsidRPr="0042772D">
        <w:rPr>
          <w:rFonts w:eastAsia="宋体"/>
          <w:b/>
          <w:bCs/>
          <w:sz w:val="28"/>
          <w:szCs w:val="28"/>
          <w:lang w:eastAsia="zh-CN"/>
        </w:rPr>
        <w:t>为什么叉腰</w:t>
      </w:r>
      <w:r w:rsidR="009C6A4E" w:rsidRPr="0042772D">
        <w:rPr>
          <w:rFonts w:eastAsia="宋体" w:hint="eastAsia"/>
          <w:b/>
          <w:bCs/>
          <w:sz w:val="28"/>
          <w:szCs w:val="28"/>
          <w:lang w:eastAsia="zh-CN"/>
        </w:rPr>
        <w:t>，</w:t>
      </w:r>
      <w:r w:rsidRPr="0042772D">
        <w:rPr>
          <w:rFonts w:eastAsia="宋体"/>
          <w:b/>
          <w:bCs/>
          <w:sz w:val="28"/>
          <w:szCs w:val="28"/>
          <w:lang w:eastAsia="zh-CN"/>
        </w:rPr>
        <w:t>叉腰有气势，而且不要插在这儿</w:t>
      </w:r>
      <w:r w:rsidR="009C6A4E" w:rsidRPr="0042772D">
        <w:rPr>
          <w:rFonts w:eastAsia="宋体" w:hint="eastAsia"/>
          <w:b/>
          <w:bCs/>
          <w:sz w:val="28"/>
          <w:szCs w:val="28"/>
          <w:lang w:eastAsia="zh-CN"/>
        </w:rPr>
        <w:t>，插两肋。</w:t>
      </w:r>
      <w:r w:rsidRPr="0042772D">
        <w:rPr>
          <w:rFonts w:eastAsia="宋体"/>
          <w:b/>
          <w:bCs/>
          <w:sz w:val="28"/>
          <w:szCs w:val="28"/>
          <w:lang w:eastAsia="zh-CN"/>
        </w:rPr>
        <w:t>你会发现一点</w:t>
      </w:r>
      <w:r w:rsidR="001C6B38" w:rsidRPr="0042772D">
        <w:rPr>
          <w:rFonts w:eastAsia="宋体" w:hint="eastAsia"/>
          <w:b/>
          <w:bCs/>
          <w:sz w:val="28"/>
          <w:szCs w:val="28"/>
          <w:lang w:eastAsia="zh-CN"/>
        </w:rPr>
        <w:t>，</w:t>
      </w:r>
      <w:r w:rsidRPr="0042772D">
        <w:rPr>
          <w:rFonts w:eastAsia="宋体"/>
          <w:b/>
          <w:bCs/>
          <w:sz w:val="28"/>
          <w:szCs w:val="28"/>
          <w:lang w:eastAsia="zh-CN"/>
        </w:rPr>
        <w:t>骂人，谁嗓门大，谁能说</w:t>
      </w:r>
      <w:r w:rsidR="001C6B38" w:rsidRPr="0042772D">
        <w:rPr>
          <w:rFonts w:eastAsia="宋体" w:hint="eastAsia"/>
          <w:b/>
          <w:bCs/>
          <w:sz w:val="28"/>
          <w:szCs w:val="28"/>
          <w:lang w:eastAsia="zh-CN"/>
        </w:rPr>
        <w:t>，</w:t>
      </w:r>
      <w:r w:rsidRPr="0042772D">
        <w:rPr>
          <w:rFonts w:eastAsia="宋体"/>
          <w:b/>
          <w:bCs/>
          <w:sz w:val="28"/>
          <w:szCs w:val="28"/>
          <w:lang w:eastAsia="zh-CN"/>
        </w:rPr>
        <w:t>谁占优</w:t>
      </w:r>
      <w:r w:rsidR="001C6B38" w:rsidRPr="0042772D">
        <w:rPr>
          <w:rFonts w:eastAsia="宋体" w:hint="eastAsia"/>
          <w:b/>
          <w:bCs/>
          <w:sz w:val="28"/>
          <w:szCs w:val="28"/>
          <w:lang w:eastAsia="zh-CN"/>
        </w:rPr>
        <w:t>。</w:t>
      </w:r>
      <w:r w:rsidRPr="0042772D">
        <w:rPr>
          <w:rFonts w:eastAsia="宋体"/>
          <w:b/>
          <w:bCs/>
          <w:sz w:val="28"/>
          <w:szCs w:val="28"/>
          <w:lang w:eastAsia="zh-CN"/>
        </w:rPr>
        <w:t>两人吵架呀，哪还讲理不讲理呀</w:t>
      </w:r>
      <w:r w:rsidR="001C6B38" w:rsidRPr="0042772D">
        <w:rPr>
          <w:rFonts w:eastAsia="宋体" w:hint="eastAsia"/>
          <w:b/>
          <w:bCs/>
          <w:sz w:val="28"/>
          <w:szCs w:val="28"/>
          <w:lang w:eastAsia="zh-CN"/>
        </w:rPr>
        <w:t>。</w:t>
      </w:r>
    </w:p>
    <w:sectPr w:rsidR="00E7264F" w:rsidRPr="0042772D"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91926" w14:textId="77777777" w:rsidR="00847072" w:rsidRDefault="00847072" w:rsidP="00B664D4">
      <w:pPr>
        <w:spacing w:after="0" w:line="240" w:lineRule="auto"/>
        <w:rPr>
          <w:rFonts w:hint="eastAsia"/>
        </w:rPr>
      </w:pPr>
      <w:r>
        <w:separator/>
      </w:r>
    </w:p>
  </w:endnote>
  <w:endnote w:type="continuationSeparator" w:id="0">
    <w:p w14:paraId="71192B18" w14:textId="77777777" w:rsidR="00847072" w:rsidRDefault="00847072" w:rsidP="00B664D4">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1DC7C" w14:textId="77777777" w:rsidR="00847072" w:rsidRDefault="00847072" w:rsidP="00B664D4">
      <w:pPr>
        <w:spacing w:after="0" w:line="240" w:lineRule="auto"/>
        <w:rPr>
          <w:rFonts w:hint="eastAsia"/>
        </w:rPr>
      </w:pPr>
      <w:r>
        <w:separator/>
      </w:r>
    </w:p>
  </w:footnote>
  <w:footnote w:type="continuationSeparator" w:id="0">
    <w:p w14:paraId="5A07B185" w14:textId="77777777" w:rsidR="00847072" w:rsidRDefault="00847072" w:rsidP="00B664D4">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363555140">
    <w:abstractNumId w:val="8"/>
  </w:num>
  <w:num w:numId="2" w16cid:durableId="1061441765">
    <w:abstractNumId w:val="6"/>
  </w:num>
  <w:num w:numId="3" w16cid:durableId="834539944">
    <w:abstractNumId w:val="5"/>
  </w:num>
  <w:num w:numId="4" w16cid:durableId="901595074">
    <w:abstractNumId w:val="4"/>
  </w:num>
  <w:num w:numId="5" w16cid:durableId="1814366739">
    <w:abstractNumId w:val="7"/>
  </w:num>
  <w:num w:numId="6" w16cid:durableId="1442339751">
    <w:abstractNumId w:val="3"/>
  </w:num>
  <w:num w:numId="7" w16cid:durableId="76634289">
    <w:abstractNumId w:val="2"/>
  </w:num>
  <w:num w:numId="8" w16cid:durableId="1016233029">
    <w:abstractNumId w:val="1"/>
  </w:num>
  <w:num w:numId="9" w16cid:durableId="508911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24D8"/>
    <w:rsid w:val="0002727A"/>
    <w:rsid w:val="00034616"/>
    <w:rsid w:val="0004007C"/>
    <w:rsid w:val="00052521"/>
    <w:rsid w:val="000555D5"/>
    <w:rsid w:val="0006063C"/>
    <w:rsid w:val="000632C7"/>
    <w:rsid w:val="000706EB"/>
    <w:rsid w:val="00071A65"/>
    <w:rsid w:val="000926C1"/>
    <w:rsid w:val="00096A36"/>
    <w:rsid w:val="000B1F35"/>
    <w:rsid w:val="000C19E1"/>
    <w:rsid w:val="000C41B0"/>
    <w:rsid w:val="000E388D"/>
    <w:rsid w:val="000F1F99"/>
    <w:rsid w:val="00107C43"/>
    <w:rsid w:val="0015074B"/>
    <w:rsid w:val="001564CA"/>
    <w:rsid w:val="00163DCE"/>
    <w:rsid w:val="00165C01"/>
    <w:rsid w:val="00181A41"/>
    <w:rsid w:val="00187733"/>
    <w:rsid w:val="001A638D"/>
    <w:rsid w:val="001B15FB"/>
    <w:rsid w:val="001B574D"/>
    <w:rsid w:val="001C6B38"/>
    <w:rsid w:val="001D7127"/>
    <w:rsid w:val="0020247A"/>
    <w:rsid w:val="002161D8"/>
    <w:rsid w:val="00217051"/>
    <w:rsid w:val="002216E1"/>
    <w:rsid w:val="00223AE9"/>
    <w:rsid w:val="002303BA"/>
    <w:rsid w:val="00237B9C"/>
    <w:rsid w:val="0026301B"/>
    <w:rsid w:val="00264A78"/>
    <w:rsid w:val="002656FE"/>
    <w:rsid w:val="00281AC6"/>
    <w:rsid w:val="00287755"/>
    <w:rsid w:val="00295240"/>
    <w:rsid w:val="0029639D"/>
    <w:rsid w:val="00297662"/>
    <w:rsid w:val="002C3E3B"/>
    <w:rsid w:val="002C40F3"/>
    <w:rsid w:val="002E494C"/>
    <w:rsid w:val="002F30F4"/>
    <w:rsid w:val="002F5AF7"/>
    <w:rsid w:val="003003F7"/>
    <w:rsid w:val="00320392"/>
    <w:rsid w:val="00321DF6"/>
    <w:rsid w:val="00326F90"/>
    <w:rsid w:val="00332B59"/>
    <w:rsid w:val="00332C8E"/>
    <w:rsid w:val="00355B57"/>
    <w:rsid w:val="00385002"/>
    <w:rsid w:val="00391718"/>
    <w:rsid w:val="0039624E"/>
    <w:rsid w:val="003A3659"/>
    <w:rsid w:val="003D1A3E"/>
    <w:rsid w:val="003D3A5C"/>
    <w:rsid w:val="003D408D"/>
    <w:rsid w:val="003E344F"/>
    <w:rsid w:val="003E7AE5"/>
    <w:rsid w:val="0041158C"/>
    <w:rsid w:val="0041691D"/>
    <w:rsid w:val="00422EB3"/>
    <w:rsid w:val="0042772D"/>
    <w:rsid w:val="004344ED"/>
    <w:rsid w:val="004717E7"/>
    <w:rsid w:val="00496EC1"/>
    <w:rsid w:val="004A7C8F"/>
    <w:rsid w:val="004B16D2"/>
    <w:rsid w:val="004B3405"/>
    <w:rsid w:val="004B518B"/>
    <w:rsid w:val="004D05FB"/>
    <w:rsid w:val="004F2650"/>
    <w:rsid w:val="004F669C"/>
    <w:rsid w:val="0051320F"/>
    <w:rsid w:val="005176EC"/>
    <w:rsid w:val="0052362F"/>
    <w:rsid w:val="005312AC"/>
    <w:rsid w:val="00557B06"/>
    <w:rsid w:val="00560A46"/>
    <w:rsid w:val="00586992"/>
    <w:rsid w:val="005A1BD8"/>
    <w:rsid w:val="005A38F8"/>
    <w:rsid w:val="005B206C"/>
    <w:rsid w:val="005B387E"/>
    <w:rsid w:val="005C3C22"/>
    <w:rsid w:val="005D66C2"/>
    <w:rsid w:val="005D7AEB"/>
    <w:rsid w:val="005F3766"/>
    <w:rsid w:val="00601203"/>
    <w:rsid w:val="00604C83"/>
    <w:rsid w:val="00612629"/>
    <w:rsid w:val="0061383B"/>
    <w:rsid w:val="00627F0F"/>
    <w:rsid w:val="006409DE"/>
    <w:rsid w:val="0064511C"/>
    <w:rsid w:val="0069075D"/>
    <w:rsid w:val="006B3F3A"/>
    <w:rsid w:val="006B4A1B"/>
    <w:rsid w:val="006C54EA"/>
    <w:rsid w:val="006D18FB"/>
    <w:rsid w:val="006E02EA"/>
    <w:rsid w:val="006F4468"/>
    <w:rsid w:val="007006BB"/>
    <w:rsid w:val="007025B3"/>
    <w:rsid w:val="00705ADF"/>
    <w:rsid w:val="0071312A"/>
    <w:rsid w:val="007206B2"/>
    <w:rsid w:val="0075393A"/>
    <w:rsid w:val="00771D1C"/>
    <w:rsid w:val="0078192F"/>
    <w:rsid w:val="00793A62"/>
    <w:rsid w:val="007A5F24"/>
    <w:rsid w:val="007D402F"/>
    <w:rsid w:val="007D55D5"/>
    <w:rsid w:val="007E0121"/>
    <w:rsid w:val="0080219D"/>
    <w:rsid w:val="008223AD"/>
    <w:rsid w:val="0082664C"/>
    <w:rsid w:val="00845D1D"/>
    <w:rsid w:val="00847072"/>
    <w:rsid w:val="00855180"/>
    <w:rsid w:val="00863511"/>
    <w:rsid w:val="00864A17"/>
    <w:rsid w:val="00867D66"/>
    <w:rsid w:val="0088251B"/>
    <w:rsid w:val="008942C1"/>
    <w:rsid w:val="00895FA8"/>
    <w:rsid w:val="008A4FD1"/>
    <w:rsid w:val="008A5865"/>
    <w:rsid w:val="008B10FA"/>
    <w:rsid w:val="008F0F67"/>
    <w:rsid w:val="008F2971"/>
    <w:rsid w:val="0091602C"/>
    <w:rsid w:val="009201AE"/>
    <w:rsid w:val="00923249"/>
    <w:rsid w:val="009371F3"/>
    <w:rsid w:val="00942108"/>
    <w:rsid w:val="00957C81"/>
    <w:rsid w:val="00962FEA"/>
    <w:rsid w:val="00965639"/>
    <w:rsid w:val="00983B10"/>
    <w:rsid w:val="00991A19"/>
    <w:rsid w:val="009C2781"/>
    <w:rsid w:val="009C392C"/>
    <w:rsid w:val="009C6A4E"/>
    <w:rsid w:val="009D0CCE"/>
    <w:rsid w:val="009D4571"/>
    <w:rsid w:val="009E7D17"/>
    <w:rsid w:val="00A008F5"/>
    <w:rsid w:val="00A0696B"/>
    <w:rsid w:val="00A10197"/>
    <w:rsid w:val="00A12C1B"/>
    <w:rsid w:val="00A1337D"/>
    <w:rsid w:val="00A16348"/>
    <w:rsid w:val="00A22F54"/>
    <w:rsid w:val="00A25E4C"/>
    <w:rsid w:val="00A3569A"/>
    <w:rsid w:val="00A4327F"/>
    <w:rsid w:val="00A513CD"/>
    <w:rsid w:val="00A642C3"/>
    <w:rsid w:val="00A64F4C"/>
    <w:rsid w:val="00A7071B"/>
    <w:rsid w:val="00A90B36"/>
    <w:rsid w:val="00A916B6"/>
    <w:rsid w:val="00AA15CF"/>
    <w:rsid w:val="00AA1D8D"/>
    <w:rsid w:val="00AA3050"/>
    <w:rsid w:val="00AA4001"/>
    <w:rsid w:val="00AC7CD9"/>
    <w:rsid w:val="00AE7652"/>
    <w:rsid w:val="00AF4088"/>
    <w:rsid w:val="00AF5D16"/>
    <w:rsid w:val="00B11711"/>
    <w:rsid w:val="00B12ADC"/>
    <w:rsid w:val="00B20375"/>
    <w:rsid w:val="00B26016"/>
    <w:rsid w:val="00B2672D"/>
    <w:rsid w:val="00B47730"/>
    <w:rsid w:val="00B558F9"/>
    <w:rsid w:val="00B664D4"/>
    <w:rsid w:val="00BA0750"/>
    <w:rsid w:val="00BA7BB1"/>
    <w:rsid w:val="00BA7C86"/>
    <w:rsid w:val="00BC0846"/>
    <w:rsid w:val="00C10987"/>
    <w:rsid w:val="00C166BC"/>
    <w:rsid w:val="00C26BD8"/>
    <w:rsid w:val="00C37AB7"/>
    <w:rsid w:val="00C4648C"/>
    <w:rsid w:val="00C50081"/>
    <w:rsid w:val="00C61C2A"/>
    <w:rsid w:val="00C7450A"/>
    <w:rsid w:val="00C757CC"/>
    <w:rsid w:val="00C82E11"/>
    <w:rsid w:val="00CA48B6"/>
    <w:rsid w:val="00CB0664"/>
    <w:rsid w:val="00CC024C"/>
    <w:rsid w:val="00CC0DC8"/>
    <w:rsid w:val="00CC2841"/>
    <w:rsid w:val="00CC5862"/>
    <w:rsid w:val="00CE340C"/>
    <w:rsid w:val="00CF0F9B"/>
    <w:rsid w:val="00D115BE"/>
    <w:rsid w:val="00D212FE"/>
    <w:rsid w:val="00D43E2F"/>
    <w:rsid w:val="00D51C3B"/>
    <w:rsid w:val="00D619D8"/>
    <w:rsid w:val="00D65DC0"/>
    <w:rsid w:val="00D7174C"/>
    <w:rsid w:val="00D748FD"/>
    <w:rsid w:val="00D85CBB"/>
    <w:rsid w:val="00D9124E"/>
    <w:rsid w:val="00D91706"/>
    <w:rsid w:val="00D94EEC"/>
    <w:rsid w:val="00DA7EA5"/>
    <w:rsid w:val="00DB02E2"/>
    <w:rsid w:val="00DC5CEF"/>
    <w:rsid w:val="00DF30E8"/>
    <w:rsid w:val="00DF570C"/>
    <w:rsid w:val="00E0775F"/>
    <w:rsid w:val="00E320EC"/>
    <w:rsid w:val="00E40CFF"/>
    <w:rsid w:val="00E469C8"/>
    <w:rsid w:val="00E66D29"/>
    <w:rsid w:val="00E7264F"/>
    <w:rsid w:val="00E7376C"/>
    <w:rsid w:val="00E860E3"/>
    <w:rsid w:val="00EA7FAE"/>
    <w:rsid w:val="00EB30C8"/>
    <w:rsid w:val="00EC6BC4"/>
    <w:rsid w:val="00EE0A33"/>
    <w:rsid w:val="00EF2825"/>
    <w:rsid w:val="00EF615D"/>
    <w:rsid w:val="00F21488"/>
    <w:rsid w:val="00F350A0"/>
    <w:rsid w:val="00F43915"/>
    <w:rsid w:val="00F50DCC"/>
    <w:rsid w:val="00F7541D"/>
    <w:rsid w:val="00F75BB3"/>
    <w:rsid w:val="00F80100"/>
    <w:rsid w:val="00F81DE9"/>
    <w:rsid w:val="00F85C80"/>
    <w:rsid w:val="00F87FCE"/>
    <w:rsid w:val="00F90DA1"/>
    <w:rsid w:val="00F91414"/>
    <w:rsid w:val="00FA46D7"/>
    <w:rsid w:val="00FB1164"/>
    <w:rsid w:val="00FC693F"/>
    <w:rsid w:val="00FF4C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89FEA85"/>
  <w14:defaultImageDpi w14:val="300"/>
  <w15:docId w15:val="{6CD82721-95C5-42F5-8121-7B378A8F7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宋体" w:hAnsi="宋体"/>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TotalTime>
  <Pages>15</Pages>
  <Words>1384</Words>
  <Characters>7893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9259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丽君 罗</cp:lastModifiedBy>
  <cp:revision>236</cp:revision>
  <dcterms:created xsi:type="dcterms:W3CDTF">2013-12-23T23:15:00Z</dcterms:created>
  <dcterms:modified xsi:type="dcterms:W3CDTF">2026-09-17T08:08:00Z</dcterms:modified>
  <cp:category/>
</cp:coreProperties>
</file>