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7A18C" w14:textId="60F4C7CB" w:rsidR="008633C2" w:rsidRPr="002C0118" w:rsidRDefault="00000000" w:rsidP="0076289F">
      <w:pPr>
        <w:pStyle w:val="1"/>
        <w:keepNext w:val="0"/>
        <w:keepLines w:val="0"/>
        <w:widowControl w:val="0"/>
        <w:adjustRightInd w:val="0"/>
        <w:snapToGrid w:val="0"/>
        <w:spacing w:before="0" w:line="360" w:lineRule="auto"/>
        <w:ind w:firstLineChars="200" w:firstLine="643"/>
        <w:jc w:val="center"/>
        <w:rPr>
          <w:rFonts w:ascii="宋体" w:eastAsia="宋体" w:hAnsi="宋体" w:hint="eastAsia"/>
          <w:color w:val="auto"/>
          <w:sz w:val="32"/>
          <w:szCs w:val="32"/>
          <w:lang w:eastAsia="zh-CN"/>
        </w:rPr>
      </w:pPr>
      <w:r w:rsidRPr="002C0118">
        <w:rPr>
          <w:rFonts w:ascii="宋体" w:eastAsia="宋体" w:hAnsi="宋体"/>
          <w:color w:val="auto"/>
          <w:sz w:val="32"/>
          <w:szCs w:val="32"/>
          <w:lang w:eastAsia="zh-CN"/>
        </w:rPr>
        <w:t>20260905 大</w:t>
      </w:r>
      <w:proofErr w:type="gramStart"/>
      <w:r w:rsidRPr="002C0118">
        <w:rPr>
          <w:rFonts w:ascii="宋体" w:eastAsia="宋体" w:hAnsi="宋体"/>
          <w:color w:val="auto"/>
          <w:sz w:val="32"/>
          <w:szCs w:val="32"/>
          <w:lang w:eastAsia="zh-CN"/>
        </w:rPr>
        <w:t>千老师</w:t>
      </w:r>
      <w:proofErr w:type="gramEnd"/>
      <w:r w:rsidRPr="002C0118">
        <w:rPr>
          <w:rFonts w:ascii="宋体" w:eastAsia="宋体" w:hAnsi="宋体"/>
          <w:color w:val="auto"/>
          <w:sz w:val="32"/>
          <w:szCs w:val="32"/>
          <w:lang w:eastAsia="zh-CN"/>
        </w:rPr>
        <w:t>甘南行（第二场）</w:t>
      </w:r>
      <w:r w:rsidR="002C0118" w:rsidRPr="002C0118">
        <w:rPr>
          <w:rFonts w:ascii="宋体" w:eastAsia="宋体" w:hAnsi="宋体" w:hint="eastAsia"/>
          <w:color w:val="auto"/>
          <w:sz w:val="32"/>
          <w:szCs w:val="32"/>
          <w:lang w:eastAsia="zh-CN"/>
        </w:rPr>
        <w:t>-</w:t>
      </w:r>
      <w:r w:rsidR="002C0118" w:rsidRPr="002C0118">
        <w:rPr>
          <w:rFonts w:ascii="宋体" w:eastAsia="宋体" w:hAnsi="宋体"/>
          <w:color w:val="auto"/>
          <w:sz w:val="32"/>
          <w:szCs w:val="32"/>
          <w:lang w:eastAsia="zh-CN"/>
        </w:rPr>
        <w:t>旅游与生机感悟、出行实操建议、飞蚊症 / 睡眠浅 / 牙齿养护答疑</w:t>
      </w:r>
    </w:p>
    <w:p w14:paraId="61A45BD4" w14:textId="218FAEED" w:rsidR="0076289F" w:rsidRDefault="0076289F" w:rsidP="0076289F">
      <w:pPr>
        <w:widowControl w:val="0"/>
        <w:adjustRightInd w:val="0"/>
        <w:snapToGrid w:val="0"/>
        <w:spacing w:after="0" w:line="360" w:lineRule="auto"/>
        <w:ind w:firstLineChars="200" w:firstLine="560"/>
        <w:jc w:val="right"/>
        <w:rPr>
          <w:rFonts w:eastAsia="宋体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整理人：默兔</w:t>
      </w:r>
    </w:p>
    <w:p w14:paraId="65E36F6C" w14:textId="6672EABE" w:rsidR="005937C7" w:rsidRDefault="0076289F" w:rsidP="0076289F">
      <w:pPr>
        <w:widowControl w:val="0"/>
        <w:adjustRightInd w:val="0"/>
        <w:snapToGrid w:val="0"/>
        <w:spacing w:after="0" w:line="360" w:lineRule="auto"/>
        <w:ind w:firstLineChars="200" w:firstLine="56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可心：</w:t>
      </w:r>
      <w:r w:rsidR="005937C7" w:rsidRPr="00444D34">
        <w:rPr>
          <w:rFonts w:eastAsia="宋体"/>
          <w:sz w:val="28"/>
          <w:szCs w:val="28"/>
          <w:lang w:eastAsia="zh-CN"/>
        </w:rPr>
        <w:t>现在请大</w:t>
      </w:r>
      <w:proofErr w:type="gramStart"/>
      <w:r w:rsidR="005937C7" w:rsidRPr="00444D34">
        <w:rPr>
          <w:rFonts w:eastAsia="宋体"/>
          <w:sz w:val="28"/>
          <w:szCs w:val="28"/>
          <w:lang w:eastAsia="zh-CN"/>
        </w:rPr>
        <w:t>千老师</w:t>
      </w:r>
      <w:proofErr w:type="gramEnd"/>
      <w:r w:rsidR="005937C7" w:rsidRPr="00444D34">
        <w:rPr>
          <w:rFonts w:eastAsia="宋体"/>
          <w:sz w:val="28"/>
          <w:szCs w:val="28"/>
          <w:lang w:eastAsia="zh-CN"/>
        </w:rPr>
        <w:t>连麦。</w:t>
      </w:r>
    </w:p>
    <w:p w14:paraId="6F79F7EA" w14:textId="77777777" w:rsidR="0076289F" w:rsidRPr="0076289F" w:rsidRDefault="005937C7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/>
          <w:b/>
          <w:bCs/>
          <w:sz w:val="28"/>
          <w:szCs w:val="28"/>
          <w:lang w:eastAsia="zh-CN"/>
        </w:rPr>
      </w:pPr>
      <w:r w:rsidRPr="0076289F">
        <w:rPr>
          <w:rFonts w:eastAsia="宋体" w:hint="eastAsia"/>
          <w:b/>
          <w:bCs/>
          <w:sz w:val="28"/>
          <w:szCs w:val="28"/>
          <w:lang w:eastAsia="zh-CN"/>
        </w:rPr>
        <w:t>师：</w:t>
      </w:r>
      <w:r w:rsidR="000F4DD7" w:rsidRPr="0076289F">
        <w:rPr>
          <w:rFonts w:eastAsia="宋体" w:hint="eastAsia"/>
          <w:b/>
          <w:bCs/>
          <w:sz w:val="28"/>
          <w:szCs w:val="28"/>
          <w:lang w:eastAsia="zh-CN"/>
        </w:rPr>
        <w:t>上午三个小时</w:t>
      </w:r>
      <w:r w:rsidRPr="0076289F">
        <w:rPr>
          <w:rFonts w:eastAsia="宋体"/>
          <w:b/>
          <w:bCs/>
          <w:sz w:val="28"/>
          <w:szCs w:val="28"/>
          <w:lang w:eastAsia="zh-CN"/>
        </w:rPr>
        <w:t>只对会员开放，为什么只对会员开放，你们知道吗？当时</w:t>
      </w:r>
      <w:r w:rsidR="000F4DD7" w:rsidRPr="0076289F">
        <w:rPr>
          <w:rFonts w:eastAsia="宋体" w:hint="eastAsia"/>
          <w:b/>
          <w:bCs/>
          <w:sz w:val="28"/>
          <w:szCs w:val="28"/>
          <w:lang w:eastAsia="zh-CN"/>
        </w:rPr>
        <w:t>还</w:t>
      </w:r>
      <w:r w:rsidRPr="0076289F">
        <w:rPr>
          <w:rFonts w:eastAsia="宋体"/>
          <w:b/>
          <w:bCs/>
          <w:sz w:val="28"/>
          <w:szCs w:val="28"/>
          <w:lang w:eastAsia="zh-CN"/>
        </w:rPr>
        <w:t>讨论了，是否对非会员开放</w:t>
      </w:r>
      <w:r w:rsidR="000F4DD7" w:rsidRPr="0076289F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76289F">
        <w:rPr>
          <w:rFonts w:eastAsia="宋体"/>
          <w:b/>
          <w:bCs/>
          <w:sz w:val="28"/>
          <w:szCs w:val="28"/>
          <w:lang w:eastAsia="zh-CN"/>
        </w:rPr>
        <w:t>主要用意，认知是有门槛的，这你们能理解吗？老师想关起门</w:t>
      </w:r>
      <w:proofErr w:type="gramStart"/>
      <w:r w:rsidRPr="0076289F">
        <w:rPr>
          <w:rFonts w:eastAsia="宋体"/>
          <w:b/>
          <w:bCs/>
          <w:sz w:val="28"/>
          <w:szCs w:val="28"/>
          <w:lang w:eastAsia="zh-CN"/>
        </w:rPr>
        <w:t>来讲些</w:t>
      </w:r>
      <w:proofErr w:type="gramEnd"/>
      <w:r w:rsidRPr="0076289F">
        <w:rPr>
          <w:rFonts w:eastAsia="宋体"/>
          <w:b/>
          <w:bCs/>
          <w:sz w:val="28"/>
          <w:szCs w:val="28"/>
          <w:lang w:eastAsia="zh-CN"/>
        </w:rPr>
        <w:t>东西，不必顾虑那么多。因为咱们的学员有一定的得明中医理念的基础，便于沟通。如果还要掺杂大量的非会员，他们从来没有接触得明，很多理论没有任何基础，我还得费脑子去做</w:t>
      </w:r>
      <w:proofErr w:type="gramStart"/>
      <w:r w:rsidRPr="0076289F">
        <w:rPr>
          <w:rFonts w:eastAsia="宋体"/>
          <w:b/>
          <w:bCs/>
          <w:sz w:val="28"/>
          <w:szCs w:val="28"/>
          <w:lang w:eastAsia="zh-CN"/>
        </w:rPr>
        <w:t>最</w:t>
      </w:r>
      <w:proofErr w:type="gramEnd"/>
      <w:r w:rsidRPr="0076289F">
        <w:rPr>
          <w:rFonts w:eastAsia="宋体"/>
          <w:b/>
          <w:bCs/>
          <w:sz w:val="28"/>
          <w:szCs w:val="28"/>
          <w:lang w:eastAsia="zh-CN"/>
        </w:rPr>
        <w:t>基础的普及。</w:t>
      </w:r>
    </w:p>
    <w:p w14:paraId="4C0D7776" w14:textId="1814C298" w:rsidR="00E33CA8" w:rsidRPr="0076289F" w:rsidRDefault="005937C7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 w:hint="eastAsia"/>
          <w:b/>
          <w:bCs/>
          <w:sz w:val="28"/>
          <w:szCs w:val="28"/>
          <w:lang w:eastAsia="zh-CN"/>
        </w:rPr>
      </w:pPr>
      <w:r w:rsidRPr="0076289F">
        <w:rPr>
          <w:rFonts w:eastAsia="宋体"/>
          <w:b/>
          <w:bCs/>
          <w:sz w:val="28"/>
          <w:szCs w:val="28"/>
          <w:lang w:eastAsia="zh-CN"/>
        </w:rPr>
        <w:t>“酒逢知己饮，诗向会人吟”，就是这个意思。我讲课首先要决定受众是谁，如果是鸡，我就对鸡讲</w:t>
      </w:r>
      <w:r w:rsidR="00C600DE" w:rsidRPr="0076289F">
        <w:rPr>
          <w:rFonts w:eastAsia="宋体" w:hint="eastAsia"/>
          <w:b/>
          <w:bCs/>
          <w:sz w:val="28"/>
          <w:szCs w:val="28"/>
          <w:lang w:eastAsia="zh-CN"/>
        </w:rPr>
        <w:t>，</w:t>
      </w:r>
      <w:proofErr w:type="gramStart"/>
      <w:r w:rsidRPr="0076289F">
        <w:rPr>
          <w:rFonts w:eastAsia="宋体"/>
          <w:b/>
          <w:bCs/>
          <w:sz w:val="28"/>
          <w:szCs w:val="28"/>
          <w:lang w:eastAsia="zh-CN"/>
        </w:rPr>
        <w:t>要是鸭就对鸭</w:t>
      </w:r>
      <w:proofErr w:type="gramEnd"/>
      <w:r w:rsidRPr="0076289F">
        <w:rPr>
          <w:rFonts w:eastAsia="宋体"/>
          <w:b/>
          <w:bCs/>
          <w:sz w:val="28"/>
          <w:szCs w:val="28"/>
          <w:lang w:eastAsia="zh-CN"/>
        </w:rPr>
        <w:t>讲，我觉得不能完全忽略受众，天马行空随便去讲。现在我讲课还是有一定针对性的。那么今天是咱们公开课，谁都可以听，讲的是甘南之行</w:t>
      </w:r>
      <w:r w:rsidR="00E33CA8" w:rsidRPr="0076289F">
        <w:rPr>
          <w:rFonts w:eastAsia="宋体" w:hint="eastAsia"/>
          <w:b/>
          <w:bCs/>
          <w:sz w:val="28"/>
          <w:szCs w:val="28"/>
          <w:lang w:eastAsia="zh-CN"/>
        </w:rPr>
        <w:t>之</w:t>
      </w:r>
      <w:r w:rsidRPr="0076289F">
        <w:rPr>
          <w:rFonts w:eastAsia="宋体"/>
          <w:b/>
          <w:bCs/>
          <w:sz w:val="28"/>
          <w:szCs w:val="28"/>
          <w:lang w:eastAsia="zh-CN"/>
        </w:rPr>
        <w:t>二。</w:t>
      </w:r>
    </w:p>
    <w:p w14:paraId="76DEE001" w14:textId="77777777" w:rsidR="0076289F" w:rsidRPr="0076289F" w:rsidRDefault="00000000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/>
          <w:b/>
          <w:bCs/>
          <w:sz w:val="28"/>
          <w:szCs w:val="28"/>
          <w:lang w:eastAsia="zh-CN"/>
        </w:rPr>
      </w:pPr>
      <w:r w:rsidRPr="0076289F">
        <w:rPr>
          <w:rFonts w:eastAsia="宋体"/>
          <w:b/>
          <w:bCs/>
          <w:sz w:val="28"/>
          <w:szCs w:val="28"/>
          <w:lang w:eastAsia="zh-CN"/>
        </w:rPr>
        <w:t>为什么还要再讲甘南之行？我们本身讲健康</w:t>
      </w:r>
      <w:r w:rsidR="00E33CA8" w:rsidRPr="0076289F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76289F">
        <w:rPr>
          <w:rFonts w:eastAsia="宋体"/>
          <w:b/>
          <w:bCs/>
          <w:sz w:val="28"/>
          <w:szCs w:val="28"/>
          <w:lang w:eastAsia="zh-CN"/>
        </w:rPr>
        <w:t>讲中医，讲健身，为什么还要讲甘南之行，为什么要讲旅游？这个道理特别简单，就像爬山，为什么很多人爱爬山呢？尤其是专业的登山爱好者，为什么要爬山？业内有一句最著名的话，“山在那儿”，</w:t>
      </w:r>
      <w:r w:rsidR="005E2B1B" w:rsidRPr="0076289F">
        <w:rPr>
          <w:rFonts w:eastAsia="宋体" w:hint="eastAsia"/>
          <w:b/>
          <w:bCs/>
          <w:sz w:val="28"/>
          <w:szCs w:val="28"/>
          <w:lang w:eastAsia="zh-CN"/>
        </w:rPr>
        <w:t>因为山在那儿，</w:t>
      </w:r>
      <w:r w:rsidRPr="0076289F">
        <w:rPr>
          <w:rFonts w:eastAsia="宋体"/>
          <w:b/>
          <w:bCs/>
          <w:sz w:val="28"/>
          <w:szCs w:val="28"/>
          <w:lang w:eastAsia="zh-CN"/>
        </w:rPr>
        <w:t>所以我要去爬山。</w:t>
      </w:r>
      <w:r w:rsidR="005E2B1B" w:rsidRPr="0076289F">
        <w:rPr>
          <w:rFonts w:eastAsia="宋体" w:hint="eastAsia"/>
          <w:b/>
          <w:bCs/>
          <w:sz w:val="28"/>
          <w:szCs w:val="28"/>
          <w:lang w:eastAsia="zh-CN"/>
        </w:rPr>
        <w:t>它</w:t>
      </w:r>
      <w:r w:rsidRPr="0076289F">
        <w:rPr>
          <w:rFonts w:eastAsia="宋体"/>
          <w:b/>
          <w:bCs/>
          <w:sz w:val="28"/>
          <w:szCs w:val="28"/>
          <w:lang w:eastAsia="zh-CN"/>
        </w:rPr>
        <w:t>有一个巨大的吸引力，巨大的磁石</w:t>
      </w:r>
      <w:r w:rsidR="005E2B1B" w:rsidRPr="0076289F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76289F">
        <w:rPr>
          <w:rFonts w:eastAsia="宋体"/>
          <w:b/>
          <w:bCs/>
          <w:sz w:val="28"/>
          <w:szCs w:val="28"/>
          <w:lang w:eastAsia="zh-CN"/>
        </w:rPr>
        <w:t>让我们去爬山</w:t>
      </w:r>
      <w:r w:rsidR="005E2B1B" w:rsidRPr="0076289F">
        <w:rPr>
          <w:rFonts w:eastAsia="宋体" w:hint="eastAsia"/>
          <w:b/>
          <w:bCs/>
          <w:sz w:val="28"/>
          <w:szCs w:val="28"/>
          <w:lang w:eastAsia="zh-CN"/>
        </w:rPr>
        <w:t>。</w:t>
      </w:r>
    </w:p>
    <w:p w14:paraId="45C7FF88" w14:textId="77777777" w:rsidR="000C30BC" w:rsidRPr="00E35207" w:rsidRDefault="00000000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/>
          <w:b/>
          <w:bCs/>
          <w:sz w:val="28"/>
          <w:szCs w:val="28"/>
          <w:lang w:eastAsia="zh-CN"/>
        </w:rPr>
      </w:pPr>
      <w:r w:rsidRPr="000C30BC">
        <w:rPr>
          <w:rFonts w:eastAsia="宋体"/>
          <w:b/>
          <w:bCs/>
          <w:sz w:val="28"/>
          <w:szCs w:val="28"/>
          <w:lang w:eastAsia="zh-CN"/>
        </w:rPr>
        <w:t>就像</w:t>
      </w:r>
      <w:r w:rsidR="005E2B1B" w:rsidRPr="000C30BC">
        <w:rPr>
          <w:rFonts w:eastAsia="宋体" w:hint="eastAsia"/>
          <w:b/>
          <w:bCs/>
          <w:sz w:val="28"/>
          <w:szCs w:val="28"/>
          <w:lang w:eastAsia="zh-CN"/>
        </w:rPr>
        <w:t>绝大多数</w:t>
      </w:r>
      <w:r w:rsidRPr="000C30BC">
        <w:rPr>
          <w:rFonts w:eastAsia="宋体"/>
          <w:b/>
          <w:bCs/>
          <w:sz w:val="28"/>
          <w:szCs w:val="28"/>
          <w:lang w:eastAsia="zh-CN"/>
        </w:rPr>
        <w:t>生物都有向光性的道理是一样，旅游也是</w:t>
      </w:r>
      <w:r w:rsidR="005E2B1B" w:rsidRPr="000C30BC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0C30BC">
        <w:rPr>
          <w:rFonts w:eastAsia="宋体"/>
          <w:b/>
          <w:bCs/>
          <w:sz w:val="28"/>
          <w:szCs w:val="28"/>
          <w:lang w:eastAsia="zh-CN"/>
        </w:rPr>
        <w:t>为什么要旅游啊，辞职的那句话，“世界这么大，我要去看看。”这个是人心底里的本能，其实就是对空间的向往，</w:t>
      </w:r>
      <w:r w:rsidR="00D93742" w:rsidRPr="000C30BC">
        <w:rPr>
          <w:rFonts w:eastAsia="宋体" w:hint="eastAsia"/>
          <w:b/>
          <w:bCs/>
          <w:sz w:val="28"/>
          <w:szCs w:val="28"/>
          <w:lang w:eastAsia="zh-CN"/>
        </w:rPr>
        <w:t>对</w:t>
      </w:r>
      <w:r w:rsidRPr="000C30BC">
        <w:rPr>
          <w:rFonts w:eastAsia="宋体"/>
          <w:b/>
          <w:bCs/>
          <w:sz w:val="28"/>
          <w:szCs w:val="28"/>
          <w:lang w:eastAsia="zh-CN"/>
        </w:rPr>
        <w:t>世界的向往。每一个人如果不是完全闭塞住，我们作为一个人</w:t>
      </w:r>
      <w:r w:rsidR="00301C0B" w:rsidRPr="000C30BC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0C30BC">
        <w:rPr>
          <w:rFonts w:eastAsia="宋体"/>
          <w:b/>
          <w:bCs/>
          <w:sz w:val="28"/>
          <w:szCs w:val="28"/>
          <w:lang w:eastAsia="zh-CN"/>
        </w:rPr>
        <w:t>生存本能，我们都希望出去走</w:t>
      </w:r>
      <w:r w:rsidRPr="000C30BC">
        <w:rPr>
          <w:rFonts w:eastAsia="宋体"/>
          <w:b/>
          <w:bCs/>
          <w:sz w:val="28"/>
          <w:szCs w:val="28"/>
          <w:lang w:eastAsia="zh-CN"/>
        </w:rPr>
        <w:lastRenderedPageBreak/>
        <w:t>走看看</w:t>
      </w:r>
      <w:r w:rsidR="00301C0B" w:rsidRPr="000C30BC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0C30BC">
        <w:rPr>
          <w:rFonts w:eastAsia="宋体"/>
          <w:b/>
          <w:bCs/>
          <w:sz w:val="28"/>
          <w:szCs w:val="28"/>
          <w:lang w:eastAsia="zh-CN"/>
        </w:rPr>
        <w:t>对空间的探求</w:t>
      </w:r>
      <w:r w:rsidR="00301C0B" w:rsidRPr="000C30BC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0C30BC">
        <w:rPr>
          <w:rFonts w:eastAsia="宋体"/>
          <w:b/>
          <w:bCs/>
          <w:sz w:val="28"/>
          <w:szCs w:val="28"/>
          <w:lang w:eastAsia="zh-CN"/>
        </w:rPr>
        <w:t>其实出去玩</w:t>
      </w:r>
      <w:r w:rsidR="00301C0B" w:rsidRPr="000C30BC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0C30BC">
        <w:rPr>
          <w:rFonts w:eastAsia="宋体"/>
          <w:b/>
          <w:bCs/>
          <w:sz w:val="28"/>
          <w:szCs w:val="28"/>
          <w:lang w:eastAsia="zh-CN"/>
        </w:rPr>
        <w:t>旅游，就是对空间的探求嘛，对你们身心极其有益，</w:t>
      </w:r>
      <w:r w:rsidR="00301C0B" w:rsidRPr="000C30BC">
        <w:rPr>
          <w:rFonts w:eastAsia="宋体" w:hint="eastAsia"/>
          <w:b/>
          <w:bCs/>
          <w:sz w:val="28"/>
          <w:szCs w:val="28"/>
          <w:lang w:eastAsia="zh-CN"/>
        </w:rPr>
        <w:t>比</w:t>
      </w:r>
      <w:r w:rsidRPr="000C30BC">
        <w:rPr>
          <w:rFonts w:eastAsia="宋体"/>
          <w:b/>
          <w:bCs/>
          <w:sz w:val="28"/>
          <w:szCs w:val="28"/>
          <w:lang w:eastAsia="zh-CN"/>
        </w:rPr>
        <w:t>药还好使，</w:t>
      </w:r>
      <w:r w:rsidR="00301C0B" w:rsidRPr="000C30BC">
        <w:rPr>
          <w:rFonts w:eastAsia="宋体" w:hint="eastAsia"/>
          <w:b/>
          <w:bCs/>
          <w:sz w:val="28"/>
          <w:szCs w:val="28"/>
          <w:lang w:eastAsia="zh-CN"/>
        </w:rPr>
        <w:t>“</w:t>
      </w:r>
      <w:r w:rsidRPr="000C30BC">
        <w:rPr>
          <w:rFonts w:eastAsia="宋体"/>
          <w:b/>
          <w:bCs/>
          <w:sz w:val="28"/>
          <w:szCs w:val="28"/>
          <w:lang w:eastAsia="zh-CN"/>
        </w:rPr>
        <w:t>身中自有大药</w:t>
      </w:r>
      <w:r w:rsidR="00301C0B" w:rsidRPr="000C30BC">
        <w:rPr>
          <w:rFonts w:eastAsia="宋体" w:hint="eastAsia"/>
          <w:b/>
          <w:bCs/>
          <w:sz w:val="28"/>
          <w:szCs w:val="28"/>
          <w:lang w:eastAsia="zh-CN"/>
        </w:rPr>
        <w:t>”</w:t>
      </w:r>
      <w:r w:rsidRPr="000C30BC">
        <w:rPr>
          <w:rFonts w:eastAsia="宋体"/>
          <w:b/>
          <w:bCs/>
          <w:sz w:val="28"/>
          <w:szCs w:val="28"/>
          <w:lang w:eastAsia="zh-CN"/>
        </w:rPr>
        <w:t>，那身外是不</w:t>
      </w:r>
      <w:r w:rsidRPr="00E35207">
        <w:rPr>
          <w:rFonts w:eastAsia="宋体"/>
          <w:b/>
          <w:bCs/>
          <w:sz w:val="28"/>
          <w:szCs w:val="28"/>
          <w:lang w:eastAsia="zh-CN"/>
        </w:rPr>
        <w:t>是也有大药啊？我们向内追求</w:t>
      </w:r>
      <w:r w:rsidR="0032093F" w:rsidRPr="00E35207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E35207">
        <w:rPr>
          <w:rFonts w:eastAsia="宋体"/>
          <w:b/>
          <w:bCs/>
          <w:sz w:val="28"/>
          <w:szCs w:val="28"/>
          <w:lang w:eastAsia="zh-CN"/>
        </w:rPr>
        <w:t>也要向外追求，既不求于外，亦不求于内，亦不守于中，也</w:t>
      </w:r>
      <w:proofErr w:type="gramStart"/>
      <w:r w:rsidRPr="00E35207">
        <w:rPr>
          <w:rFonts w:eastAsia="宋体"/>
          <w:b/>
          <w:bCs/>
          <w:sz w:val="28"/>
          <w:szCs w:val="28"/>
          <w:lang w:eastAsia="zh-CN"/>
        </w:rPr>
        <w:t>不</w:t>
      </w:r>
      <w:proofErr w:type="gramEnd"/>
      <w:r w:rsidRPr="00E35207">
        <w:rPr>
          <w:rFonts w:eastAsia="宋体"/>
          <w:b/>
          <w:bCs/>
          <w:sz w:val="28"/>
          <w:szCs w:val="28"/>
          <w:lang w:eastAsia="zh-CN"/>
        </w:rPr>
        <w:t>内不外。这是佛经经常要说的一句话</w:t>
      </w:r>
      <w:r w:rsidR="00BE500B" w:rsidRPr="00E35207">
        <w:rPr>
          <w:rFonts w:eastAsia="宋体" w:hint="eastAsia"/>
          <w:b/>
          <w:bCs/>
          <w:sz w:val="28"/>
          <w:szCs w:val="28"/>
          <w:lang w:eastAsia="zh-CN"/>
        </w:rPr>
        <w:t>。</w:t>
      </w:r>
      <w:proofErr w:type="gramStart"/>
      <w:r w:rsidR="00FD3CC0" w:rsidRPr="00E35207">
        <w:rPr>
          <w:rFonts w:eastAsia="宋体"/>
          <w:b/>
          <w:bCs/>
          <w:sz w:val="28"/>
          <w:szCs w:val="28"/>
          <w:lang w:eastAsia="zh-CN"/>
        </w:rPr>
        <w:t>”</w:t>
      </w:r>
      <w:r w:rsidR="005E33BC" w:rsidRPr="00E35207">
        <w:rPr>
          <w:rFonts w:eastAsia="宋体" w:hint="eastAsia"/>
          <w:b/>
          <w:bCs/>
          <w:sz w:val="28"/>
          <w:szCs w:val="28"/>
          <w:lang w:eastAsia="zh-CN"/>
        </w:rPr>
        <w:t>是</w:t>
      </w:r>
      <w:r w:rsidRPr="00E35207">
        <w:rPr>
          <w:rFonts w:eastAsia="宋体"/>
          <w:b/>
          <w:bCs/>
          <w:sz w:val="28"/>
          <w:szCs w:val="28"/>
          <w:lang w:eastAsia="zh-CN"/>
        </w:rPr>
        <w:t>菩提</w:t>
      </w:r>
      <w:proofErr w:type="gramEnd"/>
      <w:r w:rsidRPr="00E35207">
        <w:rPr>
          <w:rFonts w:eastAsia="宋体"/>
          <w:b/>
          <w:bCs/>
          <w:sz w:val="28"/>
          <w:szCs w:val="28"/>
          <w:lang w:eastAsia="zh-CN"/>
        </w:rPr>
        <w:t>，即非菩提，</w:t>
      </w:r>
      <w:proofErr w:type="gramStart"/>
      <w:r w:rsidRPr="00E35207">
        <w:rPr>
          <w:rFonts w:eastAsia="宋体"/>
          <w:b/>
          <w:bCs/>
          <w:sz w:val="28"/>
          <w:szCs w:val="28"/>
          <w:lang w:eastAsia="zh-CN"/>
        </w:rPr>
        <w:t>是为菩提</w:t>
      </w:r>
      <w:r w:rsidR="00FD3CC0" w:rsidRPr="00E35207">
        <w:rPr>
          <w:rFonts w:eastAsia="宋体" w:hint="eastAsia"/>
          <w:b/>
          <w:bCs/>
          <w:sz w:val="28"/>
          <w:szCs w:val="28"/>
          <w:lang w:eastAsia="zh-CN"/>
        </w:rPr>
        <w:t>”，</w:t>
      </w:r>
      <w:proofErr w:type="gramEnd"/>
      <w:r w:rsidRPr="00E35207">
        <w:rPr>
          <w:rFonts w:eastAsia="宋体"/>
          <w:b/>
          <w:bCs/>
          <w:sz w:val="28"/>
          <w:szCs w:val="28"/>
          <w:lang w:eastAsia="zh-CN"/>
        </w:rPr>
        <w:t>类似的这个意思</w:t>
      </w:r>
      <w:r w:rsidR="005E33BC" w:rsidRPr="00E35207">
        <w:rPr>
          <w:rFonts w:eastAsia="宋体" w:hint="eastAsia"/>
          <w:b/>
          <w:bCs/>
          <w:sz w:val="28"/>
          <w:szCs w:val="28"/>
          <w:lang w:eastAsia="zh-CN"/>
        </w:rPr>
        <w:t>。</w:t>
      </w:r>
    </w:p>
    <w:p w14:paraId="0024C3D9" w14:textId="7C759452" w:rsidR="00792A19" w:rsidRPr="00E35207" w:rsidRDefault="00000000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 w:hint="eastAsia"/>
          <w:b/>
          <w:bCs/>
          <w:sz w:val="28"/>
          <w:szCs w:val="28"/>
          <w:lang w:eastAsia="zh-CN"/>
        </w:rPr>
      </w:pPr>
      <w:r w:rsidRPr="00E35207">
        <w:rPr>
          <w:rFonts w:eastAsia="宋体"/>
          <w:b/>
          <w:bCs/>
          <w:sz w:val="28"/>
          <w:szCs w:val="28"/>
          <w:lang w:eastAsia="zh-CN"/>
        </w:rPr>
        <w:t>很多学传统文化的</w:t>
      </w:r>
      <w:r w:rsidR="00D90F14" w:rsidRPr="00E35207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E35207">
        <w:rPr>
          <w:rFonts w:eastAsia="宋体"/>
          <w:b/>
          <w:bCs/>
          <w:sz w:val="28"/>
          <w:szCs w:val="28"/>
          <w:lang w:eastAsia="zh-CN"/>
        </w:rPr>
        <w:t>他要向内追求，内观</w:t>
      </w:r>
      <w:r w:rsidR="00D90F14" w:rsidRPr="00E35207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E35207">
        <w:rPr>
          <w:rFonts w:eastAsia="宋体"/>
          <w:b/>
          <w:bCs/>
          <w:sz w:val="28"/>
          <w:szCs w:val="28"/>
          <w:lang w:eastAsia="zh-CN"/>
        </w:rPr>
        <w:t>我问你们一句话，针对传统中医爱好者，内观和外观有什么本质的不同吗？是有没有读过无名氏的《内观笔记》啊</w:t>
      </w:r>
      <w:r w:rsidR="002959A3" w:rsidRPr="00E35207">
        <w:rPr>
          <w:rFonts w:eastAsia="宋体" w:hint="eastAsia"/>
          <w:b/>
          <w:bCs/>
          <w:sz w:val="28"/>
          <w:szCs w:val="28"/>
          <w:lang w:eastAsia="zh-CN"/>
        </w:rPr>
        <w:t>？</w:t>
      </w:r>
      <w:r w:rsidRPr="00E35207">
        <w:rPr>
          <w:rFonts w:eastAsia="宋体"/>
          <w:b/>
          <w:bCs/>
          <w:sz w:val="28"/>
          <w:szCs w:val="28"/>
          <w:lang w:eastAsia="zh-CN"/>
        </w:rPr>
        <w:t>其实内外无别，</w:t>
      </w:r>
      <w:proofErr w:type="gramStart"/>
      <w:r w:rsidRPr="00E35207">
        <w:rPr>
          <w:rFonts w:eastAsia="宋体"/>
          <w:b/>
          <w:bCs/>
          <w:sz w:val="28"/>
          <w:szCs w:val="28"/>
          <w:lang w:eastAsia="zh-CN"/>
        </w:rPr>
        <w:t>内观即是</w:t>
      </w:r>
      <w:proofErr w:type="gramEnd"/>
      <w:r w:rsidRPr="00E35207">
        <w:rPr>
          <w:rFonts w:eastAsia="宋体"/>
          <w:b/>
          <w:bCs/>
          <w:sz w:val="28"/>
          <w:szCs w:val="28"/>
          <w:lang w:eastAsia="zh-CN"/>
        </w:rPr>
        <w:t>外观，外观也是内观。你执着于内</w:t>
      </w:r>
      <w:r w:rsidR="002959A3" w:rsidRPr="00E35207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E35207">
        <w:rPr>
          <w:rFonts w:eastAsia="宋体"/>
          <w:b/>
          <w:bCs/>
          <w:sz w:val="28"/>
          <w:szCs w:val="28"/>
          <w:lang w:eastAsia="zh-CN"/>
        </w:rPr>
        <w:t>对吗？执着于外</w:t>
      </w:r>
      <w:r w:rsidR="002959A3" w:rsidRPr="00E35207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E35207">
        <w:rPr>
          <w:rFonts w:eastAsia="宋体"/>
          <w:b/>
          <w:bCs/>
          <w:sz w:val="28"/>
          <w:szCs w:val="28"/>
          <w:lang w:eastAsia="zh-CN"/>
        </w:rPr>
        <w:t>对吗？得明健身讲</w:t>
      </w:r>
      <w:r w:rsidR="00792A19" w:rsidRPr="00E35207">
        <w:rPr>
          <w:rFonts w:eastAsia="宋体" w:hint="eastAsia"/>
          <w:b/>
          <w:bCs/>
          <w:sz w:val="28"/>
          <w:szCs w:val="28"/>
          <w:lang w:eastAsia="zh-CN"/>
        </w:rPr>
        <w:t>结节</w:t>
      </w:r>
      <w:r w:rsidRPr="00E35207">
        <w:rPr>
          <w:rFonts w:eastAsia="宋体"/>
          <w:b/>
          <w:bCs/>
          <w:sz w:val="28"/>
          <w:szCs w:val="28"/>
          <w:lang w:eastAsia="zh-CN"/>
        </w:rPr>
        <w:t>，所有结是怎么形成的？</w:t>
      </w:r>
    </w:p>
    <w:p w14:paraId="617587D9" w14:textId="00841E7A" w:rsidR="00792A19" w:rsidRDefault="0076289F" w:rsidP="0076289F">
      <w:pPr>
        <w:widowControl w:val="0"/>
        <w:adjustRightInd w:val="0"/>
        <w:snapToGrid w:val="0"/>
        <w:spacing w:after="0" w:line="360" w:lineRule="auto"/>
        <w:ind w:firstLineChars="200" w:firstLine="56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可心：</w:t>
      </w:r>
      <w:r w:rsidR="00792A19" w:rsidRPr="00444D34">
        <w:rPr>
          <w:rFonts w:eastAsia="宋体"/>
          <w:sz w:val="28"/>
          <w:szCs w:val="28"/>
          <w:lang w:eastAsia="zh-CN"/>
        </w:rPr>
        <w:t>气</w:t>
      </w:r>
      <w:proofErr w:type="gramStart"/>
      <w:r w:rsidR="00792A19" w:rsidRPr="00444D34">
        <w:rPr>
          <w:rFonts w:eastAsia="宋体"/>
          <w:sz w:val="28"/>
          <w:szCs w:val="28"/>
          <w:lang w:eastAsia="zh-CN"/>
        </w:rPr>
        <w:t>聚</w:t>
      </w:r>
      <w:r w:rsidR="00792A19">
        <w:rPr>
          <w:rFonts w:eastAsia="宋体" w:hint="eastAsia"/>
          <w:sz w:val="28"/>
          <w:szCs w:val="28"/>
          <w:lang w:eastAsia="zh-CN"/>
        </w:rPr>
        <w:t>形成</w:t>
      </w:r>
      <w:proofErr w:type="gramEnd"/>
      <w:r w:rsidR="00792A19">
        <w:rPr>
          <w:rFonts w:eastAsia="宋体" w:hint="eastAsia"/>
          <w:sz w:val="28"/>
          <w:szCs w:val="28"/>
          <w:lang w:eastAsia="zh-CN"/>
        </w:rPr>
        <w:t>的。</w:t>
      </w:r>
    </w:p>
    <w:p w14:paraId="4238BEB2" w14:textId="77777777" w:rsidR="00792A19" w:rsidRPr="00E35207" w:rsidRDefault="00792A19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 w:hint="eastAsia"/>
          <w:b/>
          <w:bCs/>
          <w:sz w:val="28"/>
          <w:szCs w:val="28"/>
          <w:lang w:eastAsia="zh-CN"/>
        </w:rPr>
      </w:pPr>
      <w:r w:rsidRPr="00E35207">
        <w:rPr>
          <w:rFonts w:eastAsia="宋体" w:hint="eastAsia"/>
          <w:b/>
          <w:bCs/>
          <w:sz w:val="28"/>
          <w:szCs w:val="28"/>
          <w:lang w:eastAsia="zh-CN"/>
        </w:rPr>
        <w:t>师：</w:t>
      </w:r>
      <w:r w:rsidRPr="00E35207">
        <w:rPr>
          <w:rFonts w:eastAsia="宋体"/>
          <w:b/>
          <w:bCs/>
          <w:sz w:val="28"/>
          <w:szCs w:val="28"/>
          <w:lang w:eastAsia="zh-CN"/>
        </w:rPr>
        <w:t>为什么会气聚？</w:t>
      </w:r>
    </w:p>
    <w:p w14:paraId="3FECB0B3" w14:textId="64C0A790" w:rsidR="00792A19" w:rsidRDefault="0076289F" w:rsidP="0076289F">
      <w:pPr>
        <w:widowControl w:val="0"/>
        <w:adjustRightInd w:val="0"/>
        <w:snapToGrid w:val="0"/>
        <w:spacing w:after="0" w:line="360" w:lineRule="auto"/>
        <w:ind w:firstLineChars="200" w:firstLine="56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可心：</w:t>
      </w:r>
      <w:r w:rsidR="00792A19" w:rsidRPr="00444D34">
        <w:rPr>
          <w:rFonts w:eastAsia="宋体"/>
          <w:sz w:val="28"/>
          <w:szCs w:val="28"/>
          <w:lang w:eastAsia="zh-CN"/>
        </w:rPr>
        <w:t>因为你心一紧，百脉皆紧，然后就凝聚了。</w:t>
      </w:r>
    </w:p>
    <w:p w14:paraId="5D82AA98" w14:textId="77777777" w:rsidR="00792A19" w:rsidRPr="00E35207" w:rsidRDefault="00792A19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 w:hint="eastAsia"/>
          <w:b/>
          <w:bCs/>
          <w:sz w:val="28"/>
          <w:szCs w:val="28"/>
          <w:lang w:eastAsia="zh-CN"/>
        </w:rPr>
      </w:pPr>
      <w:r w:rsidRPr="00E35207">
        <w:rPr>
          <w:rFonts w:eastAsia="宋体" w:hint="eastAsia"/>
          <w:b/>
          <w:bCs/>
          <w:sz w:val="28"/>
          <w:szCs w:val="28"/>
          <w:lang w:eastAsia="zh-CN"/>
        </w:rPr>
        <w:t>师：</w:t>
      </w:r>
      <w:r w:rsidRPr="00E35207">
        <w:rPr>
          <w:rFonts w:eastAsia="宋体"/>
          <w:b/>
          <w:bCs/>
          <w:sz w:val="28"/>
          <w:szCs w:val="28"/>
          <w:lang w:eastAsia="zh-CN"/>
        </w:rPr>
        <w:t>你为什么会</w:t>
      </w:r>
      <w:r w:rsidRPr="00E35207">
        <w:rPr>
          <w:rFonts w:eastAsia="宋体" w:hint="eastAsia"/>
          <w:b/>
          <w:bCs/>
          <w:sz w:val="28"/>
          <w:szCs w:val="28"/>
          <w:lang w:eastAsia="zh-CN"/>
        </w:rPr>
        <w:t>紧</w:t>
      </w:r>
      <w:r w:rsidRPr="00E35207">
        <w:rPr>
          <w:rFonts w:eastAsia="宋体"/>
          <w:b/>
          <w:bCs/>
          <w:sz w:val="28"/>
          <w:szCs w:val="28"/>
          <w:lang w:eastAsia="zh-CN"/>
        </w:rPr>
        <w:t>啊？</w:t>
      </w:r>
    </w:p>
    <w:p w14:paraId="4ADAA448" w14:textId="046AE857" w:rsidR="009C6D36" w:rsidRDefault="0076289F" w:rsidP="0076289F">
      <w:pPr>
        <w:widowControl w:val="0"/>
        <w:adjustRightInd w:val="0"/>
        <w:snapToGrid w:val="0"/>
        <w:spacing w:after="0" w:line="360" w:lineRule="auto"/>
        <w:ind w:firstLineChars="200" w:firstLine="56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可心：</w:t>
      </w:r>
      <w:r w:rsidR="009C6D36" w:rsidRPr="00444D34">
        <w:rPr>
          <w:rFonts w:eastAsia="宋体"/>
          <w:sz w:val="28"/>
          <w:szCs w:val="28"/>
          <w:lang w:eastAsia="zh-CN"/>
        </w:rPr>
        <w:t>因为你的心老是被一些东西揪着</w:t>
      </w:r>
      <w:r w:rsidR="009C6D36">
        <w:rPr>
          <w:rFonts w:eastAsia="宋体" w:hint="eastAsia"/>
          <w:sz w:val="28"/>
          <w:szCs w:val="28"/>
          <w:lang w:eastAsia="zh-CN"/>
        </w:rPr>
        <w:t>。</w:t>
      </w:r>
    </w:p>
    <w:p w14:paraId="3237A5AE" w14:textId="77777777" w:rsidR="00580C2D" w:rsidRPr="00580C2D" w:rsidRDefault="009C6D36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/>
          <w:b/>
          <w:bCs/>
          <w:sz w:val="28"/>
          <w:szCs w:val="28"/>
          <w:lang w:eastAsia="zh-CN"/>
        </w:rPr>
      </w:pPr>
      <w:r w:rsidRPr="00580C2D">
        <w:rPr>
          <w:rFonts w:eastAsia="宋体" w:hint="eastAsia"/>
          <w:b/>
          <w:bCs/>
          <w:sz w:val="28"/>
          <w:szCs w:val="28"/>
          <w:lang w:eastAsia="zh-CN"/>
        </w:rPr>
        <w:t>师：</w:t>
      </w:r>
      <w:r w:rsidRPr="00580C2D">
        <w:rPr>
          <w:rFonts w:eastAsia="宋体"/>
          <w:b/>
          <w:bCs/>
          <w:sz w:val="28"/>
          <w:szCs w:val="28"/>
          <w:lang w:eastAsia="zh-CN"/>
        </w:rPr>
        <w:t>因为我们有执着</w:t>
      </w:r>
      <w:r w:rsidRPr="00580C2D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580C2D">
        <w:rPr>
          <w:rFonts w:eastAsia="宋体"/>
          <w:b/>
          <w:bCs/>
          <w:sz w:val="28"/>
          <w:szCs w:val="28"/>
          <w:lang w:eastAsia="zh-CN"/>
        </w:rPr>
        <w:t>你才会气聚</w:t>
      </w:r>
      <w:r w:rsidRPr="00580C2D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580C2D">
        <w:rPr>
          <w:rFonts w:eastAsia="宋体"/>
          <w:b/>
          <w:bCs/>
          <w:sz w:val="28"/>
          <w:szCs w:val="28"/>
          <w:lang w:eastAsia="zh-CN"/>
        </w:rPr>
        <w:t>你才会紧。那么我们执着于外在的</w:t>
      </w:r>
      <w:proofErr w:type="gramStart"/>
      <w:r w:rsidRPr="00580C2D">
        <w:rPr>
          <w:rFonts w:eastAsia="宋体"/>
          <w:b/>
          <w:bCs/>
          <w:sz w:val="28"/>
          <w:szCs w:val="28"/>
          <w:lang w:eastAsia="zh-CN"/>
        </w:rPr>
        <w:t>名色财利</w:t>
      </w:r>
      <w:proofErr w:type="gramEnd"/>
      <w:r w:rsidR="00580C2D" w:rsidRPr="00580C2D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580C2D">
        <w:rPr>
          <w:rFonts w:eastAsia="宋体"/>
          <w:b/>
          <w:bCs/>
          <w:sz w:val="28"/>
          <w:szCs w:val="28"/>
          <w:lang w:eastAsia="zh-CN"/>
        </w:rPr>
        <w:t>对不对？执着于内观，执着于内在的变化，对不对？我原先经常说的一个寓言，叫庄子讲，</w:t>
      </w:r>
      <w:r w:rsidR="00635D6B" w:rsidRPr="00580C2D">
        <w:rPr>
          <w:rFonts w:eastAsia="宋体" w:hint="eastAsia"/>
          <w:b/>
          <w:bCs/>
          <w:sz w:val="28"/>
          <w:szCs w:val="28"/>
          <w:lang w:eastAsia="zh-CN"/>
        </w:rPr>
        <w:t>“</w:t>
      </w:r>
      <w:r w:rsidRPr="00580C2D">
        <w:rPr>
          <w:rFonts w:eastAsia="宋体"/>
          <w:b/>
          <w:bCs/>
          <w:sz w:val="28"/>
          <w:szCs w:val="28"/>
          <w:lang w:eastAsia="zh-CN"/>
        </w:rPr>
        <w:t>臧谷亡羊</w:t>
      </w:r>
      <w:r w:rsidR="00635D6B" w:rsidRPr="00580C2D">
        <w:rPr>
          <w:rFonts w:eastAsia="宋体" w:hint="eastAsia"/>
          <w:b/>
          <w:bCs/>
          <w:sz w:val="28"/>
          <w:szCs w:val="28"/>
          <w:lang w:eastAsia="zh-CN"/>
        </w:rPr>
        <w:t>”</w:t>
      </w:r>
      <w:r w:rsidRPr="00580C2D">
        <w:rPr>
          <w:rFonts w:eastAsia="宋体"/>
          <w:b/>
          <w:bCs/>
          <w:sz w:val="28"/>
          <w:szCs w:val="28"/>
          <w:lang w:eastAsia="zh-CN"/>
        </w:rPr>
        <w:t>，</w:t>
      </w:r>
      <w:r w:rsidR="00635D6B" w:rsidRPr="00580C2D">
        <w:rPr>
          <w:rFonts w:eastAsia="宋体" w:hint="eastAsia"/>
          <w:b/>
          <w:bCs/>
          <w:sz w:val="28"/>
          <w:szCs w:val="28"/>
          <w:lang w:eastAsia="zh-CN"/>
        </w:rPr>
        <w:t>“</w:t>
      </w:r>
      <w:proofErr w:type="gramStart"/>
      <w:r w:rsidR="00635D6B" w:rsidRPr="00580C2D">
        <w:rPr>
          <w:rFonts w:eastAsia="宋体"/>
          <w:b/>
          <w:bCs/>
          <w:sz w:val="28"/>
          <w:szCs w:val="28"/>
          <w:lang w:eastAsia="zh-CN"/>
        </w:rPr>
        <w:t>臧</w:t>
      </w:r>
      <w:proofErr w:type="gramEnd"/>
      <w:r w:rsidR="00635D6B" w:rsidRPr="00580C2D">
        <w:rPr>
          <w:rFonts w:eastAsia="宋体"/>
          <w:b/>
          <w:bCs/>
          <w:sz w:val="28"/>
          <w:szCs w:val="28"/>
          <w:lang w:eastAsia="zh-CN"/>
        </w:rPr>
        <w:t>与谷,二人相与牧羊而俱亡其羊</w:t>
      </w:r>
      <w:r w:rsidR="00635D6B" w:rsidRPr="00580C2D">
        <w:rPr>
          <w:rFonts w:eastAsia="宋体" w:hint="eastAsia"/>
          <w:b/>
          <w:bCs/>
          <w:sz w:val="28"/>
          <w:szCs w:val="28"/>
          <w:lang w:eastAsia="zh-CN"/>
        </w:rPr>
        <w:t>”，“其亡羊者无异也”。</w:t>
      </w:r>
      <w:proofErr w:type="gramStart"/>
      <w:r w:rsidRPr="00580C2D">
        <w:rPr>
          <w:rFonts w:eastAsia="宋体"/>
          <w:b/>
          <w:bCs/>
          <w:sz w:val="28"/>
          <w:szCs w:val="28"/>
          <w:lang w:eastAsia="zh-CN"/>
        </w:rPr>
        <w:t>臧</w:t>
      </w:r>
      <w:proofErr w:type="gramEnd"/>
      <w:r w:rsidRPr="00580C2D">
        <w:rPr>
          <w:rFonts w:eastAsia="宋体"/>
          <w:b/>
          <w:bCs/>
          <w:sz w:val="28"/>
          <w:szCs w:val="28"/>
          <w:lang w:eastAsia="zh-CN"/>
        </w:rPr>
        <w:t>，这个小孩很好，放羊的时候，天天学习，最后</w:t>
      </w:r>
      <w:proofErr w:type="gramStart"/>
      <w:r w:rsidRPr="00580C2D">
        <w:rPr>
          <w:rFonts w:eastAsia="宋体"/>
          <w:b/>
          <w:bCs/>
          <w:sz w:val="28"/>
          <w:szCs w:val="28"/>
          <w:lang w:eastAsia="zh-CN"/>
        </w:rPr>
        <w:t>把羊丢了</w:t>
      </w:r>
      <w:proofErr w:type="gramEnd"/>
      <w:r w:rsidRPr="00580C2D">
        <w:rPr>
          <w:rFonts w:eastAsia="宋体"/>
          <w:b/>
          <w:bCs/>
          <w:sz w:val="28"/>
          <w:szCs w:val="28"/>
          <w:lang w:eastAsia="zh-CN"/>
        </w:rPr>
        <w:t>，</w:t>
      </w:r>
      <w:proofErr w:type="gramStart"/>
      <w:r w:rsidRPr="00580C2D">
        <w:rPr>
          <w:rFonts w:eastAsia="宋体"/>
          <w:b/>
          <w:bCs/>
          <w:sz w:val="28"/>
          <w:szCs w:val="28"/>
          <w:lang w:eastAsia="zh-CN"/>
        </w:rPr>
        <w:t>砰啪打</w:t>
      </w:r>
      <w:proofErr w:type="gramEnd"/>
      <w:r w:rsidRPr="00580C2D">
        <w:rPr>
          <w:rFonts w:eastAsia="宋体"/>
          <w:b/>
          <w:bCs/>
          <w:sz w:val="28"/>
          <w:szCs w:val="28"/>
          <w:lang w:eastAsia="zh-CN"/>
        </w:rPr>
        <w:t>一顿</w:t>
      </w:r>
      <w:r w:rsidR="00635D6B" w:rsidRPr="00580C2D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580C2D">
        <w:rPr>
          <w:rFonts w:eastAsia="宋体"/>
          <w:b/>
          <w:bCs/>
          <w:sz w:val="28"/>
          <w:szCs w:val="28"/>
          <w:lang w:eastAsia="zh-CN"/>
        </w:rPr>
        <w:t>谷是一个</w:t>
      </w:r>
      <w:proofErr w:type="gramStart"/>
      <w:r w:rsidRPr="00580C2D">
        <w:rPr>
          <w:rFonts w:eastAsia="宋体"/>
          <w:b/>
          <w:bCs/>
          <w:sz w:val="28"/>
          <w:szCs w:val="28"/>
          <w:lang w:eastAsia="zh-CN"/>
        </w:rPr>
        <w:t>淘</w:t>
      </w:r>
      <w:proofErr w:type="gramEnd"/>
      <w:r w:rsidRPr="00580C2D">
        <w:rPr>
          <w:rFonts w:eastAsia="宋体"/>
          <w:b/>
          <w:bCs/>
          <w:sz w:val="28"/>
          <w:szCs w:val="28"/>
          <w:lang w:eastAsia="zh-CN"/>
        </w:rPr>
        <w:t>小子，他</w:t>
      </w:r>
      <w:proofErr w:type="gramStart"/>
      <w:r w:rsidRPr="00580C2D">
        <w:rPr>
          <w:rFonts w:eastAsia="宋体"/>
          <w:b/>
          <w:bCs/>
          <w:sz w:val="28"/>
          <w:szCs w:val="28"/>
          <w:lang w:eastAsia="zh-CN"/>
        </w:rPr>
        <w:t>一</w:t>
      </w:r>
      <w:proofErr w:type="gramEnd"/>
      <w:r w:rsidRPr="00580C2D">
        <w:rPr>
          <w:rFonts w:eastAsia="宋体"/>
          <w:b/>
          <w:bCs/>
          <w:sz w:val="28"/>
          <w:szCs w:val="28"/>
          <w:lang w:eastAsia="zh-CN"/>
        </w:rPr>
        <w:t>放</w:t>
      </w:r>
      <w:r w:rsidR="00635D6B" w:rsidRPr="00580C2D">
        <w:rPr>
          <w:rFonts w:eastAsia="宋体" w:hint="eastAsia"/>
          <w:b/>
          <w:bCs/>
          <w:sz w:val="28"/>
          <w:szCs w:val="28"/>
          <w:lang w:eastAsia="zh-CN"/>
        </w:rPr>
        <w:t>羊</w:t>
      </w:r>
      <w:r w:rsidRPr="00580C2D">
        <w:rPr>
          <w:rFonts w:eastAsia="宋体"/>
          <w:b/>
          <w:bCs/>
          <w:sz w:val="28"/>
          <w:szCs w:val="28"/>
          <w:lang w:eastAsia="zh-CN"/>
        </w:rPr>
        <w:t>就爱玩儿，最后把羊也丢了，啪啪又打</w:t>
      </w:r>
      <w:r w:rsidR="00635D6B" w:rsidRPr="00580C2D">
        <w:rPr>
          <w:rFonts w:eastAsia="宋体" w:hint="eastAsia"/>
          <w:b/>
          <w:bCs/>
          <w:sz w:val="28"/>
          <w:szCs w:val="28"/>
          <w:lang w:eastAsia="zh-CN"/>
        </w:rPr>
        <w:t>一顿。“其亡羊者无异也”</w:t>
      </w:r>
      <w:r w:rsidRPr="00580C2D">
        <w:rPr>
          <w:rFonts w:eastAsia="宋体"/>
          <w:b/>
          <w:bCs/>
          <w:sz w:val="28"/>
          <w:szCs w:val="28"/>
          <w:lang w:eastAsia="zh-CN"/>
        </w:rPr>
        <w:t>，</w:t>
      </w:r>
      <w:r w:rsidR="00635D6B" w:rsidRPr="00580C2D">
        <w:rPr>
          <w:rFonts w:eastAsia="宋体" w:hint="eastAsia"/>
          <w:b/>
          <w:bCs/>
          <w:sz w:val="28"/>
          <w:szCs w:val="28"/>
          <w:lang w:eastAsia="zh-CN"/>
        </w:rPr>
        <w:t>在“亡羊”</w:t>
      </w:r>
      <w:r w:rsidRPr="00580C2D">
        <w:rPr>
          <w:rFonts w:eastAsia="宋体"/>
          <w:b/>
          <w:bCs/>
          <w:sz w:val="28"/>
          <w:szCs w:val="28"/>
          <w:lang w:eastAsia="zh-CN"/>
        </w:rPr>
        <w:t>这个事情上，他们画等号</w:t>
      </w:r>
      <w:r w:rsidR="00635D6B" w:rsidRPr="00580C2D">
        <w:rPr>
          <w:rFonts w:eastAsia="宋体" w:hint="eastAsia"/>
          <w:b/>
          <w:bCs/>
          <w:sz w:val="28"/>
          <w:szCs w:val="28"/>
          <w:lang w:eastAsia="zh-CN"/>
        </w:rPr>
        <w:t>。</w:t>
      </w:r>
    </w:p>
    <w:p w14:paraId="3703F79F" w14:textId="77777777" w:rsidR="0078323B" w:rsidRPr="0078323B" w:rsidRDefault="00635D6B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/>
          <w:b/>
          <w:bCs/>
          <w:sz w:val="28"/>
          <w:szCs w:val="28"/>
          <w:lang w:eastAsia="zh-CN"/>
        </w:rPr>
      </w:pPr>
      <w:r w:rsidRPr="0078323B">
        <w:rPr>
          <w:rFonts w:eastAsia="宋体" w:hint="eastAsia"/>
          <w:b/>
          <w:bCs/>
          <w:sz w:val="28"/>
          <w:szCs w:val="28"/>
          <w:lang w:eastAsia="zh-CN"/>
        </w:rPr>
        <w:t>那</w:t>
      </w:r>
      <w:r w:rsidR="009C6D36" w:rsidRPr="0078323B">
        <w:rPr>
          <w:rFonts w:eastAsia="宋体"/>
          <w:b/>
          <w:bCs/>
          <w:sz w:val="28"/>
          <w:szCs w:val="28"/>
          <w:lang w:eastAsia="zh-CN"/>
        </w:rPr>
        <w:t>羊代表什么呢？代表阳气、真气、元真。你一个浪荡公子</w:t>
      </w:r>
      <w:r w:rsidR="00204F20" w:rsidRPr="0078323B">
        <w:rPr>
          <w:rFonts w:eastAsia="宋体" w:hint="eastAsia"/>
          <w:b/>
          <w:bCs/>
          <w:sz w:val="28"/>
          <w:szCs w:val="28"/>
          <w:lang w:eastAsia="zh-CN"/>
        </w:rPr>
        <w:t>，天天吃喝嫖赌</w:t>
      </w:r>
      <w:r w:rsidR="009C6D36" w:rsidRPr="0078323B">
        <w:rPr>
          <w:rFonts w:eastAsia="宋体"/>
          <w:b/>
          <w:bCs/>
          <w:sz w:val="28"/>
          <w:szCs w:val="28"/>
          <w:lang w:eastAsia="zh-CN"/>
        </w:rPr>
        <w:t>啥都干，把阳气精气给散掉了</w:t>
      </w:r>
      <w:r w:rsidR="00204F20" w:rsidRPr="0078323B">
        <w:rPr>
          <w:rFonts w:eastAsia="宋体" w:hint="eastAsia"/>
          <w:b/>
          <w:bCs/>
          <w:sz w:val="28"/>
          <w:szCs w:val="28"/>
          <w:lang w:eastAsia="zh-CN"/>
        </w:rPr>
        <w:t>，对吗？</w:t>
      </w:r>
      <w:r w:rsidR="009C6D36" w:rsidRPr="0078323B">
        <w:rPr>
          <w:rFonts w:eastAsia="宋体"/>
          <w:b/>
          <w:bCs/>
          <w:sz w:val="28"/>
          <w:szCs w:val="28"/>
          <w:lang w:eastAsia="zh-CN"/>
        </w:rPr>
        <w:t>那我一个好学生，</w:t>
      </w:r>
      <w:r w:rsidR="009C6D36" w:rsidRPr="0078323B">
        <w:rPr>
          <w:rFonts w:eastAsia="宋体"/>
          <w:b/>
          <w:bCs/>
          <w:sz w:val="28"/>
          <w:szCs w:val="28"/>
          <w:lang w:eastAsia="zh-CN"/>
        </w:rPr>
        <w:lastRenderedPageBreak/>
        <w:t>天天学习，工作非常卖力，最后把精气也散光了，对吗？</w:t>
      </w:r>
      <w:r w:rsidR="00204F20" w:rsidRPr="0078323B">
        <w:rPr>
          <w:rFonts w:eastAsia="宋体" w:hint="eastAsia"/>
          <w:b/>
          <w:bCs/>
          <w:sz w:val="28"/>
          <w:szCs w:val="28"/>
          <w:lang w:eastAsia="zh-CN"/>
        </w:rPr>
        <w:t>是不是</w:t>
      </w:r>
      <w:r w:rsidR="009C6D36" w:rsidRPr="0078323B">
        <w:rPr>
          <w:rFonts w:eastAsia="宋体"/>
          <w:b/>
          <w:bCs/>
          <w:sz w:val="28"/>
          <w:szCs w:val="28"/>
          <w:lang w:eastAsia="zh-CN"/>
        </w:rPr>
        <w:t>都不对呀？为什么很多好人容易得癌症呢？承受的东西太多，放不开东西太多</w:t>
      </w:r>
      <w:r w:rsidR="008C7E8C" w:rsidRPr="0078323B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="009C6D36" w:rsidRPr="0078323B">
        <w:rPr>
          <w:rFonts w:eastAsia="宋体"/>
          <w:b/>
          <w:bCs/>
          <w:sz w:val="28"/>
          <w:szCs w:val="28"/>
          <w:lang w:eastAsia="zh-CN"/>
        </w:rPr>
        <w:t>都抓在手里，最后</w:t>
      </w:r>
      <w:proofErr w:type="gramStart"/>
      <w:r w:rsidR="009C6D36" w:rsidRPr="0078323B">
        <w:rPr>
          <w:rFonts w:eastAsia="宋体"/>
          <w:b/>
          <w:bCs/>
          <w:sz w:val="28"/>
          <w:szCs w:val="28"/>
          <w:lang w:eastAsia="zh-CN"/>
        </w:rPr>
        <w:t>给抓成癌症</w:t>
      </w:r>
      <w:proofErr w:type="gramEnd"/>
      <w:r w:rsidR="009C6D36" w:rsidRPr="0078323B">
        <w:rPr>
          <w:rFonts w:eastAsia="宋体"/>
          <w:b/>
          <w:bCs/>
          <w:sz w:val="28"/>
          <w:szCs w:val="28"/>
          <w:lang w:eastAsia="zh-CN"/>
        </w:rPr>
        <w:t>了</w:t>
      </w:r>
      <w:r w:rsidR="008C7E8C" w:rsidRPr="0078323B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="009C6D36" w:rsidRPr="0078323B">
        <w:rPr>
          <w:rFonts w:eastAsia="宋体"/>
          <w:b/>
          <w:bCs/>
          <w:sz w:val="28"/>
          <w:szCs w:val="28"/>
          <w:lang w:eastAsia="zh-CN"/>
        </w:rPr>
        <w:t>身体本身</w:t>
      </w:r>
      <w:r w:rsidR="00AF7680" w:rsidRPr="0078323B">
        <w:rPr>
          <w:rFonts w:eastAsia="宋体" w:hint="eastAsia"/>
          <w:b/>
          <w:bCs/>
          <w:sz w:val="28"/>
          <w:szCs w:val="28"/>
          <w:lang w:eastAsia="zh-CN"/>
        </w:rPr>
        <w:t>它</w:t>
      </w:r>
      <w:r w:rsidR="009C6D36" w:rsidRPr="0078323B">
        <w:rPr>
          <w:rFonts w:eastAsia="宋体"/>
          <w:b/>
          <w:bCs/>
          <w:sz w:val="28"/>
          <w:szCs w:val="28"/>
          <w:lang w:eastAsia="zh-CN"/>
        </w:rPr>
        <w:t>没有道德，没有好坏，</w:t>
      </w:r>
      <w:r w:rsidR="00AF7680" w:rsidRPr="0078323B">
        <w:rPr>
          <w:rFonts w:eastAsia="宋体" w:hint="eastAsia"/>
          <w:b/>
          <w:bCs/>
          <w:sz w:val="28"/>
          <w:szCs w:val="28"/>
          <w:lang w:eastAsia="zh-CN"/>
        </w:rPr>
        <w:t>它</w:t>
      </w:r>
      <w:r w:rsidR="009C6D36" w:rsidRPr="0078323B">
        <w:rPr>
          <w:rFonts w:eastAsia="宋体"/>
          <w:b/>
          <w:bCs/>
          <w:sz w:val="28"/>
          <w:szCs w:val="28"/>
          <w:lang w:eastAsia="zh-CN"/>
        </w:rPr>
        <w:t>只有是不是适合自己</w:t>
      </w:r>
      <w:r w:rsidR="00AF7680" w:rsidRPr="0078323B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="009C6D36" w:rsidRPr="0078323B">
        <w:rPr>
          <w:rFonts w:eastAsia="宋体"/>
          <w:b/>
          <w:bCs/>
          <w:sz w:val="28"/>
          <w:szCs w:val="28"/>
          <w:lang w:eastAsia="zh-CN"/>
        </w:rPr>
        <w:t>就是健康方面，你并不是</w:t>
      </w:r>
      <w:proofErr w:type="gramStart"/>
      <w:r w:rsidR="009C6D36" w:rsidRPr="0078323B">
        <w:rPr>
          <w:rFonts w:eastAsia="宋体"/>
          <w:b/>
          <w:bCs/>
          <w:sz w:val="28"/>
          <w:szCs w:val="28"/>
          <w:lang w:eastAsia="zh-CN"/>
        </w:rPr>
        <w:t>说你佛念一万句</w:t>
      </w:r>
      <w:proofErr w:type="gramEnd"/>
      <w:r w:rsidR="00AF7680" w:rsidRPr="0078323B">
        <w:rPr>
          <w:rFonts w:eastAsia="宋体" w:hint="eastAsia"/>
          <w:b/>
          <w:bCs/>
          <w:sz w:val="28"/>
          <w:szCs w:val="28"/>
          <w:lang w:eastAsia="zh-CN"/>
        </w:rPr>
        <w:t>“</w:t>
      </w:r>
      <w:r w:rsidR="009C6D36" w:rsidRPr="0078323B">
        <w:rPr>
          <w:rFonts w:eastAsia="宋体"/>
          <w:b/>
          <w:bCs/>
          <w:sz w:val="28"/>
          <w:szCs w:val="28"/>
          <w:lang w:eastAsia="zh-CN"/>
        </w:rPr>
        <w:t>阿弥陀佛</w:t>
      </w:r>
      <w:r w:rsidR="00AF7680" w:rsidRPr="0078323B">
        <w:rPr>
          <w:rFonts w:eastAsia="宋体" w:hint="eastAsia"/>
          <w:b/>
          <w:bCs/>
          <w:sz w:val="28"/>
          <w:szCs w:val="28"/>
          <w:lang w:eastAsia="zh-CN"/>
        </w:rPr>
        <w:t>”</w:t>
      </w:r>
      <w:r w:rsidR="009C6D36" w:rsidRPr="0078323B">
        <w:rPr>
          <w:rFonts w:eastAsia="宋体"/>
          <w:b/>
          <w:bCs/>
          <w:sz w:val="28"/>
          <w:szCs w:val="28"/>
          <w:lang w:eastAsia="zh-CN"/>
        </w:rPr>
        <w:t>，你就能好病，千真万确啊</w:t>
      </w:r>
      <w:r w:rsidR="00AF7680" w:rsidRPr="0078323B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="009C6D36" w:rsidRPr="0078323B">
        <w:rPr>
          <w:rFonts w:eastAsia="宋体"/>
          <w:b/>
          <w:bCs/>
          <w:sz w:val="28"/>
          <w:szCs w:val="28"/>
          <w:lang w:eastAsia="zh-CN"/>
        </w:rPr>
        <w:t>并不是你表现的很好，按世俗的要求，你做的很优秀，你就不得病。</w:t>
      </w:r>
    </w:p>
    <w:p w14:paraId="255AB9B9" w14:textId="584A574D" w:rsidR="00DC04D3" w:rsidRPr="0078323B" w:rsidRDefault="00C163BA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 w:hint="eastAsia"/>
          <w:b/>
          <w:bCs/>
          <w:sz w:val="28"/>
          <w:szCs w:val="28"/>
          <w:lang w:eastAsia="zh-CN"/>
        </w:rPr>
      </w:pPr>
      <w:r w:rsidRPr="0078323B">
        <w:rPr>
          <w:rFonts w:eastAsia="宋体" w:hint="eastAsia"/>
          <w:b/>
          <w:bCs/>
          <w:sz w:val="28"/>
          <w:szCs w:val="28"/>
          <w:lang w:eastAsia="zh-CN"/>
        </w:rPr>
        <w:t>“</w:t>
      </w:r>
      <w:r w:rsidR="009C6D36" w:rsidRPr="0078323B">
        <w:rPr>
          <w:rFonts w:eastAsia="宋体"/>
          <w:b/>
          <w:bCs/>
          <w:sz w:val="28"/>
          <w:szCs w:val="28"/>
          <w:lang w:eastAsia="zh-CN"/>
        </w:rPr>
        <w:t>天地无心，天地无亲”，并没有统一的善恶标准</w:t>
      </w:r>
      <w:r w:rsidR="00825E62" w:rsidRPr="0078323B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="009C6D36" w:rsidRPr="0078323B">
        <w:rPr>
          <w:rFonts w:eastAsia="宋体"/>
          <w:b/>
          <w:bCs/>
          <w:sz w:val="28"/>
          <w:szCs w:val="28"/>
          <w:lang w:eastAsia="zh-CN"/>
        </w:rPr>
        <w:t>这个就是老子说的</w:t>
      </w:r>
      <w:r w:rsidR="00825E62" w:rsidRPr="0078323B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="009C6D36" w:rsidRPr="0078323B">
        <w:rPr>
          <w:rFonts w:eastAsia="宋体"/>
          <w:b/>
          <w:bCs/>
          <w:sz w:val="28"/>
          <w:szCs w:val="28"/>
          <w:lang w:eastAsia="zh-CN"/>
        </w:rPr>
        <w:t>并不是好人就不得病，坏人就一定得病。我们要顺应自然，道无鬼神，独往独来，你只有顺应自然，心胸开阔，</w:t>
      </w:r>
      <w:proofErr w:type="gramStart"/>
      <w:r w:rsidR="009C6D36" w:rsidRPr="0078323B">
        <w:rPr>
          <w:rFonts w:eastAsia="宋体"/>
          <w:b/>
          <w:bCs/>
          <w:sz w:val="28"/>
          <w:szCs w:val="28"/>
          <w:lang w:eastAsia="zh-CN"/>
        </w:rPr>
        <w:t>不</w:t>
      </w:r>
      <w:proofErr w:type="gramEnd"/>
      <w:r w:rsidR="009C6D36" w:rsidRPr="0078323B">
        <w:rPr>
          <w:rFonts w:eastAsia="宋体"/>
          <w:b/>
          <w:bCs/>
          <w:sz w:val="28"/>
          <w:szCs w:val="28"/>
          <w:lang w:eastAsia="zh-CN"/>
        </w:rPr>
        <w:t>纠结，既</w:t>
      </w:r>
      <w:proofErr w:type="gramStart"/>
      <w:r w:rsidR="009C6D36" w:rsidRPr="0078323B">
        <w:rPr>
          <w:rFonts w:eastAsia="宋体"/>
          <w:b/>
          <w:bCs/>
          <w:sz w:val="28"/>
          <w:szCs w:val="28"/>
          <w:lang w:eastAsia="zh-CN"/>
        </w:rPr>
        <w:t>不</w:t>
      </w:r>
      <w:proofErr w:type="gramEnd"/>
      <w:r w:rsidR="009C6D36" w:rsidRPr="0078323B">
        <w:rPr>
          <w:rFonts w:eastAsia="宋体"/>
          <w:b/>
          <w:bCs/>
          <w:sz w:val="28"/>
          <w:szCs w:val="28"/>
          <w:lang w:eastAsia="zh-CN"/>
        </w:rPr>
        <w:t>纠结于外，亦</w:t>
      </w:r>
      <w:proofErr w:type="gramStart"/>
      <w:r w:rsidR="009C6D36" w:rsidRPr="0078323B">
        <w:rPr>
          <w:rFonts w:eastAsia="宋体"/>
          <w:b/>
          <w:bCs/>
          <w:sz w:val="28"/>
          <w:szCs w:val="28"/>
          <w:lang w:eastAsia="zh-CN"/>
        </w:rPr>
        <w:t>不</w:t>
      </w:r>
      <w:proofErr w:type="gramEnd"/>
      <w:r w:rsidR="009C6D36" w:rsidRPr="0078323B">
        <w:rPr>
          <w:rFonts w:eastAsia="宋体"/>
          <w:b/>
          <w:bCs/>
          <w:sz w:val="28"/>
          <w:szCs w:val="28"/>
          <w:lang w:eastAsia="zh-CN"/>
        </w:rPr>
        <w:t>纠结于内，你才能慢慢的获得一个好的身体。那么话说回来，就旅游这件事情，是不是每一个人心里的渴望？</w:t>
      </w:r>
    </w:p>
    <w:p w14:paraId="1654173E" w14:textId="4464B4A5" w:rsidR="00DC04D3" w:rsidRDefault="0076289F" w:rsidP="0076289F">
      <w:pPr>
        <w:widowControl w:val="0"/>
        <w:adjustRightInd w:val="0"/>
        <w:snapToGrid w:val="0"/>
        <w:spacing w:after="0" w:line="360" w:lineRule="auto"/>
        <w:ind w:firstLineChars="200" w:firstLine="56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可心：</w:t>
      </w:r>
      <w:r w:rsidR="00DC04D3" w:rsidRPr="00444D34">
        <w:rPr>
          <w:rFonts w:eastAsia="宋体"/>
          <w:sz w:val="28"/>
          <w:szCs w:val="28"/>
          <w:lang w:eastAsia="zh-CN"/>
        </w:rPr>
        <w:t>但是老师，有些人他已经不想跑了，他连出去的欲望都没了，真的有这样一些人，他就想</w:t>
      </w:r>
      <w:r w:rsidR="00DC04D3">
        <w:rPr>
          <w:rFonts w:eastAsia="宋体" w:hint="eastAsia"/>
          <w:sz w:val="28"/>
          <w:szCs w:val="28"/>
          <w:lang w:eastAsia="zh-CN"/>
        </w:rPr>
        <w:t>在家</w:t>
      </w:r>
      <w:r w:rsidR="00DC04D3" w:rsidRPr="00444D34">
        <w:rPr>
          <w:rFonts w:eastAsia="宋体"/>
          <w:sz w:val="28"/>
          <w:szCs w:val="28"/>
          <w:lang w:eastAsia="zh-CN"/>
        </w:rPr>
        <w:t>待着</w:t>
      </w:r>
      <w:r w:rsidR="00DC04D3">
        <w:rPr>
          <w:rFonts w:eastAsia="宋体" w:hint="eastAsia"/>
          <w:sz w:val="28"/>
          <w:szCs w:val="28"/>
          <w:lang w:eastAsia="zh-CN"/>
        </w:rPr>
        <w:t>。</w:t>
      </w:r>
    </w:p>
    <w:p w14:paraId="4F9744E5" w14:textId="77777777" w:rsidR="0078323B" w:rsidRPr="0078323B" w:rsidRDefault="00DC04D3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/>
          <w:b/>
          <w:bCs/>
          <w:sz w:val="28"/>
          <w:szCs w:val="28"/>
          <w:lang w:eastAsia="zh-CN"/>
        </w:rPr>
      </w:pPr>
      <w:r w:rsidRPr="0078323B">
        <w:rPr>
          <w:rFonts w:eastAsia="宋体" w:hint="eastAsia"/>
          <w:b/>
          <w:bCs/>
          <w:sz w:val="28"/>
          <w:szCs w:val="28"/>
          <w:lang w:eastAsia="zh-CN"/>
        </w:rPr>
        <w:t>师：太多了，</w:t>
      </w:r>
      <w:r w:rsidRPr="0078323B">
        <w:rPr>
          <w:rFonts w:eastAsia="宋体"/>
          <w:b/>
          <w:bCs/>
          <w:sz w:val="28"/>
          <w:szCs w:val="28"/>
          <w:lang w:eastAsia="zh-CN"/>
        </w:rPr>
        <w:t>这些人就坏了</w:t>
      </w:r>
      <w:r w:rsidRPr="0078323B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78323B">
        <w:rPr>
          <w:rFonts w:eastAsia="宋体"/>
          <w:b/>
          <w:bCs/>
          <w:sz w:val="28"/>
          <w:szCs w:val="28"/>
          <w:lang w:eastAsia="zh-CN"/>
        </w:rPr>
        <w:t>躺平的人坏了，我们现在有点不努力了，</w:t>
      </w:r>
      <w:proofErr w:type="gramStart"/>
      <w:r w:rsidRPr="0078323B">
        <w:rPr>
          <w:rFonts w:eastAsia="宋体"/>
          <w:b/>
          <w:bCs/>
          <w:sz w:val="28"/>
          <w:szCs w:val="28"/>
          <w:lang w:eastAsia="zh-CN"/>
        </w:rPr>
        <w:t>不奋斗</w:t>
      </w:r>
      <w:proofErr w:type="gramEnd"/>
      <w:r w:rsidRPr="0078323B">
        <w:rPr>
          <w:rFonts w:eastAsia="宋体"/>
          <w:b/>
          <w:bCs/>
          <w:sz w:val="28"/>
          <w:szCs w:val="28"/>
          <w:lang w:eastAsia="zh-CN"/>
        </w:rPr>
        <w:t>了，这些人坏了，连你挣扎的</w:t>
      </w:r>
      <w:proofErr w:type="gramStart"/>
      <w:r w:rsidRPr="0078323B">
        <w:rPr>
          <w:rFonts w:eastAsia="宋体"/>
          <w:b/>
          <w:bCs/>
          <w:sz w:val="28"/>
          <w:szCs w:val="28"/>
          <w:lang w:eastAsia="zh-CN"/>
        </w:rPr>
        <w:t>求生欲都没有</w:t>
      </w:r>
      <w:proofErr w:type="gramEnd"/>
      <w:r w:rsidRPr="0078323B">
        <w:rPr>
          <w:rFonts w:eastAsia="宋体"/>
          <w:b/>
          <w:bCs/>
          <w:sz w:val="28"/>
          <w:szCs w:val="28"/>
          <w:lang w:eastAsia="zh-CN"/>
        </w:rPr>
        <w:t>了</w:t>
      </w:r>
      <w:r w:rsidRPr="0078323B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78323B">
        <w:rPr>
          <w:rFonts w:eastAsia="宋体"/>
          <w:b/>
          <w:bCs/>
          <w:sz w:val="28"/>
          <w:szCs w:val="28"/>
          <w:lang w:eastAsia="zh-CN"/>
        </w:rPr>
        <w:t>你觉得这些人是不是对生活失去了信念，失去了追求，失去理想，都不想奋斗了</w:t>
      </w:r>
      <w:r w:rsidRPr="0078323B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78323B">
        <w:rPr>
          <w:rFonts w:eastAsia="宋体"/>
          <w:b/>
          <w:bCs/>
          <w:sz w:val="28"/>
          <w:szCs w:val="28"/>
          <w:lang w:eastAsia="zh-CN"/>
        </w:rPr>
        <w:t>你觉得他还会有生机</w:t>
      </w:r>
      <w:r w:rsidRPr="0078323B">
        <w:rPr>
          <w:rFonts w:eastAsia="宋体" w:hint="eastAsia"/>
          <w:b/>
          <w:bCs/>
          <w:sz w:val="28"/>
          <w:szCs w:val="28"/>
          <w:lang w:eastAsia="zh-CN"/>
        </w:rPr>
        <w:t>吗</w:t>
      </w:r>
      <w:r w:rsidRPr="0078323B">
        <w:rPr>
          <w:rFonts w:eastAsia="宋体"/>
          <w:b/>
          <w:bCs/>
          <w:sz w:val="28"/>
          <w:szCs w:val="28"/>
          <w:lang w:eastAsia="zh-CN"/>
        </w:rPr>
        <w:t>？如果生机没有，你觉得他身体还会健康吗？什么是生机？</w:t>
      </w:r>
      <w:r w:rsidR="00AB7621" w:rsidRPr="0078323B">
        <w:rPr>
          <w:rFonts w:eastAsia="宋体" w:hint="eastAsia"/>
          <w:b/>
          <w:bCs/>
          <w:sz w:val="28"/>
          <w:szCs w:val="28"/>
          <w:lang w:eastAsia="zh-CN"/>
        </w:rPr>
        <w:t>向</w:t>
      </w:r>
      <w:r w:rsidRPr="0078323B">
        <w:rPr>
          <w:rFonts w:eastAsia="宋体"/>
          <w:b/>
          <w:bCs/>
          <w:sz w:val="28"/>
          <w:szCs w:val="28"/>
          <w:lang w:eastAsia="zh-CN"/>
        </w:rPr>
        <w:t>积极</w:t>
      </w:r>
      <w:r w:rsidR="00AB7621" w:rsidRPr="0078323B">
        <w:rPr>
          <w:rFonts w:eastAsia="宋体" w:hint="eastAsia"/>
          <w:b/>
          <w:bCs/>
          <w:sz w:val="28"/>
          <w:szCs w:val="28"/>
          <w:lang w:eastAsia="zh-CN"/>
        </w:rPr>
        <w:t>一面</w:t>
      </w:r>
      <w:r w:rsidRPr="0078323B">
        <w:rPr>
          <w:rFonts w:eastAsia="宋体"/>
          <w:b/>
          <w:bCs/>
          <w:sz w:val="28"/>
          <w:szCs w:val="28"/>
          <w:lang w:eastAsia="zh-CN"/>
        </w:rPr>
        <w:t>变化的追求叫生机，要有变化。</w:t>
      </w:r>
    </w:p>
    <w:p w14:paraId="0C573C02" w14:textId="77777777" w:rsidR="0078323B" w:rsidRPr="0078323B" w:rsidRDefault="00DC04D3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/>
          <w:b/>
          <w:bCs/>
          <w:sz w:val="28"/>
          <w:szCs w:val="28"/>
          <w:lang w:eastAsia="zh-CN"/>
        </w:rPr>
      </w:pPr>
      <w:r w:rsidRPr="0078323B">
        <w:rPr>
          <w:rFonts w:eastAsia="宋体"/>
          <w:b/>
          <w:bCs/>
          <w:sz w:val="28"/>
          <w:szCs w:val="28"/>
          <w:lang w:eastAsia="zh-CN"/>
        </w:rPr>
        <w:t>比如说我当小兵</w:t>
      </w:r>
      <w:r w:rsidR="00AB7621" w:rsidRPr="0078323B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78323B">
        <w:rPr>
          <w:rFonts w:eastAsia="宋体"/>
          <w:b/>
          <w:bCs/>
          <w:sz w:val="28"/>
          <w:szCs w:val="28"/>
          <w:lang w:eastAsia="zh-CN"/>
        </w:rPr>
        <w:t>当科长</w:t>
      </w:r>
      <w:r w:rsidR="00AB7621" w:rsidRPr="0078323B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78323B">
        <w:rPr>
          <w:rFonts w:eastAsia="宋体"/>
          <w:b/>
          <w:bCs/>
          <w:sz w:val="28"/>
          <w:szCs w:val="28"/>
          <w:lang w:eastAsia="zh-CN"/>
        </w:rPr>
        <w:t>当处长，一直往上升，这叫生机</w:t>
      </w:r>
      <w:r w:rsidR="00AB7621" w:rsidRPr="0078323B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78323B">
        <w:rPr>
          <w:rFonts w:eastAsia="宋体"/>
          <w:b/>
          <w:bCs/>
          <w:sz w:val="28"/>
          <w:szCs w:val="28"/>
          <w:lang w:eastAsia="zh-CN"/>
        </w:rPr>
        <w:t>我做买卖</w:t>
      </w:r>
      <w:r w:rsidR="00AB7621" w:rsidRPr="0078323B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78323B">
        <w:rPr>
          <w:rFonts w:eastAsia="宋体"/>
          <w:b/>
          <w:bCs/>
          <w:sz w:val="28"/>
          <w:szCs w:val="28"/>
          <w:lang w:eastAsia="zh-CN"/>
        </w:rPr>
        <w:t>挣了十块、二十块、五十块、一百、一万、十万、百万，这也叫生机。我画画，今天家里出名，明天学校出名，后天市里出名，大后天省里出名，就是积极的向上的变化叫生机。如果你生下来，你就是一百万，然后你一直就是一百万，你觉得这有生机吗？没有生机啊，你起步就是别人的目标，看似好，实际你不再成长，就没有生机</w:t>
      </w:r>
      <w:r w:rsidR="006C5CD7" w:rsidRPr="0078323B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78323B">
        <w:rPr>
          <w:rFonts w:eastAsia="宋体"/>
          <w:b/>
          <w:bCs/>
          <w:sz w:val="28"/>
          <w:szCs w:val="28"/>
          <w:lang w:eastAsia="zh-CN"/>
        </w:rPr>
        <w:lastRenderedPageBreak/>
        <w:t>其实</w:t>
      </w:r>
      <w:r w:rsidR="006C5CD7" w:rsidRPr="0078323B">
        <w:rPr>
          <w:rFonts w:eastAsia="宋体" w:hint="eastAsia"/>
          <w:b/>
          <w:bCs/>
          <w:sz w:val="28"/>
          <w:szCs w:val="28"/>
          <w:lang w:eastAsia="zh-CN"/>
        </w:rPr>
        <w:t>就是</w:t>
      </w:r>
      <w:r w:rsidRPr="0078323B">
        <w:rPr>
          <w:rFonts w:eastAsia="宋体"/>
          <w:b/>
          <w:bCs/>
          <w:sz w:val="28"/>
          <w:szCs w:val="28"/>
          <w:lang w:eastAsia="zh-CN"/>
        </w:rPr>
        <w:t>积极的变化。</w:t>
      </w:r>
    </w:p>
    <w:p w14:paraId="16FBA94F" w14:textId="77777777" w:rsidR="00BB6A7B" w:rsidRPr="00BB6A7B" w:rsidRDefault="00DC04D3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/>
          <w:b/>
          <w:bCs/>
          <w:sz w:val="28"/>
          <w:szCs w:val="28"/>
          <w:lang w:eastAsia="zh-CN"/>
        </w:rPr>
      </w:pPr>
      <w:r w:rsidRPr="007A2766">
        <w:rPr>
          <w:rFonts w:eastAsia="宋体"/>
          <w:b/>
          <w:bCs/>
          <w:sz w:val="28"/>
          <w:szCs w:val="28"/>
          <w:lang w:eastAsia="zh-CN"/>
        </w:rPr>
        <w:t>那么我们每一个人都有求新求变的本能，能一成不变看到老的，</w:t>
      </w:r>
      <w:r w:rsidRPr="00BB6A7B">
        <w:rPr>
          <w:rFonts w:eastAsia="宋体"/>
          <w:b/>
          <w:bCs/>
          <w:sz w:val="28"/>
          <w:szCs w:val="28"/>
          <w:lang w:eastAsia="zh-CN"/>
        </w:rPr>
        <w:t>是相当可怕的一件事情，太重要了啊，这一点。咱们受传统思想的影响，所谓知足常乐，</w:t>
      </w:r>
      <w:r w:rsidR="0060670F" w:rsidRPr="00BB6A7B">
        <w:rPr>
          <w:rFonts w:eastAsia="宋体" w:hint="eastAsia"/>
          <w:b/>
          <w:bCs/>
          <w:sz w:val="28"/>
          <w:szCs w:val="28"/>
          <w:lang w:eastAsia="zh-CN"/>
        </w:rPr>
        <w:t>知止，</w:t>
      </w:r>
      <w:r w:rsidRPr="00BB6A7B">
        <w:rPr>
          <w:rFonts w:eastAsia="宋体"/>
          <w:b/>
          <w:bCs/>
          <w:sz w:val="28"/>
          <w:szCs w:val="28"/>
          <w:lang w:eastAsia="zh-CN"/>
        </w:rPr>
        <w:t>这个要辩证的去看，不去变化了，我就</w:t>
      </w:r>
      <w:r w:rsidR="0060670F" w:rsidRPr="00BB6A7B">
        <w:rPr>
          <w:rFonts w:eastAsia="宋体" w:hint="eastAsia"/>
          <w:b/>
          <w:bCs/>
          <w:sz w:val="28"/>
          <w:szCs w:val="28"/>
          <w:lang w:eastAsia="zh-CN"/>
        </w:rPr>
        <w:t>止</w:t>
      </w:r>
      <w:r w:rsidRPr="00BB6A7B">
        <w:rPr>
          <w:rFonts w:eastAsia="宋体"/>
          <w:b/>
          <w:bCs/>
          <w:sz w:val="28"/>
          <w:szCs w:val="28"/>
          <w:lang w:eastAsia="zh-CN"/>
        </w:rPr>
        <w:t>在这儿了，相当可怕</w:t>
      </w:r>
      <w:r w:rsidR="0060670F" w:rsidRPr="00BB6A7B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BB6A7B">
        <w:rPr>
          <w:rFonts w:eastAsia="宋体"/>
          <w:b/>
          <w:bCs/>
          <w:sz w:val="28"/>
          <w:szCs w:val="28"/>
          <w:lang w:eastAsia="zh-CN"/>
        </w:rPr>
        <w:t>很多优秀的家庭，为什么还</w:t>
      </w:r>
      <w:r w:rsidR="007A2766" w:rsidRPr="00BB6A7B">
        <w:rPr>
          <w:rFonts w:eastAsia="宋体" w:hint="eastAsia"/>
          <w:b/>
          <w:bCs/>
          <w:sz w:val="28"/>
          <w:szCs w:val="28"/>
          <w:lang w:eastAsia="zh-CN"/>
        </w:rPr>
        <w:t>会</w:t>
      </w:r>
      <w:r w:rsidRPr="00BB6A7B">
        <w:rPr>
          <w:rFonts w:eastAsia="宋体"/>
          <w:b/>
          <w:bCs/>
          <w:sz w:val="28"/>
          <w:szCs w:val="28"/>
          <w:lang w:eastAsia="zh-CN"/>
        </w:rPr>
        <w:t>出矛盾啊？出很大的问题</w:t>
      </w:r>
      <w:r w:rsidR="0060670F" w:rsidRPr="00BB6A7B">
        <w:rPr>
          <w:rFonts w:eastAsia="宋体" w:hint="eastAsia"/>
          <w:b/>
          <w:bCs/>
          <w:sz w:val="28"/>
          <w:szCs w:val="28"/>
          <w:lang w:eastAsia="zh-CN"/>
        </w:rPr>
        <w:t>啊？</w:t>
      </w:r>
      <w:r w:rsidRPr="00BB6A7B">
        <w:rPr>
          <w:rFonts w:eastAsia="宋体"/>
          <w:b/>
          <w:bCs/>
          <w:sz w:val="28"/>
          <w:szCs w:val="28"/>
          <w:lang w:eastAsia="zh-CN"/>
        </w:rPr>
        <w:t>就是停滞在那儿不往前走了。为什么我们一定要生孩子啊，你孩子的变化是家里可看见的</w:t>
      </w:r>
      <w:r w:rsidR="0060670F" w:rsidRPr="00BB6A7B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BB6A7B">
        <w:rPr>
          <w:rFonts w:eastAsia="宋体"/>
          <w:b/>
          <w:bCs/>
          <w:sz w:val="28"/>
          <w:szCs w:val="28"/>
          <w:lang w:eastAsia="zh-CN"/>
        </w:rPr>
        <w:t>最好的成长</w:t>
      </w:r>
      <w:r w:rsidR="0060670F" w:rsidRPr="00BB6A7B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BB6A7B">
        <w:rPr>
          <w:rFonts w:eastAsia="宋体"/>
          <w:b/>
          <w:bCs/>
          <w:sz w:val="28"/>
          <w:szCs w:val="28"/>
          <w:lang w:eastAsia="zh-CN"/>
        </w:rPr>
        <w:t>所以说我</w:t>
      </w:r>
      <w:r w:rsidR="0060670F" w:rsidRPr="00BB6A7B">
        <w:rPr>
          <w:rFonts w:eastAsia="宋体" w:hint="eastAsia"/>
          <w:b/>
          <w:bCs/>
          <w:sz w:val="28"/>
          <w:szCs w:val="28"/>
          <w:lang w:eastAsia="zh-CN"/>
        </w:rPr>
        <w:t>是</w:t>
      </w:r>
      <w:r w:rsidRPr="00BB6A7B">
        <w:rPr>
          <w:rFonts w:eastAsia="宋体"/>
          <w:b/>
          <w:bCs/>
          <w:sz w:val="28"/>
          <w:szCs w:val="28"/>
          <w:lang w:eastAsia="zh-CN"/>
        </w:rPr>
        <w:t>反对丁克的，除非是你夫妻二人不断的去成长，有更高的追求，如果是一成不变的</w:t>
      </w:r>
      <w:r w:rsidR="0060670F" w:rsidRPr="00BB6A7B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BB6A7B">
        <w:rPr>
          <w:rFonts w:eastAsia="宋体"/>
          <w:b/>
          <w:bCs/>
          <w:sz w:val="28"/>
          <w:szCs w:val="28"/>
          <w:lang w:eastAsia="zh-CN"/>
        </w:rPr>
        <w:t>婚姻也好，家庭也好，个人奋斗也好，</w:t>
      </w:r>
      <w:r w:rsidR="0060670F" w:rsidRPr="00BB6A7B">
        <w:rPr>
          <w:rFonts w:eastAsia="宋体" w:hint="eastAsia"/>
          <w:b/>
          <w:bCs/>
          <w:sz w:val="28"/>
          <w:szCs w:val="28"/>
          <w:lang w:eastAsia="zh-CN"/>
        </w:rPr>
        <w:t>这个</w:t>
      </w:r>
      <w:r w:rsidRPr="00BB6A7B">
        <w:rPr>
          <w:rFonts w:eastAsia="宋体"/>
          <w:b/>
          <w:bCs/>
          <w:sz w:val="28"/>
          <w:szCs w:val="28"/>
          <w:lang w:eastAsia="zh-CN"/>
        </w:rPr>
        <w:t>非常可怕。</w:t>
      </w:r>
    </w:p>
    <w:p w14:paraId="071E1448" w14:textId="77777777" w:rsidR="00BB6A7B" w:rsidRPr="00BB6A7B" w:rsidRDefault="00DC04D3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/>
          <w:b/>
          <w:bCs/>
          <w:sz w:val="28"/>
          <w:szCs w:val="28"/>
          <w:lang w:eastAsia="zh-CN"/>
        </w:rPr>
      </w:pPr>
      <w:r w:rsidRPr="00BB6A7B">
        <w:rPr>
          <w:rFonts w:eastAsia="宋体"/>
          <w:b/>
          <w:bCs/>
          <w:sz w:val="28"/>
          <w:szCs w:val="28"/>
          <w:lang w:eastAsia="zh-CN"/>
        </w:rPr>
        <w:t>就是《周易》里面讲的</w:t>
      </w:r>
      <w:r w:rsidR="0060670F" w:rsidRPr="00BB6A7B">
        <w:rPr>
          <w:rFonts w:eastAsia="宋体" w:hint="eastAsia"/>
          <w:b/>
          <w:bCs/>
          <w:sz w:val="28"/>
          <w:szCs w:val="28"/>
          <w:lang w:eastAsia="zh-CN"/>
        </w:rPr>
        <w:t>“</w:t>
      </w:r>
      <w:r w:rsidRPr="00BB6A7B">
        <w:rPr>
          <w:rFonts w:eastAsia="宋体"/>
          <w:b/>
          <w:bCs/>
          <w:sz w:val="28"/>
          <w:szCs w:val="28"/>
          <w:lang w:eastAsia="zh-CN"/>
        </w:rPr>
        <w:t>生生之谓易</w:t>
      </w:r>
      <w:r w:rsidR="0060670F" w:rsidRPr="00BB6A7B">
        <w:rPr>
          <w:rFonts w:eastAsia="宋体" w:hint="eastAsia"/>
          <w:b/>
          <w:bCs/>
          <w:sz w:val="28"/>
          <w:szCs w:val="28"/>
          <w:lang w:eastAsia="zh-CN"/>
        </w:rPr>
        <w:t>”。</w:t>
      </w:r>
      <w:r w:rsidRPr="00BB6A7B">
        <w:rPr>
          <w:rFonts w:eastAsia="宋体"/>
          <w:b/>
          <w:bCs/>
          <w:sz w:val="28"/>
          <w:szCs w:val="28"/>
          <w:lang w:eastAsia="zh-CN"/>
        </w:rPr>
        <w:t>有生机就是五行相生，木生火、火生土、土生金、金生水，循环相生。老祖宗的五行相生学</w:t>
      </w:r>
      <w:r w:rsidR="000416F0" w:rsidRPr="00BB6A7B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BB6A7B">
        <w:rPr>
          <w:rFonts w:eastAsia="宋体"/>
          <w:b/>
          <w:bCs/>
          <w:sz w:val="28"/>
          <w:szCs w:val="28"/>
          <w:lang w:eastAsia="zh-CN"/>
        </w:rPr>
        <w:t>一下点出了人生的最大意义，就是不断的相生，生而又生，生生不</w:t>
      </w:r>
      <w:r w:rsidR="000416F0" w:rsidRPr="00BB6A7B">
        <w:rPr>
          <w:rFonts w:eastAsia="宋体" w:hint="eastAsia"/>
          <w:b/>
          <w:bCs/>
          <w:sz w:val="28"/>
          <w:szCs w:val="28"/>
          <w:lang w:eastAsia="zh-CN"/>
        </w:rPr>
        <w:t>住</w:t>
      </w:r>
      <w:r w:rsidRPr="00BB6A7B">
        <w:rPr>
          <w:rFonts w:eastAsia="宋体"/>
          <w:b/>
          <w:bCs/>
          <w:sz w:val="28"/>
          <w:szCs w:val="28"/>
          <w:lang w:eastAsia="zh-CN"/>
        </w:rPr>
        <w:t>。还有一个词你们要记住，它不是贬义词，而是褒义词，叫什么？喜新厌旧</w:t>
      </w:r>
      <w:r w:rsidR="00534FF9" w:rsidRPr="00BB6A7B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BB6A7B">
        <w:rPr>
          <w:rFonts w:eastAsia="宋体"/>
          <w:b/>
          <w:bCs/>
          <w:sz w:val="28"/>
          <w:szCs w:val="28"/>
          <w:lang w:eastAsia="zh-CN"/>
        </w:rPr>
        <w:t>是褒义词，不是贬义词，你们想想是不是啊？这人生总要一段时间内有一个变化</w:t>
      </w:r>
      <w:r w:rsidR="00534FF9" w:rsidRPr="00BB6A7B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BB6A7B">
        <w:rPr>
          <w:rFonts w:eastAsia="宋体"/>
          <w:b/>
          <w:bCs/>
          <w:sz w:val="28"/>
          <w:szCs w:val="28"/>
          <w:lang w:eastAsia="zh-CN"/>
        </w:rPr>
        <w:t>没有喜新厌旧，就没有时代的滚滚推动向前啊，就没有我们波澜壮阔的人生。如果你始终守旧恋旧</w:t>
      </w:r>
      <w:r w:rsidR="00534FF9" w:rsidRPr="00BB6A7B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BB6A7B">
        <w:rPr>
          <w:rFonts w:eastAsia="宋体"/>
          <w:b/>
          <w:bCs/>
          <w:sz w:val="28"/>
          <w:szCs w:val="28"/>
          <w:lang w:eastAsia="zh-CN"/>
        </w:rPr>
        <w:t>这个是一件相当可怕的事情。</w:t>
      </w:r>
    </w:p>
    <w:p w14:paraId="41D5DE8B" w14:textId="77777777" w:rsidR="002D1367" w:rsidRPr="002D1367" w:rsidRDefault="00DC04D3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/>
          <w:b/>
          <w:bCs/>
          <w:sz w:val="28"/>
          <w:szCs w:val="28"/>
          <w:lang w:eastAsia="zh-CN"/>
        </w:rPr>
      </w:pPr>
      <w:r w:rsidRPr="002D1367">
        <w:rPr>
          <w:rFonts w:eastAsia="宋体"/>
          <w:b/>
          <w:bCs/>
          <w:sz w:val="28"/>
          <w:szCs w:val="28"/>
          <w:lang w:eastAsia="zh-CN"/>
        </w:rPr>
        <w:t>那么我们旅游在追求一种什么呢？新奇感</w:t>
      </w:r>
      <w:r w:rsidR="00413E05" w:rsidRPr="002D1367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2D1367">
        <w:rPr>
          <w:rFonts w:eastAsia="宋体"/>
          <w:b/>
          <w:bCs/>
          <w:sz w:val="28"/>
          <w:szCs w:val="28"/>
          <w:lang w:eastAsia="zh-CN"/>
        </w:rPr>
        <w:t>很多人</w:t>
      </w:r>
      <w:r w:rsidR="00413E05" w:rsidRPr="002D1367">
        <w:rPr>
          <w:rFonts w:eastAsia="宋体" w:hint="eastAsia"/>
          <w:b/>
          <w:bCs/>
          <w:sz w:val="28"/>
          <w:szCs w:val="28"/>
          <w:lang w:eastAsia="zh-CN"/>
        </w:rPr>
        <w:t>说</w:t>
      </w:r>
      <w:r w:rsidRPr="002D1367">
        <w:rPr>
          <w:rFonts w:eastAsia="宋体"/>
          <w:b/>
          <w:bCs/>
          <w:sz w:val="28"/>
          <w:szCs w:val="28"/>
          <w:lang w:eastAsia="zh-CN"/>
        </w:rPr>
        <w:t>，这所谓的旅游就是从一个你熟悉的地方，到</w:t>
      </w:r>
      <w:proofErr w:type="gramStart"/>
      <w:r w:rsidRPr="002D1367">
        <w:rPr>
          <w:rFonts w:eastAsia="宋体"/>
          <w:b/>
          <w:bCs/>
          <w:sz w:val="28"/>
          <w:szCs w:val="28"/>
          <w:lang w:eastAsia="zh-CN"/>
        </w:rPr>
        <w:t>一</w:t>
      </w:r>
      <w:proofErr w:type="gramEnd"/>
      <w:r w:rsidRPr="002D1367">
        <w:rPr>
          <w:rFonts w:eastAsia="宋体"/>
          <w:b/>
          <w:bCs/>
          <w:sz w:val="28"/>
          <w:szCs w:val="28"/>
          <w:lang w:eastAsia="zh-CN"/>
        </w:rPr>
        <w:t>个别人待腻的地方，那对于你来说是一个全新的世界</w:t>
      </w:r>
      <w:r w:rsidR="00413E05" w:rsidRPr="002D1367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2D1367">
        <w:rPr>
          <w:rFonts w:eastAsia="宋体"/>
          <w:b/>
          <w:bCs/>
          <w:sz w:val="28"/>
          <w:szCs w:val="28"/>
          <w:lang w:eastAsia="zh-CN"/>
        </w:rPr>
        <w:t>认识全新的人，看到全新的景，这个东西对人的刺激性是很大的，褒义的刺激。</w:t>
      </w:r>
      <w:r w:rsidR="00413E05" w:rsidRPr="002D1367">
        <w:rPr>
          <w:rFonts w:eastAsia="宋体" w:hint="eastAsia"/>
          <w:b/>
          <w:bCs/>
          <w:sz w:val="28"/>
          <w:szCs w:val="28"/>
          <w:lang w:eastAsia="zh-CN"/>
        </w:rPr>
        <w:t>当</w:t>
      </w:r>
      <w:r w:rsidRPr="002D1367">
        <w:rPr>
          <w:rFonts w:eastAsia="宋体"/>
          <w:b/>
          <w:bCs/>
          <w:sz w:val="28"/>
          <w:szCs w:val="28"/>
          <w:lang w:eastAsia="zh-CN"/>
        </w:rPr>
        <w:t>你觉得生活沉闷乏味、陈旧的时候</w:t>
      </w:r>
      <w:r w:rsidR="00413E05" w:rsidRPr="002D1367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2D1367">
        <w:rPr>
          <w:rFonts w:eastAsia="宋体"/>
          <w:b/>
          <w:bCs/>
          <w:sz w:val="28"/>
          <w:szCs w:val="28"/>
          <w:lang w:eastAsia="zh-CN"/>
        </w:rPr>
        <w:t>不妨出去旅行。</w:t>
      </w:r>
    </w:p>
    <w:p w14:paraId="6E751F5C" w14:textId="77777777" w:rsidR="00CB6175" w:rsidRPr="00CB6175" w:rsidRDefault="00DC04D3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/>
          <w:b/>
          <w:bCs/>
          <w:sz w:val="28"/>
          <w:szCs w:val="28"/>
          <w:lang w:eastAsia="zh-CN"/>
        </w:rPr>
      </w:pPr>
      <w:r w:rsidRPr="00CB6175">
        <w:rPr>
          <w:rFonts w:eastAsia="宋体"/>
          <w:b/>
          <w:bCs/>
          <w:sz w:val="28"/>
          <w:szCs w:val="28"/>
          <w:lang w:eastAsia="zh-CN"/>
        </w:rPr>
        <w:t>旅行，你会看到很多奇特的各种人，因为你会发现只有</w:t>
      </w:r>
      <w:proofErr w:type="gramStart"/>
      <w:r w:rsidRPr="00CB6175">
        <w:rPr>
          <w:rFonts w:eastAsia="宋体"/>
          <w:b/>
          <w:bCs/>
          <w:sz w:val="28"/>
          <w:szCs w:val="28"/>
          <w:lang w:eastAsia="zh-CN"/>
        </w:rPr>
        <w:t>有</w:t>
      </w:r>
      <w:proofErr w:type="gramEnd"/>
      <w:r w:rsidRPr="00CB6175">
        <w:rPr>
          <w:rFonts w:eastAsia="宋体"/>
          <w:b/>
          <w:bCs/>
          <w:sz w:val="28"/>
          <w:szCs w:val="28"/>
          <w:lang w:eastAsia="zh-CN"/>
        </w:rPr>
        <w:t>能量的人才在外头好好的溜达</w:t>
      </w:r>
      <w:r w:rsidR="00413E05" w:rsidRPr="00CB6175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CB6175">
        <w:rPr>
          <w:rFonts w:eastAsia="宋体"/>
          <w:b/>
          <w:bCs/>
          <w:sz w:val="28"/>
          <w:szCs w:val="28"/>
          <w:lang w:eastAsia="zh-CN"/>
        </w:rPr>
        <w:t>都是气场开的人在外面旅游，气场不开的人</w:t>
      </w:r>
      <w:r w:rsidRPr="00CB6175">
        <w:rPr>
          <w:rFonts w:eastAsia="宋体"/>
          <w:b/>
          <w:bCs/>
          <w:sz w:val="28"/>
          <w:szCs w:val="28"/>
          <w:lang w:eastAsia="zh-CN"/>
        </w:rPr>
        <w:lastRenderedPageBreak/>
        <w:t>有几个人出去？包括我们这次去甘南，尤其是扎</w:t>
      </w:r>
      <w:proofErr w:type="gramStart"/>
      <w:r w:rsidRPr="00CB6175">
        <w:rPr>
          <w:rFonts w:eastAsia="宋体"/>
          <w:b/>
          <w:bCs/>
          <w:sz w:val="28"/>
          <w:szCs w:val="28"/>
          <w:lang w:eastAsia="zh-CN"/>
        </w:rPr>
        <w:t>尕</w:t>
      </w:r>
      <w:proofErr w:type="gramEnd"/>
      <w:r w:rsidRPr="00CB6175">
        <w:rPr>
          <w:rFonts w:eastAsia="宋体"/>
          <w:b/>
          <w:bCs/>
          <w:sz w:val="28"/>
          <w:szCs w:val="28"/>
          <w:lang w:eastAsia="zh-CN"/>
        </w:rPr>
        <w:t>那</w:t>
      </w:r>
      <w:r w:rsidR="00413E05" w:rsidRPr="00CB6175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CB6175">
        <w:rPr>
          <w:rFonts w:eastAsia="宋体"/>
          <w:b/>
          <w:bCs/>
          <w:sz w:val="28"/>
          <w:szCs w:val="28"/>
          <w:lang w:eastAsia="zh-CN"/>
        </w:rPr>
        <w:t>你看每一个人的精神面貌，都不是你当地的那种平常的精神面貌，我感觉</w:t>
      </w:r>
      <w:r w:rsidR="00413E05" w:rsidRPr="00CB6175">
        <w:rPr>
          <w:rFonts w:eastAsia="宋体" w:hint="eastAsia"/>
          <w:b/>
          <w:bCs/>
          <w:sz w:val="28"/>
          <w:szCs w:val="28"/>
          <w:lang w:eastAsia="zh-CN"/>
        </w:rPr>
        <w:t>都是</w:t>
      </w:r>
      <w:r w:rsidRPr="00CB6175">
        <w:rPr>
          <w:rFonts w:eastAsia="宋体"/>
          <w:b/>
          <w:bCs/>
          <w:sz w:val="28"/>
          <w:szCs w:val="28"/>
          <w:lang w:eastAsia="zh-CN"/>
        </w:rPr>
        <w:t>非常优秀的精神面貌，非常良好的</w:t>
      </w:r>
      <w:r w:rsidR="00413E05" w:rsidRPr="00CB6175">
        <w:rPr>
          <w:rFonts w:eastAsia="宋体" w:hint="eastAsia"/>
          <w:b/>
          <w:bCs/>
          <w:sz w:val="28"/>
          <w:szCs w:val="28"/>
          <w:lang w:eastAsia="zh-CN"/>
        </w:rPr>
        <w:t>人，</w:t>
      </w:r>
      <w:r w:rsidRPr="00CB6175">
        <w:rPr>
          <w:rFonts w:eastAsia="宋体"/>
          <w:b/>
          <w:bCs/>
          <w:sz w:val="28"/>
          <w:szCs w:val="28"/>
          <w:lang w:eastAsia="zh-CN"/>
        </w:rPr>
        <w:t>他才会出去好好的</w:t>
      </w:r>
      <w:r w:rsidR="00413E05" w:rsidRPr="00CB6175">
        <w:rPr>
          <w:rFonts w:eastAsia="宋体" w:hint="eastAsia"/>
          <w:b/>
          <w:bCs/>
          <w:sz w:val="28"/>
          <w:szCs w:val="28"/>
          <w:lang w:eastAsia="zh-CN"/>
        </w:rPr>
        <w:t>旅游。</w:t>
      </w:r>
      <w:r w:rsidRPr="00CB6175">
        <w:rPr>
          <w:rFonts w:eastAsia="宋体"/>
          <w:b/>
          <w:bCs/>
          <w:sz w:val="28"/>
          <w:szCs w:val="28"/>
          <w:lang w:eastAsia="zh-CN"/>
        </w:rPr>
        <w:t>那我们为什么不去好好的去溜达呢？溜达是人的本性啊。</w:t>
      </w:r>
    </w:p>
    <w:p w14:paraId="0C6EDA69" w14:textId="3239CCDE" w:rsidR="000D1265" w:rsidRPr="00CB6175" w:rsidRDefault="00DC04D3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 w:hint="eastAsia"/>
          <w:b/>
          <w:bCs/>
          <w:sz w:val="28"/>
          <w:szCs w:val="28"/>
          <w:lang w:eastAsia="zh-CN"/>
        </w:rPr>
      </w:pPr>
      <w:r w:rsidRPr="00CB6175">
        <w:rPr>
          <w:rFonts w:eastAsia="宋体"/>
          <w:b/>
          <w:bCs/>
          <w:sz w:val="28"/>
          <w:szCs w:val="28"/>
          <w:lang w:eastAsia="zh-CN"/>
        </w:rPr>
        <w:t>我们家</w:t>
      </w:r>
      <w:r w:rsidR="001378A9" w:rsidRPr="00CB6175">
        <w:rPr>
          <w:rFonts w:eastAsia="宋体" w:hint="eastAsia"/>
          <w:b/>
          <w:bCs/>
          <w:sz w:val="28"/>
          <w:szCs w:val="28"/>
          <w:lang w:eastAsia="zh-CN"/>
        </w:rPr>
        <w:t>的</w:t>
      </w:r>
      <w:r w:rsidRPr="00CB6175">
        <w:rPr>
          <w:rFonts w:eastAsia="宋体"/>
          <w:b/>
          <w:bCs/>
          <w:sz w:val="28"/>
          <w:szCs w:val="28"/>
          <w:lang w:eastAsia="zh-CN"/>
        </w:rPr>
        <w:t>狗，它就天天的趴大门，院子很大了，有二十亩的一个民宿，一个大院子，这狗都不够</w:t>
      </w:r>
      <w:r w:rsidR="001378A9" w:rsidRPr="00CB6175">
        <w:rPr>
          <w:rFonts w:eastAsia="宋体" w:hint="eastAsia"/>
          <w:b/>
          <w:bCs/>
          <w:sz w:val="28"/>
          <w:szCs w:val="28"/>
          <w:lang w:eastAsia="zh-CN"/>
        </w:rPr>
        <w:t>它</w:t>
      </w:r>
      <w:r w:rsidRPr="00CB6175">
        <w:rPr>
          <w:rFonts w:eastAsia="宋体"/>
          <w:b/>
          <w:bCs/>
          <w:sz w:val="28"/>
          <w:szCs w:val="28"/>
          <w:lang w:eastAsia="zh-CN"/>
        </w:rPr>
        <w:t>溜达的，非得扒着门门要出去，为什么啊？所以你要想健康</w:t>
      </w:r>
      <w:r w:rsidR="000D1265" w:rsidRPr="00CB6175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CB6175">
        <w:rPr>
          <w:rFonts w:eastAsia="宋体"/>
          <w:b/>
          <w:bCs/>
          <w:sz w:val="28"/>
          <w:szCs w:val="28"/>
          <w:lang w:eastAsia="zh-CN"/>
        </w:rPr>
        <w:t>要想人生恣意，我建议都要出去旅游</w:t>
      </w:r>
      <w:r w:rsidR="000D1265" w:rsidRPr="00CB6175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CB6175">
        <w:rPr>
          <w:rFonts w:eastAsia="宋体"/>
          <w:b/>
          <w:bCs/>
          <w:sz w:val="28"/>
          <w:szCs w:val="28"/>
          <w:lang w:eastAsia="zh-CN"/>
        </w:rPr>
        <w:t>并不一定要到很远的地方或者很有名的地方</w:t>
      </w:r>
      <w:r w:rsidR="000D1265" w:rsidRPr="00CB6175">
        <w:rPr>
          <w:rFonts w:eastAsia="宋体" w:hint="eastAsia"/>
          <w:b/>
          <w:bCs/>
          <w:sz w:val="28"/>
          <w:szCs w:val="28"/>
          <w:lang w:eastAsia="zh-CN"/>
        </w:rPr>
        <w:t>，实际</w:t>
      </w:r>
      <w:r w:rsidRPr="00CB6175">
        <w:rPr>
          <w:rFonts w:eastAsia="宋体"/>
          <w:b/>
          <w:bCs/>
          <w:sz w:val="28"/>
          <w:szCs w:val="28"/>
          <w:lang w:eastAsia="zh-CN"/>
        </w:rPr>
        <w:t>在你家乡的附近旅游就可以。那么有条件的走远一些，你没有</w:t>
      </w:r>
      <w:r w:rsidR="000D1265" w:rsidRPr="00CB6175">
        <w:rPr>
          <w:rFonts w:eastAsia="宋体" w:hint="eastAsia"/>
          <w:b/>
          <w:bCs/>
          <w:sz w:val="28"/>
          <w:szCs w:val="28"/>
          <w:lang w:eastAsia="zh-CN"/>
        </w:rPr>
        <w:t>见过的</w:t>
      </w:r>
      <w:r w:rsidRPr="00CB6175">
        <w:rPr>
          <w:rFonts w:eastAsia="宋体"/>
          <w:b/>
          <w:bCs/>
          <w:sz w:val="28"/>
          <w:szCs w:val="28"/>
          <w:lang w:eastAsia="zh-CN"/>
        </w:rPr>
        <w:t>风景</w:t>
      </w:r>
      <w:r w:rsidR="000D1265" w:rsidRPr="00CB6175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CB6175">
        <w:rPr>
          <w:rFonts w:eastAsia="宋体"/>
          <w:b/>
          <w:bCs/>
          <w:sz w:val="28"/>
          <w:szCs w:val="28"/>
          <w:lang w:eastAsia="zh-CN"/>
        </w:rPr>
        <w:t>没有见过的人，没有见过的一些人文景观的地方，去玩都好。</w:t>
      </w:r>
    </w:p>
    <w:p w14:paraId="40BF0599" w14:textId="77777777" w:rsidR="00CB6175" w:rsidRPr="006A7B2E" w:rsidRDefault="000D1265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/>
          <w:b/>
          <w:bCs/>
          <w:sz w:val="28"/>
          <w:szCs w:val="28"/>
          <w:lang w:eastAsia="zh-CN"/>
        </w:rPr>
      </w:pPr>
      <w:r w:rsidRPr="006A7B2E">
        <w:rPr>
          <w:rFonts w:eastAsia="宋体" w:hint="eastAsia"/>
          <w:b/>
          <w:bCs/>
          <w:sz w:val="28"/>
          <w:szCs w:val="28"/>
          <w:lang w:eastAsia="zh-CN"/>
        </w:rPr>
        <w:t>上</w:t>
      </w:r>
      <w:r w:rsidRPr="006A7B2E">
        <w:rPr>
          <w:rFonts w:eastAsia="宋体"/>
          <w:b/>
          <w:bCs/>
          <w:sz w:val="28"/>
          <w:szCs w:val="28"/>
          <w:lang w:eastAsia="zh-CN"/>
        </w:rPr>
        <w:t>次讲到哪儿了？咱们从玛曲高原反应开始往下讲，可讲的东西很多。我们从玛曲三千五海拔下来，</w:t>
      </w:r>
      <w:proofErr w:type="gramStart"/>
      <w:r w:rsidRPr="006A7B2E">
        <w:rPr>
          <w:rFonts w:eastAsia="宋体"/>
          <w:b/>
          <w:bCs/>
          <w:sz w:val="28"/>
          <w:szCs w:val="28"/>
          <w:lang w:eastAsia="zh-CN"/>
        </w:rPr>
        <w:t>高反就</w:t>
      </w:r>
      <w:proofErr w:type="gramEnd"/>
      <w:r w:rsidRPr="006A7B2E">
        <w:rPr>
          <w:rFonts w:eastAsia="宋体"/>
          <w:b/>
          <w:bCs/>
          <w:sz w:val="28"/>
          <w:szCs w:val="28"/>
          <w:lang w:eastAsia="zh-CN"/>
        </w:rPr>
        <w:t>瞬间消失了。然后我们去的最美的一个地方，我觉得就是值得怀念的，是从玛曲到扎</w:t>
      </w:r>
      <w:proofErr w:type="gramStart"/>
      <w:r w:rsidRPr="006A7B2E">
        <w:rPr>
          <w:rFonts w:eastAsia="宋体"/>
          <w:b/>
          <w:bCs/>
          <w:sz w:val="28"/>
          <w:szCs w:val="28"/>
          <w:lang w:eastAsia="zh-CN"/>
        </w:rPr>
        <w:t>尕</w:t>
      </w:r>
      <w:proofErr w:type="gramEnd"/>
      <w:r w:rsidRPr="006A7B2E">
        <w:rPr>
          <w:rFonts w:eastAsia="宋体"/>
          <w:b/>
          <w:bCs/>
          <w:sz w:val="28"/>
          <w:szCs w:val="28"/>
          <w:lang w:eastAsia="zh-CN"/>
        </w:rPr>
        <w:t>那中间的一个地方，大山波澜壮阔呀，太漂亮了</w:t>
      </w:r>
      <w:r w:rsidR="004B6606" w:rsidRPr="006A7B2E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6A7B2E">
        <w:rPr>
          <w:rFonts w:eastAsia="宋体"/>
          <w:b/>
          <w:bCs/>
          <w:sz w:val="28"/>
          <w:szCs w:val="28"/>
          <w:lang w:eastAsia="zh-CN"/>
        </w:rPr>
        <w:t>我觉得</w:t>
      </w:r>
      <w:proofErr w:type="gramStart"/>
      <w:r w:rsidRPr="006A7B2E">
        <w:rPr>
          <w:rFonts w:eastAsia="宋体"/>
          <w:b/>
          <w:bCs/>
          <w:sz w:val="28"/>
          <w:szCs w:val="28"/>
          <w:lang w:eastAsia="zh-CN"/>
        </w:rPr>
        <w:t>不</w:t>
      </w:r>
      <w:proofErr w:type="gramEnd"/>
      <w:r w:rsidRPr="006A7B2E">
        <w:rPr>
          <w:rFonts w:eastAsia="宋体"/>
          <w:b/>
          <w:bCs/>
          <w:sz w:val="28"/>
          <w:szCs w:val="28"/>
          <w:lang w:eastAsia="zh-CN"/>
        </w:rPr>
        <w:t>次于扎</w:t>
      </w:r>
      <w:proofErr w:type="gramStart"/>
      <w:r w:rsidRPr="006A7B2E">
        <w:rPr>
          <w:rFonts w:eastAsia="宋体"/>
          <w:b/>
          <w:bCs/>
          <w:sz w:val="28"/>
          <w:szCs w:val="28"/>
          <w:lang w:eastAsia="zh-CN"/>
        </w:rPr>
        <w:t>尕</w:t>
      </w:r>
      <w:proofErr w:type="gramEnd"/>
      <w:r w:rsidRPr="006A7B2E">
        <w:rPr>
          <w:rFonts w:eastAsia="宋体"/>
          <w:b/>
          <w:bCs/>
          <w:sz w:val="28"/>
          <w:szCs w:val="28"/>
          <w:lang w:eastAsia="zh-CN"/>
        </w:rPr>
        <w:t>那，</w:t>
      </w:r>
      <w:r w:rsidR="004B6606" w:rsidRPr="006A7B2E">
        <w:rPr>
          <w:rFonts w:eastAsia="宋体" w:hint="eastAsia"/>
          <w:b/>
          <w:bCs/>
          <w:sz w:val="28"/>
          <w:szCs w:val="28"/>
          <w:lang w:eastAsia="zh-CN"/>
        </w:rPr>
        <w:t>一下</w:t>
      </w:r>
      <w:r w:rsidRPr="006A7B2E">
        <w:rPr>
          <w:rFonts w:eastAsia="宋体"/>
          <w:b/>
          <w:bCs/>
          <w:sz w:val="28"/>
          <w:szCs w:val="28"/>
          <w:lang w:eastAsia="zh-CN"/>
        </w:rPr>
        <w:t>就深深的被吸引了。</w:t>
      </w:r>
    </w:p>
    <w:p w14:paraId="02F3E88D" w14:textId="77777777" w:rsidR="00162540" w:rsidRPr="00162540" w:rsidRDefault="000D1265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/>
          <w:b/>
          <w:bCs/>
          <w:sz w:val="28"/>
          <w:szCs w:val="28"/>
          <w:lang w:eastAsia="zh-CN"/>
        </w:rPr>
      </w:pPr>
      <w:r w:rsidRPr="00162540">
        <w:rPr>
          <w:rFonts w:eastAsia="宋体"/>
          <w:b/>
          <w:bCs/>
          <w:sz w:val="28"/>
          <w:szCs w:val="28"/>
          <w:lang w:eastAsia="zh-CN"/>
        </w:rPr>
        <w:t>我觉得一定要在那儿停一下</w:t>
      </w:r>
      <w:r w:rsidR="004B6606" w:rsidRPr="00162540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162540">
        <w:rPr>
          <w:rFonts w:eastAsia="宋体"/>
          <w:b/>
          <w:bCs/>
          <w:sz w:val="28"/>
          <w:szCs w:val="28"/>
          <w:lang w:eastAsia="zh-CN"/>
        </w:rPr>
        <w:t>然后我们拐过来之后，正好有一个观景平台</w:t>
      </w:r>
      <w:r w:rsidR="004B6606" w:rsidRPr="00162540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162540">
        <w:rPr>
          <w:rFonts w:eastAsia="宋体"/>
          <w:b/>
          <w:bCs/>
          <w:sz w:val="28"/>
          <w:szCs w:val="28"/>
          <w:lang w:eastAsia="zh-CN"/>
        </w:rPr>
        <w:t>当地老乡卖的烤串儿，还有牛肉干，我们决定在那儿休憩</w:t>
      </w:r>
      <w:r w:rsidR="004B6606" w:rsidRPr="00162540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="00263E5C" w:rsidRPr="00162540">
        <w:rPr>
          <w:rFonts w:eastAsia="宋体" w:hint="eastAsia"/>
          <w:b/>
          <w:bCs/>
          <w:sz w:val="28"/>
          <w:szCs w:val="28"/>
          <w:lang w:eastAsia="zh-CN"/>
        </w:rPr>
        <w:t>在那儿看的土拨鼠，遍地都是</w:t>
      </w:r>
      <w:r w:rsidRPr="00162540">
        <w:rPr>
          <w:rFonts w:eastAsia="宋体"/>
          <w:b/>
          <w:bCs/>
          <w:sz w:val="28"/>
          <w:szCs w:val="28"/>
          <w:lang w:eastAsia="zh-CN"/>
        </w:rPr>
        <w:t>小老鼠似的，叫鼠兔。在那儿玩了还不得有一个半小时，两个小时都有</w:t>
      </w:r>
      <w:r w:rsidR="00263E5C" w:rsidRPr="00162540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162540">
        <w:rPr>
          <w:rFonts w:eastAsia="宋体"/>
          <w:b/>
          <w:bCs/>
          <w:sz w:val="28"/>
          <w:szCs w:val="28"/>
          <w:lang w:eastAsia="zh-CN"/>
        </w:rPr>
        <w:t>因为一路上都没有爬山，在那儿决定爬旁边的小山，爬上去，躺在高山草甸上，凉风吹拂啊，那时候是天高云淡，碧空如洗，那种美感，现在我就又想去，</w:t>
      </w:r>
      <w:r w:rsidR="009D188A" w:rsidRPr="00162540">
        <w:rPr>
          <w:rFonts w:eastAsia="宋体" w:hint="eastAsia"/>
          <w:b/>
          <w:bCs/>
          <w:sz w:val="28"/>
          <w:szCs w:val="28"/>
          <w:lang w:eastAsia="zh-CN"/>
        </w:rPr>
        <w:t>天</w:t>
      </w:r>
      <w:r w:rsidRPr="00162540">
        <w:rPr>
          <w:rFonts w:eastAsia="宋体"/>
          <w:b/>
          <w:bCs/>
          <w:sz w:val="28"/>
          <w:szCs w:val="28"/>
          <w:lang w:eastAsia="zh-CN"/>
        </w:rPr>
        <w:t>公作美</w:t>
      </w:r>
      <w:r w:rsidR="009D188A" w:rsidRPr="00162540">
        <w:rPr>
          <w:rFonts w:eastAsia="宋体" w:hint="eastAsia"/>
          <w:b/>
          <w:bCs/>
          <w:sz w:val="28"/>
          <w:szCs w:val="28"/>
          <w:lang w:eastAsia="zh-CN"/>
        </w:rPr>
        <w:t>，甘南</w:t>
      </w:r>
      <w:r w:rsidRPr="00162540">
        <w:rPr>
          <w:rFonts w:eastAsia="宋体"/>
          <w:b/>
          <w:bCs/>
          <w:sz w:val="28"/>
          <w:szCs w:val="28"/>
          <w:lang w:eastAsia="zh-CN"/>
        </w:rPr>
        <w:t>一周就有两天下雨，剩下有三天是阴天，不一定有一天大晴，正好还是雨季，让我们赶上了三四天全是多云晴天。</w:t>
      </w:r>
    </w:p>
    <w:p w14:paraId="78034D14" w14:textId="77777777" w:rsidR="00162540" w:rsidRPr="00162540" w:rsidRDefault="000D1265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/>
          <w:b/>
          <w:bCs/>
          <w:sz w:val="28"/>
          <w:szCs w:val="28"/>
          <w:lang w:eastAsia="zh-CN"/>
        </w:rPr>
      </w:pPr>
      <w:r w:rsidRPr="00162540">
        <w:rPr>
          <w:rFonts w:eastAsia="宋体"/>
          <w:b/>
          <w:bCs/>
          <w:sz w:val="28"/>
          <w:szCs w:val="28"/>
          <w:lang w:eastAsia="zh-CN"/>
        </w:rPr>
        <w:t>一会儿给你发些照片，你们看看，真是碧空如洗</w:t>
      </w:r>
      <w:r w:rsidR="00986F84" w:rsidRPr="00162540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162540">
        <w:rPr>
          <w:rFonts w:eastAsia="宋体"/>
          <w:b/>
          <w:bCs/>
          <w:sz w:val="28"/>
          <w:szCs w:val="28"/>
          <w:lang w:eastAsia="zh-CN"/>
        </w:rPr>
        <w:t>可惜的是前两</w:t>
      </w:r>
      <w:r w:rsidRPr="00162540">
        <w:rPr>
          <w:rFonts w:eastAsia="宋体"/>
          <w:b/>
          <w:bCs/>
          <w:sz w:val="28"/>
          <w:szCs w:val="28"/>
          <w:lang w:eastAsia="zh-CN"/>
        </w:rPr>
        <w:lastRenderedPageBreak/>
        <w:t>个车，没有慢下来，太着急了，赶路啊</w:t>
      </w:r>
      <w:r w:rsidR="00FD57C6" w:rsidRPr="00162540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162540">
        <w:rPr>
          <w:rFonts w:eastAsia="宋体"/>
          <w:b/>
          <w:bCs/>
          <w:sz w:val="28"/>
          <w:szCs w:val="28"/>
          <w:lang w:eastAsia="zh-CN"/>
        </w:rPr>
        <w:t>我觉得可以二</w:t>
      </w:r>
      <w:proofErr w:type="gramStart"/>
      <w:r w:rsidRPr="00162540">
        <w:rPr>
          <w:rFonts w:eastAsia="宋体"/>
          <w:b/>
          <w:bCs/>
          <w:sz w:val="28"/>
          <w:szCs w:val="28"/>
          <w:lang w:eastAsia="zh-CN"/>
        </w:rPr>
        <w:t>刷那个</w:t>
      </w:r>
      <w:proofErr w:type="gramEnd"/>
      <w:r w:rsidRPr="00162540">
        <w:rPr>
          <w:rFonts w:eastAsia="宋体"/>
          <w:b/>
          <w:bCs/>
          <w:sz w:val="28"/>
          <w:szCs w:val="28"/>
          <w:lang w:eastAsia="zh-CN"/>
        </w:rPr>
        <w:t>地方，太漂亮</w:t>
      </w:r>
      <w:r w:rsidR="00FD57C6" w:rsidRPr="00162540">
        <w:rPr>
          <w:rFonts w:eastAsia="宋体" w:hint="eastAsia"/>
          <w:b/>
          <w:bCs/>
          <w:sz w:val="28"/>
          <w:szCs w:val="28"/>
          <w:lang w:eastAsia="zh-CN"/>
        </w:rPr>
        <w:t>了。</w:t>
      </w:r>
      <w:r w:rsidRPr="00162540">
        <w:rPr>
          <w:rFonts w:eastAsia="宋体"/>
          <w:b/>
          <w:bCs/>
          <w:sz w:val="28"/>
          <w:szCs w:val="28"/>
          <w:lang w:eastAsia="zh-CN"/>
        </w:rPr>
        <w:t>包括从玛曲往南的也特别漂亮</w:t>
      </w:r>
      <w:r w:rsidR="00FD57C6" w:rsidRPr="00162540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162540">
        <w:rPr>
          <w:rFonts w:eastAsia="宋体"/>
          <w:b/>
          <w:bCs/>
          <w:sz w:val="28"/>
          <w:szCs w:val="28"/>
          <w:lang w:eastAsia="zh-CN"/>
        </w:rPr>
        <w:t>高山湿地，那个高山就特别像瑞士挪威，高耸入云那样的山。然后我们从玛曲经过那个地方，停留两个小时</w:t>
      </w:r>
      <w:r w:rsidR="00FD57C6" w:rsidRPr="00162540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162540">
        <w:rPr>
          <w:rFonts w:eastAsia="宋体"/>
          <w:b/>
          <w:bCs/>
          <w:sz w:val="28"/>
          <w:szCs w:val="28"/>
          <w:lang w:eastAsia="zh-CN"/>
        </w:rPr>
        <w:t>到了</w:t>
      </w:r>
      <w:proofErr w:type="gramStart"/>
      <w:r w:rsidRPr="00162540">
        <w:rPr>
          <w:rFonts w:eastAsia="宋体"/>
          <w:b/>
          <w:bCs/>
          <w:sz w:val="28"/>
          <w:szCs w:val="28"/>
          <w:lang w:eastAsia="zh-CN"/>
        </w:rPr>
        <w:t>郎木寺，郎木寺</w:t>
      </w:r>
      <w:proofErr w:type="gramEnd"/>
      <w:r w:rsidRPr="00162540">
        <w:rPr>
          <w:rFonts w:eastAsia="宋体"/>
          <w:b/>
          <w:bCs/>
          <w:sz w:val="28"/>
          <w:szCs w:val="28"/>
          <w:lang w:eastAsia="zh-CN"/>
        </w:rPr>
        <w:t>一带而过呀，因为跟你们说过</w:t>
      </w:r>
      <w:r w:rsidR="00E043EF" w:rsidRPr="00162540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162540">
        <w:rPr>
          <w:rFonts w:eastAsia="宋体"/>
          <w:b/>
          <w:bCs/>
          <w:sz w:val="28"/>
          <w:szCs w:val="28"/>
          <w:lang w:eastAsia="zh-CN"/>
        </w:rPr>
        <w:t>一般景区都要提高警惕，无非就是卖些东西嘛，千篇一律的。既然到了甘南那样的地方，一定要看自然风光，而不是人文风光，包括拉卜楞寺</w:t>
      </w:r>
      <w:r w:rsidR="00831CD1" w:rsidRPr="00162540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162540">
        <w:rPr>
          <w:rFonts w:eastAsia="宋体"/>
          <w:b/>
          <w:bCs/>
          <w:sz w:val="28"/>
          <w:szCs w:val="28"/>
          <w:lang w:eastAsia="zh-CN"/>
        </w:rPr>
        <w:t>我觉得对于我们来说都不是很重要的</w:t>
      </w:r>
      <w:r w:rsidR="00831CD1" w:rsidRPr="00162540">
        <w:rPr>
          <w:rFonts w:eastAsia="宋体" w:hint="eastAsia"/>
          <w:b/>
          <w:bCs/>
          <w:sz w:val="28"/>
          <w:szCs w:val="28"/>
          <w:lang w:eastAsia="zh-CN"/>
        </w:rPr>
        <w:t>，除非</w:t>
      </w:r>
      <w:r w:rsidRPr="00162540">
        <w:rPr>
          <w:rFonts w:eastAsia="宋体"/>
          <w:b/>
          <w:bCs/>
          <w:sz w:val="28"/>
          <w:szCs w:val="28"/>
          <w:lang w:eastAsia="zh-CN"/>
        </w:rPr>
        <w:t>有宗教情结的，你可以去拉卜楞寺，</w:t>
      </w:r>
      <w:r w:rsidR="00831CD1" w:rsidRPr="00162540">
        <w:rPr>
          <w:rFonts w:eastAsia="宋体" w:hint="eastAsia"/>
          <w:b/>
          <w:bCs/>
          <w:sz w:val="28"/>
          <w:szCs w:val="28"/>
          <w:lang w:eastAsia="zh-CN"/>
        </w:rPr>
        <w:t>西宁的</w:t>
      </w:r>
      <w:r w:rsidRPr="00162540">
        <w:rPr>
          <w:rFonts w:eastAsia="宋体"/>
          <w:b/>
          <w:bCs/>
          <w:sz w:val="28"/>
          <w:szCs w:val="28"/>
          <w:lang w:eastAsia="zh-CN"/>
        </w:rPr>
        <w:t>塔尔寺，如果没有，我觉得应该去饱览祖国大好河山</w:t>
      </w:r>
      <w:r w:rsidR="00831CD1" w:rsidRPr="00162540">
        <w:rPr>
          <w:rFonts w:eastAsia="宋体" w:hint="eastAsia"/>
          <w:b/>
          <w:bCs/>
          <w:sz w:val="28"/>
          <w:szCs w:val="28"/>
          <w:lang w:eastAsia="zh-CN"/>
        </w:rPr>
        <w:t>。</w:t>
      </w:r>
    </w:p>
    <w:p w14:paraId="6ACEE112" w14:textId="77777777" w:rsidR="00162540" w:rsidRPr="00DF008C" w:rsidRDefault="000D1265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/>
          <w:b/>
          <w:bCs/>
          <w:sz w:val="28"/>
          <w:szCs w:val="28"/>
          <w:lang w:eastAsia="zh-CN"/>
        </w:rPr>
      </w:pPr>
      <w:r w:rsidRPr="00DF008C">
        <w:rPr>
          <w:rFonts w:eastAsia="宋体"/>
          <w:b/>
          <w:bCs/>
          <w:sz w:val="28"/>
          <w:szCs w:val="28"/>
          <w:lang w:eastAsia="zh-CN"/>
        </w:rPr>
        <w:t>从</w:t>
      </w:r>
      <w:proofErr w:type="gramStart"/>
      <w:r w:rsidRPr="00DF008C">
        <w:rPr>
          <w:rFonts w:eastAsia="宋体"/>
          <w:b/>
          <w:bCs/>
          <w:sz w:val="28"/>
          <w:szCs w:val="28"/>
          <w:lang w:eastAsia="zh-CN"/>
        </w:rPr>
        <w:t>郎木寺</w:t>
      </w:r>
      <w:proofErr w:type="gramEnd"/>
      <w:r w:rsidR="00BF5D41" w:rsidRPr="00DF008C">
        <w:rPr>
          <w:rFonts w:eastAsia="宋体" w:hint="eastAsia"/>
          <w:b/>
          <w:bCs/>
          <w:sz w:val="28"/>
          <w:szCs w:val="28"/>
          <w:lang w:eastAsia="zh-CN"/>
        </w:rPr>
        <w:t>我</w:t>
      </w:r>
      <w:r w:rsidRPr="00DF008C">
        <w:rPr>
          <w:rFonts w:eastAsia="宋体"/>
          <w:b/>
          <w:bCs/>
          <w:sz w:val="28"/>
          <w:szCs w:val="28"/>
          <w:lang w:eastAsia="zh-CN"/>
        </w:rPr>
        <w:t>们直奔扎</w:t>
      </w:r>
      <w:proofErr w:type="gramStart"/>
      <w:r w:rsidRPr="00DF008C">
        <w:rPr>
          <w:rFonts w:eastAsia="宋体"/>
          <w:b/>
          <w:bCs/>
          <w:sz w:val="28"/>
          <w:szCs w:val="28"/>
          <w:lang w:eastAsia="zh-CN"/>
        </w:rPr>
        <w:t>尕</w:t>
      </w:r>
      <w:proofErr w:type="gramEnd"/>
      <w:r w:rsidRPr="00DF008C">
        <w:rPr>
          <w:rFonts w:eastAsia="宋体"/>
          <w:b/>
          <w:bCs/>
          <w:sz w:val="28"/>
          <w:szCs w:val="28"/>
          <w:lang w:eastAsia="zh-CN"/>
        </w:rPr>
        <w:t>那，在迭部住了一晚上，这咱就不表了。第二天我们直奔扎</w:t>
      </w:r>
      <w:proofErr w:type="gramStart"/>
      <w:r w:rsidRPr="00DF008C">
        <w:rPr>
          <w:rFonts w:eastAsia="宋体"/>
          <w:b/>
          <w:bCs/>
          <w:sz w:val="28"/>
          <w:szCs w:val="28"/>
          <w:lang w:eastAsia="zh-CN"/>
        </w:rPr>
        <w:t>尕</w:t>
      </w:r>
      <w:proofErr w:type="gramEnd"/>
      <w:r w:rsidRPr="00DF008C">
        <w:rPr>
          <w:rFonts w:eastAsia="宋体"/>
          <w:b/>
          <w:bCs/>
          <w:sz w:val="28"/>
          <w:szCs w:val="28"/>
          <w:lang w:eastAsia="zh-CN"/>
        </w:rPr>
        <w:t>那景区，</w:t>
      </w:r>
      <w:r w:rsidR="001E3843" w:rsidRPr="00DF008C">
        <w:rPr>
          <w:rFonts w:eastAsia="宋体" w:hint="eastAsia"/>
          <w:b/>
          <w:bCs/>
          <w:sz w:val="28"/>
          <w:szCs w:val="28"/>
          <w:lang w:eastAsia="zh-CN"/>
        </w:rPr>
        <w:t>它</w:t>
      </w:r>
      <w:r w:rsidRPr="00DF008C">
        <w:rPr>
          <w:rFonts w:eastAsia="宋体"/>
          <w:b/>
          <w:bCs/>
          <w:sz w:val="28"/>
          <w:szCs w:val="28"/>
          <w:lang w:eastAsia="zh-CN"/>
        </w:rPr>
        <w:t>既是景区，又是必经的交通道路</w:t>
      </w:r>
      <w:r w:rsidR="00712621" w:rsidRPr="00DF008C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DF008C">
        <w:rPr>
          <w:rFonts w:eastAsia="宋体"/>
          <w:b/>
          <w:bCs/>
          <w:sz w:val="28"/>
          <w:szCs w:val="28"/>
          <w:lang w:eastAsia="zh-CN"/>
        </w:rPr>
        <w:t>所以有很多过客，开了一个口子，三个小时内过境的不收门票。实际上现在来想，我们</w:t>
      </w:r>
      <w:r w:rsidR="00712621" w:rsidRPr="00DF008C">
        <w:rPr>
          <w:rFonts w:eastAsia="宋体" w:hint="eastAsia"/>
          <w:b/>
          <w:bCs/>
          <w:sz w:val="28"/>
          <w:szCs w:val="28"/>
          <w:lang w:eastAsia="zh-CN"/>
        </w:rPr>
        <w:t>欠人</w:t>
      </w:r>
      <w:r w:rsidRPr="00DF008C">
        <w:rPr>
          <w:rFonts w:eastAsia="宋体"/>
          <w:b/>
          <w:bCs/>
          <w:sz w:val="28"/>
          <w:szCs w:val="28"/>
          <w:lang w:eastAsia="zh-CN"/>
        </w:rPr>
        <w:t>一张门票，下次千万不要学我们这小聪明啊，如果去一定给人买一张门票，八十</w:t>
      </w:r>
      <w:r w:rsidR="00712621" w:rsidRPr="00DF008C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DF008C">
        <w:rPr>
          <w:rFonts w:eastAsia="宋体"/>
          <w:b/>
          <w:bCs/>
          <w:sz w:val="28"/>
          <w:szCs w:val="28"/>
          <w:lang w:eastAsia="zh-CN"/>
        </w:rPr>
        <w:t>在扎</w:t>
      </w:r>
      <w:proofErr w:type="gramStart"/>
      <w:r w:rsidRPr="00DF008C">
        <w:rPr>
          <w:rFonts w:eastAsia="宋体"/>
          <w:b/>
          <w:bCs/>
          <w:sz w:val="28"/>
          <w:szCs w:val="28"/>
          <w:lang w:eastAsia="zh-CN"/>
        </w:rPr>
        <w:t>尕</w:t>
      </w:r>
      <w:proofErr w:type="gramEnd"/>
      <w:r w:rsidRPr="00DF008C">
        <w:rPr>
          <w:rFonts w:eastAsia="宋体"/>
          <w:b/>
          <w:bCs/>
          <w:sz w:val="28"/>
          <w:szCs w:val="28"/>
          <w:lang w:eastAsia="zh-CN"/>
        </w:rPr>
        <w:t>那住</w:t>
      </w:r>
      <w:r w:rsidR="00712621" w:rsidRPr="00DF008C">
        <w:rPr>
          <w:rFonts w:eastAsia="宋体" w:hint="eastAsia"/>
          <w:b/>
          <w:bCs/>
          <w:sz w:val="28"/>
          <w:szCs w:val="28"/>
          <w:lang w:eastAsia="zh-CN"/>
        </w:rPr>
        <w:t>一晚，</w:t>
      </w:r>
      <w:r w:rsidRPr="00DF008C">
        <w:rPr>
          <w:rFonts w:eastAsia="宋体"/>
          <w:b/>
          <w:bCs/>
          <w:sz w:val="28"/>
          <w:szCs w:val="28"/>
          <w:lang w:eastAsia="zh-CN"/>
        </w:rPr>
        <w:t>太值得了</w:t>
      </w:r>
      <w:r w:rsidR="00712621" w:rsidRPr="00DF008C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DF008C">
        <w:rPr>
          <w:rFonts w:eastAsia="宋体"/>
          <w:b/>
          <w:bCs/>
          <w:sz w:val="28"/>
          <w:szCs w:val="28"/>
          <w:lang w:eastAsia="zh-CN"/>
        </w:rPr>
        <w:t>我们就三个小时啊，慌忙的，不断的盘山，一直盘到海拔四千二，一路沿途风景绝美，你们要去绝对不虚此行。中间路程上不断有观景平台，那个地方的人的精神面貌都特别好</w:t>
      </w:r>
      <w:r w:rsidR="005863D0" w:rsidRPr="00DF008C">
        <w:rPr>
          <w:rFonts w:eastAsia="宋体" w:hint="eastAsia"/>
          <w:b/>
          <w:bCs/>
          <w:sz w:val="28"/>
          <w:szCs w:val="28"/>
          <w:lang w:eastAsia="zh-CN"/>
        </w:rPr>
        <w:t>。</w:t>
      </w:r>
    </w:p>
    <w:p w14:paraId="44590534" w14:textId="77777777" w:rsidR="00DF008C" w:rsidRPr="00DF008C" w:rsidRDefault="000D1265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/>
          <w:b/>
          <w:bCs/>
          <w:sz w:val="28"/>
          <w:szCs w:val="28"/>
          <w:lang w:eastAsia="zh-CN"/>
        </w:rPr>
      </w:pPr>
      <w:r w:rsidRPr="00DF008C">
        <w:rPr>
          <w:rFonts w:eastAsia="宋体"/>
          <w:b/>
          <w:bCs/>
          <w:sz w:val="28"/>
          <w:szCs w:val="28"/>
          <w:lang w:eastAsia="zh-CN"/>
        </w:rPr>
        <w:t>扎</w:t>
      </w:r>
      <w:proofErr w:type="gramStart"/>
      <w:r w:rsidRPr="00DF008C">
        <w:rPr>
          <w:rFonts w:eastAsia="宋体"/>
          <w:b/>
          <w:bCs/>
          <w:sz w:val="28"/>
          <w:szCs w:val="28"/>
          <w:lang w:eastAsia="zh-CN"/>
        </w:rPr>
        <w:t>尕</w:t>
      </w:r>
      <w:proofErr w:type="gramEnd"/>
      <w:r w:rsidRPr="00DF008C">
        <w:rPr>
          <w:rFonts w:eastAsia="宋体"/>
          <w:b/>
          <w:bCs/>
          <w:sz w:val="28"/>
          <w:szCs w:val="28"/>
          <w:lang w:eastAsia="zh-CN"/>
        </w:rPr>
        <w:t>那是怎么发现的呢？是</w:t>
      </w:r>
      <w:proofErr w:type="gramStart"/>
      <w:r w:rsidRPr="00DF008C">
        <w:rPr>
          <w:rFonts w:eastAsia="宋体"/>
          <w:b/>
          <w:bCs/>
          <w:sz w:val="28"/>
          <w:szCs w:val="28"/>
          <w:lang w:eastAsia="zh-CN"/>
        </w:rPr>
        <w:t>洛</w:t>
      </w:r>
      <w:proofErr w:type="gramEnd"/>
      <w:r w:rsidRPr="00DF008C">
        <w:rPr>
          <w:rFonts w:eastAsia="宋体"/>
          <w:b/>
          <w:bCs/>
          <w:sz w:val="28"/>
          <w:szCs w:val="28"/>
          <w:lang w:eastAsia="zh-CN"/>
        </w:rPr>
        <w:t>克</w:t>
      </w:r>
      <w:proofErr w:type="gramStart"/>
      <w:r w:rsidRPr="00DF008C">
        <w:rPr>
          <w:rFonts w:eastAsia="宋体"/>
          <w:b/>
          <w:bCs/>
          <w:sz w:val="28"/>
          <w:szCs w:val="28"/>
          <w:lang w:eastAsia="zh-CN"/>
        </w:rPr>
        <w:t>一九零几</w:t>
      </w:r>
      <w:proofErr w:type="gramEnd"/>
      <w:r w:rsidRPr="00DF008C">
        <w:rPr>
          <w:rFonts w:eastAsia="宋体"/>
          <w:b/>
          <w:bCs/>
          <w:sz w:val="28"/>
          <w:szCs w:val="28"/>
          <w:lang w:eastAsia="zh-CN"/>
        </w:rPr>
        <w:t>年发现的，扎</w:t>
      </w:r>
      <w:proofErr w:type="gramStart"/>
      <w:r w:rsidRPr="00DF008C">
        <w:rPr>
          <w:rFonts w:eastAsia="宋体"/>
          <w:b/>
          <w:bCs/>
          <w:sz w:val="28"/>
          <w:szCs w:val="28"/>
          <w:lang w:eastAsia="zh-CN"/>
        </w:rPr>
        <w:t>尕</w:t>
      </w:r>
      <w:proofErr w:type="gramEnd"/>
      <w:r w:rsidRPr="00DF008C">
        <w:rPr>
          <w:rFonts w:eastAsia="宋体"/>
          <w:b/>
          <w:bCs/>
          <w:sz w:val="28"/>
          <w:szCs w:val="28"/>
          <w:lang w:eastAsia="zh-CN"/>
        </w:rPr>
        <w:t>那旁边有一条路叫</w:t>
      </w:r>
      <w:proofErr w:type="gramStart"/>
      <w:r w:rsidRPr="00DF008C">
        <w:rPr>
          <w:rFonts w:eastAsia="宋体"/>
          <w:b/>
          <w:bCs/>
          <w:sz w:val="28"/>
          <w:szCs w:val="28"/>
          <w:lang w:eastAsia="zh-CN"/>
        </w:rPr>
        <w:t>洛</w:t>
      </w:r>
      <w:proofErr w:type="gramEnd"/>
      <w:r w:rsidRPr="00DF008C">
        <w:rPr>
          <w:rFonts w:eastAsia="宋体"/>
          <w:b/>
          <w:bCs/>
          <w:sz w:val="28"/>
          <w:szCs w:val="28"/>
          <w:lang w:eastAsia="zh-CN"/>
        </w:rPr>
        <w:t>克之路。过了扎</w:t>
      </w:r>
      <w:proofErr w:type="gramStart"/>
      <w:r w:rsidRPr="00DF008C">
        <w:rPr>
          <w:rFonts w:eastAsia="宋体"/>
          <w:b/>
          <w:bCs/>
          <w:sz w:val="28"/>
          <w:szCs w:val="28"/>
          <w:lang w:eastAsia="zh-CN"/>
        </w:rPr>
        <w:t>尕</w:t>
      </w:r>
      <w:proofErr w:type="gramEnd"/>
      <w:r w:rsidRPr="00DF008C">
        <w:rPr>
          <w:rFonts w:eastAsia="宋体"/>
          <w:b/>
          <w:bCs/>
          <w:sz w:val="28"/>
          <w:szCs w:val="28"/>
          <w:lang w:eastAsia="zh-CN"/>
        </w:rPr>
        <w:t>那之后，</w:t>
      </w:r>
      <w:proofErr w:type="gramStart"/>
      <w:r w:rsidR="005863D0" w:rsidRPr="00DF008C">
        <w:rPr>
          <w:rFonts w:eastAsia="宋体" w:hint="eastAsia"/>
          <w:b/>
          <w:bCs/>
          <w:sz w:val="28"/>
          <w:szCs w:val="28"/>
          <w:lang w:eastAsia="zh-CN"/>
        </w:rPr>
        <w:t>往</w:t>
      </w:r>
      <w:r w:rsidRPr="00DF008C">
        <w:rPr>
          <w:rFonts w:eastAsia="宋体"/>
          <w:b/>
          <w:bCs/>
          <w:sz w:val="28"/>
          <w:szCs w:val="28"/>
          <w:lang w:eastAsia="zh-CN"/>
        </w:rPr>
        <w:t>合作市</w:t>
      </w:r>
      <w:proofErr w:type="gramEnd"/>
      <w:r w:rsidRPr="00DF008C">
        <w:rPr>
          <w:rFonts w:eastAsia="宋体"/>
          <w:b/>
          <w:bCs/>
          <w:sz w:val="28"/>
          <w:szCs w:val="28"/>
          <w:lang w:eastAsia="zh-CN"/>
        </w:rPr>
        <w:t>走，又一段六十公里的，叫做江迭公路，就走那个江迭公路，这个地方是整个甘南景色最优美的地方，</w:t>
      </w:r>
      <w:r w:rsidR="005863D0" w:rsidRPr="00DF008C">
        <w:rPr>
          <w:rFonts w:eastAsia="宋体" w:hint="eastAsia"/>
          <w:b/>
          <w:bCs/>
          <w:sz w:val="28"/>
          <w:szCs w:val="28"/>
          <w:lang w:eastAsia="zh-CN"/>
        </w:rPr>
        <w:t>太</w:t>
      </w:r>
      <w:r w:rsidRPr="00DF008C">
        <w:rPr>
          <w:rFonts w:eastAsia="宋体"/>
          <w:b/>
          <w:bCs/>
          <w:sz w:val="28"/>
          <w:szCs w:val="28"/>
          <w:lang w:eastAsia="zh-CN"/>
        </w:rPr>
        <w:t>美了，可以完全用洗涤心灵这个来比喻啊</w:t>
      </w:r>
      <w:r w:rsidR="00173DCC" w:rsidRPr="00DF008C">
        <w:rPr>
          <w:rFonts w:eastAsia="宋体" w:hint="eastAsia"/>
          <w:b/>
          <w:bCs/>
          <w:sz w:val="28"/>
          <w:szCs w:val="28"/>
          <w:lang w:eastAsia="zh-CN"/>
        </w:rPr>
        <w:t>。</w:t>
      </w:r>
    </w:p>
    <w:p w14:paraId="1DB08E77" w14:textId="77777777" w:rsidR="00DF008C" w:rsidRPr="00DF008C" w:rsidRDefault="000D1265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/>
          <w:b/>
          <w:bCs/>
          <w:sz w:val="28"/>
          <w:szCs w:val="28"/>
          <w:lang w:eastAsia="zh-CN"/>
        </w:rPr>
      </w:pPr>
      <w:r w:rsidRPr="00DF008C">
        <w:rPr>
          <w:rFonts w:eastAsia="宋体"/>
          <w:b/>
          <w:bCs/>
          <w:sz w:val="28"/>
          <w:szCs w:val="28"/>
          <w:lang w:eastAsia="zh-CN"/>
        </w:rPr>
        <w:t>我决定最近几年再去一趟</w:t>
      </w:r>
      <w:r w:rsidR="00173DCC" w:rsidRPr="00DF008C">
        <w:rPr>
          <w:rFonts w:eastAsia="宋体" w:hint="eastAsia"/>
          <w:b/>
          <w:bCs/>
          <w:sz w:val="28"/>
          <w:szCs w:val="28"/>
          <w:lang w:eastAsia="zh-CN"/>
        </w:rPr>
        <w:t>甘南。</w:t>
      </w:r>
      <w:r w:rsidRPr="00DF008C">
        <w:rPr>
          <w:rFonts w:eastAsia="宋体"/>
          <w:b/>
          <w:bCs/>
          <w:sz w:val="28"/>
          <w:szCs w:val="28"/>
          <w:lang w:eastAsia="zh-CN"/>
        </w:rPr>
        <w:t>这次遗憾的是没有走</w:t>
      </w:r>
      <w:proofErr w:type="gramStart"/>
      <w:r w:rsidRPr="00DF008C">
        <w:rPr>
          <w:rFonts w:eastAsia="宋体"/>
          <w:b/>
          <w:bCs/>
          <w:sz w:val="28"/>
          <w:szCs w:val="28"/>
          <w:lang w:eastAsia="zh-CN"/>
        </w:rPr>
        <w:t>洛</w:t>
      </w:r>
      <w:proofErr w:type="gramEnd"/>
      <w:r w:rsidRPr="00DF008C">
        <w:rPr>
          <w:rFonts w:eastAsia="宋体"/>
          <w:b/>
          <w:bCs/>
          <w:sz w:val="28"/>
          <w:szCs w:val="28"/>
          <w:lang w:eastAsia="zh-CN"/>
        </w:rPr>
        <w:t>克之路，因为三辆七座车，底盘因为过低啊，有些问题</w:t>
      </w:r>
      <w:r w:rsidR="00173DCC" w:rsidRPr="00DF008C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DF008C">
        <w:rPr>
          <w:rFonts w:eastAsia="宋体"/>
          <w:b/>
          <w:bCs/>
          <w:sz w:val="28"/>
          <w:szCs w:val="28"/>
          <w:lang w:eastAsia="zh-CN"/>
        </w:rPr>
        <w:t>我们走的江</w:t>
      </w:r>
      <w:proofErr w:type="gramStart"/>
      <w:r w:rsidRPr="00DF008C">
        <w:rPr>
          <w:rFonts w:eastAsia="宋体"/>
          <w:b/>
          <w:bCs/>
          <w:sz w:val="28"/>
          <w:szCs w:val="28"/>
          <w:lang w:eastAsia="zh-CN"/>
        </w:rPr>
        <w:t>迭公路</w:t>
      </w:r>
      <w:proofErr w:type="gramEnd"/>
      <w:r w:rsidR="00173DCC" w:rsidRPr="00DF008C">
        <w:rPr>
          <w:rFonts w:eastAsia="宋体" w:hint="eastAsia"/>
          <w:b/>
          <w:bCs/>
          <w:sz w:val="28"/>
          <w:szCs w:val="28"/>
          <w:lang w:eastAsia="zh-CN"/>
        </w:rPr>
        <w:t>也</w:t>
      </w:r>
      <w:r w:rsidRPr="00DF008C">
        <w:rPr>
          <w:rFonts w:eastAsia="宋体"/>
          <w:b/>
          <w:bCs/>
          <w:sz w:val="28"/>
          <w:szCs w:val="28"/>
          <w:lang w:eastAsia="zh-CN"/>
        </w:rPr>
        <w:t>都是石头子儿的，磕磕绊绊的，不是水泥马路，四十公里下来，我们</w:t>
      </w:r>
      <w:r w:rsidRPr="00DF008C">
        <w:rPr>
          <w:rFonts w:eastAsia="宋体"/>
          <w:b/>
          <w:bCs/>
          <w:sz w:val="28"/>
          <w:szCs w:val="28"/>
          <w:lang w:eastAsia="zh-CN"/>
        </w:rPr>
        <w:lastRenderedPageBreak/>
        <w:t>有一辆车也爆胎了，这非常危险啊，你们要注意</w:t>
      </w:r>
      <w:r w:rsidR="003317DB" w:rsidRPr="00DF008C">
        <w:rPr>
          <w:rFonts w:eastAsia="宋体" w:hint="eastAsia"/>
          <w:b/>
          <w:bCs/>
          <w:sz w:val="28"/>
          <w:szCs w:val="28"/>
          <w:lang w:eastAsia="zh-CN"/>
        </w:rPr>
        <w:t>。</w:t>
      </w:r>
    </w:p>
    <w:p w14:paraId="358473F9" w14:textId="26296912" w:rsidR="008633C2" w:rsidRPr="00DF008C" w:rsidRDefault="003317DB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 w:hint="eastAsia"/>
          <w:b/>
          <w:bCs/>
          <w:sz w:val="28"/>
          <w:szCs w:val="28"/>
          <w:lang w:eastAsia="zh-CN"/>
        </w:rPr>
      </w:pPr>
      <w:r w:rsidRPr="00DF008C">
        <w:rPr>
          <w:rFonts w:eastAsia="宋体" w:hint="eastAsia"/>
          <w:b/>
          <w:bCs/>
          <w:sz w:val="28"/>
          <w:szCs w:val="28"/>
          <w:lang w:eastAsia="zh-CN"/>
        </w:rPr>
        <w:t>我们到</w:t>
      </w:r>
      <w:proofErr w:type="gramStart"/>
      <w:r w:rsidR="000D1265" w:rsidRPr="00DF008C">
        <w:rPr>
          <w:rFonts w:eastAsia="宋体"/>
          <w:b/>
          <w:bCs/>
          <w:sz w:val="28"/>
          <w:szCs w:val="28"/>
          <w:lang w:eastAsia="zh-CN"/>
        </w:rPr>
        <w:t>合作住</w:t>
      </w:r>
      <w:proofErr w:type="gramEnd"/>
      <w:r w:rsidR="000D1265" w:rsidRPr="00DF008C">
        <w:rPr>
          <w:rFonts w:eastAsia="宋体"/>
          <w:b/>
          <w:bCs/>
          <w:sz w:val="28"/>
          <w:szCs w:val="28"/>
          <w:lang w:eastAsia="zh-CN"/>
        </w:rPr>
        <w:t>了一晚，第二天大家匆匆忙忙驱车回兰州</w:t>
      </w:r>
      <w:r w:rsidRPr="00DF008C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="000D1265" w:rsidRPr="00DF008C">
        <w:rPr>
          <w:rFonts w:eastAsia="宋体"/>
          <w:b/>
          <w:bCs/>
          <w:sz w:val="28"/>
          <w:szCs w:val="28"/>
          <w:lang w:eastAsia="zh-CN"/>
        </w:rPr>
        <w:t>唯一遗憾，应该再多留几天</w:t>
      </w:r>
      <w:r w:rsidRPr="00DF008C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="000D1265" w:rsidRPr="00DF008C">
        <w:rPr>
          <w:rFonts w:eastAsia="宋体"/>
          <w:b/>
          <w:bCs/>
          <w:sz w:val="28"/>
          <w:szCs w:val="28"/>
          <w:lang w:eastAsia="zh-CN"/>
        </w:rPr>
        <w:t>应该在扎</w:t>
      </w:r>
      <w:proofErr w:type="gramStart"/>
      <w:r w:rsidR="000D1265" w:rsidRPr="00DF008C">
        <w:rPr>
          <w:rFonts w:eastAsia="宋体"/>
          <w:b/>
          <w:bCs/>
          <w:sz w:val="28"/>
          <w:szCs w:val="28"/>
          <w:lang w:eastAsia="zh-CN"/>
        </w:rPr>
        <w:t>尕</w:t>
      </w:r>
      <w:proofErr w:type="gramEnd"/>
      <w:r w:rsidR="000D1265" w:rsidRPr="00DF008C">
        <w:rPr>
          <w:rFonts w:eastAsia="宋体"/>
          <w:b/>
          <w:bCs/>
          <w:sz w:val="28"/>
          <w:szCs w:val="28"/>
          <w:lang w:eastAsia="zh-CN"/>
        </w:rPr>
        <w:t>那至少住一晚，我们应该从玛曲往南再走一段，没办法，</w:t>
      </w:r>
      <w:proofErr w:type="gramStart"/>
      <w:r w:rsidR="000D1265" w:rsidRPr="00DF008C">
        <w:rPr>
          <w:rFonts w:eastAsia="宋体"/>
          <w:b/>
          <w:bCs/>
          <w:sz w:val="28"/>
          <w:szCs w:val="28"/>
          <w:lang w:eastAsia="zh-CN"/>
        </w:rPr>
        <w:t>有人高反的</w:t>
      </w:r>
      <w:proofErr w:type="gramEnd"/>
      <w:r w:rsidR="000D1265" w:rsidRPr="00DF008C">
        <w:rPr>
          <w:rFonts w:eastAsia="宋体"/>
          <w:b/>
          <w:bCs/>
          <w:sz w:val="28"/>
          <w:szCs w:val="28"/>
          <w:lang w:eastAsia="zh-CN"/>
        </w:rPr>
        <w:t>厉害，急于下降到海拔低的地方。</w:t>
      </w:r>
    </w:p>
    <w:p w14:paraId="333D7C02" w14:textId="77777777" w:rsidR="00DF008C" w:rsidRPr="00DF008C" w:rsidRDefault="00000000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/>
          <w:b/>
          <w:bCs/>
          <w:sz w:val="28"/>
          <w:szCs w:val="28"/>
          <w:lang w:eastAsia="zh-CN"/>
        </w:rPr>
      </w:pPr>
      <w:r w:rsidRPr="00DF008C">
        <w:rPr>
          <w:rFonts w:eastAsia="宋体"/>
          <w:b/>
          <w:bCs/>
          <w:sz w:val="28"/>
          <w:szCs w:val="28"/>
          <w:lang w:eastAsia="zh-CN"/>
        </w:rPr>
        <w:t>我再给大家几点出行的建议，非常关键的关键，出去玩，一定要自主，不要让别人安排，尤其不要让旅行社安排，因为他们所有的目的都是出于商业目的，即便给你安排很好，但是它也出于商业目的，而且行程不能变</w:t>
      </w:r>
      <w:r w:rsidR="00AA25CD" w:rsidRPr="00DF008C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DF008C">
        <w:rPr>
          <w:rFonts w:eastAsia="宋体"/>
          <w:b/>
          <w:bCs/>
          <w:sz w:val="28"/>
          <w:szCs w:val="28"/>
          <w:lang w:eastAsia="zh-CN"/>
        </w:rPr>
        <w:t>一成不变的行程，这是没有意思的。一定要多变，多变的前提，你们一定要听好，一定要记住啊，是身体强大</w:t>
      </w:r>
      <w:r w:rsidR="00AA25CD" w:rsidRPr="00DF008C">
        <w:rPr>
          <w:rFonts w:eastAsia="宋体" w:hint="eastAsia"/>
          <w:b/>
          <w:bCs/>
          <w:sz w:val="28"/>
          <w:szCs w:val="28"/>
          <w:lang w:eastAsia="zh-CN"/>
        </w:rPr>
        <w:t>，禁造，</w:t>
      </w:r>
      <w:r w:rsidRPr="00DF008C">
        <w:rPr>
          <w:rFonts w:eastAsia="宋体"/>
          <w:b/>
          <w:bCs/>
          <w:sz w:val="28"/>
          <w:szCs w:val="28"/>
          <w:lang w:eastAsia="zh-CN"/>
        </w:rPr>
        <w:t>生命能力强。</w:t>
      </w:r>
    </w:p>
    <w:p w14:paraId="6722E332" w14:textId="14F96FC9" w:rsidR="00DF008C" w:rsidRPr="00DF008C" w:rsidRDefault="00000000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/>
          <w:b/>
          <w:bCs/>
          <w:sz w:val="28"/>
          <w:szCs w:val="28"/>
          <w:lang w:eastAsia="zh-CN"/>
        </w:rPr>
      </w:pPr>
      <w:r w:rsidRPr="00DF008C">
        <w:rPr>
          <w:rFonts w:eastAsia="宋体"/>
          <w:b/>
          <w:bCs/>
          <w:sz w:val="28"/>
          <w:szCs w:val="28"/>
          <w:lang w:eastAsia="zh-CN"/>
        </w:rPr>
        <w:t>我们之所以能一趟趟出去，就是我们生命能力强，顽强，两宿不睡觉，没事儿，</w:t>
      </w:r>
      <w:r w:rsidR="00E067A6" w:rsidRPr="00DF008C">
        <w:rPr>
          <w:rFonts w:eastAsia="宋体" w:hint="eastAsia"/>
          <w:b/>
          <w:bCs/>
          <w:sz w:val="28"/>
          <w:szCs w:val="28"/>
          <w:lang w:eastAsia="zh-CN"/>
        </w:rPr>
        <w:t>开</w:t>
      </w:r>
      <w:r w:rsidRPr="00DF008C">
        <w:rPr>
          <w:rFonts w:eastAsia="宋体"/>
          <w:b/>
          <w:bCs/>
          <w:sz w:val="28"/>
          <w:szCs w:val="28"/>
          <w:lang w:eastAsia="zh-CN"/>
        </w:rPr>
        <w:t>车得八个小时，抗</w:t>
      </w:r>
      <w:r w:rsidR="00E067A6" w:rsidRPr="00DF008C">
        <w:rPr>
          <w:rFonts w:eastAsia="宋体" w:hint="eastAsia"/>
          <w:b/>
          <w:bCs/>
          <w:sz w:val="28"/>
          <w:szCs w:val="28"/>
          <w:lang w:eastAsia="zh-CN"/>
        </w:rPr>
        <w:t>造</w:t>
      </w:r>
      <w:r w:rsidRPr="00DF008C">
        <w:rPr>
          <w:rFonts w:eastAsia="宋体"/>
          <w:b/>
          <w:bCs/>
          <w:sz w:val="28"/>
          <w:szCs w:val="28"/>
          <w:lang w:eastAsia="zh-CN"/>
        </w:rPr>
        <w:t>，吃啥都行，</w:t>
      </w:r>
      <w:proofErr w:type="gramStart"/>
      <w:r w:rsidRPr="00DF008C">
        <w:rPr>
          <w:rFonts w:eastAsia="宋体"/>
          <w:b/>
          <w:bCs/>
          <w:sz w:val="28"/>
          <w:szCs w:val="28"/>
          <w:lang w:eastAsia="zh-CN"/>
        </w:rPr>
        <w:t>不</w:t>
      </w:r>
      <w:proofErr w:type="gramEnd"/>
      <w:r w:rsidRPr="00DF008C">
        <w:rPr>
          <w:rFonts w:eastAsia="宋体"/>
          <w:b/>
          <w:bCs/>
          <w:sz w:val="28"/>
          <w:szCs w:val="28"/>
          <w:lang w:eastAsia="zh-CN"/>
        </w:rPr>
        <w:t>拉肚子，这个就是一个前提保证。而且要提前一天开始做攻略，要看大量的资料，你不看这是不行的</w:t>
      </w:r>
      <w:r w:rsidR="00E067A6" w:rsidRPr="00DF008C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DF008C">
        <w:rPr>
          <w:rFonts w:eastAsia="宋体"/>
          <w:b/>
          <w:bCs/>
          <w:sz w:val="28"/>
          <w:szCs w:val="28"/>
          <w:lang w:eastAsia="zh-CN"/>
        </w:rPr>
        <w:t>订宾馆啊，很多人身体第一天就垮下来</w:t>
      </w:r>
      <w:r w:rsidR="00E067A6" w:rsidRPr="00DF008C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DF008C">
        <w:rPr>
          <w:rFonts w:eastAsia="宋体"/>
          <w:b/>
          <w:bCs/>
          <w:sz w:val="28"/>
          <w:szCs w:val="28"/>
          <w:lang w:eastAsia="zh-CN"/>
        </w:rPr>
        <w:t>你说这种人你还带着他吗？肯定</w:t>
      </w:r>
      <w:proofErr w:type="gramStart"/>
      <w:r w:rsidRPr="00DF008C">
        <w:rPr>
          <w:rFonts w:eastAsia="宋体"/>
          <w:b/>
          <w:bCs/>
          <w:sz w:val="28"/>
          <w:szCs w:val="28"/>
          <w:lang w:eastAsia="zh-CN"/>
        </w:rPr>
        <w:t>不能带着</w:t>
      </w:r>
      <w:proofErr w:type="gramEnd"/>
      <w:r w:rsidRPr="00DF008C">
        <w:rPr>
          <w:rFonts w:eastAsia="宋体"/>
          <w:b/>
          <w:bCs/>
          <w:sz w:val="28"/>
          <w:szCs w:val="28"/>
          <w:lang w:eastAsia="zh-CN"/>
        </w:rPr>
        <w:t>。</w:t>
      </w:r>
      <w:r w:rsidR="0076053A" w:rsidRPr="00DF008C">
        <w:rPr>
          <w:rFonts w:eastAsia="宋体" w:hint="eastAsia"/>
          <w:b/>
          <w:bCs/>
          <w:sz w:val="28"/>
          <w:szCs w:val="28"/>
          <w:lang w:eastAsia="zh-CN"/>
        </w:rPr>
        <w:t>我们</w:t>
      </w:r>
      <w:r w:rsidRPr="00DF008C">
        <w:rPr>
          <w:rFonts w:eastAsia="宋体"/>
          <w:b/>
          <w:bCs/>
          <w:sz w:val="28"/>
          <w:szCs w:val="28"/>
          <w:lang w:eastAsia="zh-CN"/>
        </w:rPr>
        <w:t>二十三个人，四辆车嘛。其实身体远远比你们想象中强大，</w:t>
      </w:r>
      <w:r w:rsidR="00DF008C" w:rsidRPr="00DF008C">
        <w:rPr>
          <w:rFonts w:eastAsia="宋体" w:hint="eastAsia"/>
          <w:b/>
          <w:bCs/>
          <w:sz w:val="28"/>
          <w:szCs w:val="28"/>
          <w:lang w:eastAsia="zh-CN"/>
        </w:rPr>
        <w:t>在</w:t>
      </w:r>
      <w:r w:rsidR="003F3BE8" w:rsidRPr="00DF008C">
        <w:rPr>
          <w:rFonts w:eastAsia="宋体" w:hint="eastAsia"/>
          <w:b/>
          <w:bCs/>
          <w:sz w:val="28"/>
          <w:szCs w:val="28"/>
          <w:lang w:eastAsia="zh-CN"/>
        </w:rPr>
        <w:t>家是弱鸡，</w:t>
      </w:r>
      <w:r w:rsidRPr="00DF008C">
        <w:rPr>
          <w:rFonts w:eastAsia="宋体"/>
          <w:b/>
          <w:bCs/>
          <w:sz w:val="28"/>
          <w:szCs w:val="28"/>
          <w:lang w:eastAsia="zh-CN"/>
        </w:rPr>
        <w:t>出去就变成强者，这是一定的。太开心了，出去玩儿，这个东西</w:t>
      </w:r>
      <w:r w:rsidR="00DC67F6" w:rsidRPr="00DF008C">
        <w:rPr>
          <w:rFonts w:eastAsia="宋体" w:hint="eastAsia"/>
          <w:b/>
          <w:bCs/>
          <w:sz w:val="28"/>
          <w:szCs w:val="28"/>
          <w:lang w:eastAsia="zh-CN"/>
        </w:rPr>
        <w:t>上瘾。</w:t>
      </w:r>
    </w:p>
    <w:p w14:paraId="46F8500A" w14:textId="77777777" w:rsidR="00DF008C" w:rsidRPr="00DF008C" w:rsidRDefault="00000000" w:rsidP="0076289F">
      <w:pPr>
        <w:widowControl w:val="0"/>
        <w:adjustRightInd w:val="0"/>
        <w:snapToGrid w:val="0"/>
        <w:spacing w:after="0" w:line="360" w:lineRule="auto"/>
        <w:ind w:firstLineChars="200" w:firstLine="560"/>
        <w:rPr>
          <w:rFonts w:eastAsia="宋体"/>
          <w:b/>
          <w:bCs/>
          <w:sz w:val="28"/>
          <w:szCs w:val="28"/>
          <w:lang w:eastAsia="zh-CN"/>
        </w:rPr>
      </w:pPr>
      <w:r w:rsidRPr="00444D34">
        <w:rPr>
          <w:rFonts w:eastAsia="宋体"/>
          <w:sz w:val="28"/>
          <w:szCs w:val="28"/>
          <w:lang w:eastAsia="zh-CN"/>
        </w:rPr>
        <w:t>第二，选宾馆，你要遵从一个原则，大城市找周边，小城市找中心。重要的一点</w:t>
      </w:r>
      <w:r w:rsidR="009803A3">
        <w:rPr>
          <w:rFonts w:eastAsia="宋体" w:hint="eastAsia"/>
          <w:sz w:val="28"/>
          <w:szCs w:val="28"/>
          <w:lang w:eastAsia="zh-CN"/>
        </w:rPr>
        <w:t>，</w:t>
      </w:r>
      <w:r w:rsidRPr="00444D34">
        <w:rPr>
          <w:rFonts w:eastAsia="宋体"/>
          <w:sz w:val="28"/>
          <w:szCs w:val="28"/>
          <w:lang w:eastAsia="zh-CN"/>
        </w:rPr>
        <w:t>不要选连锁酒店，任何一个连锁酒店都不要选，为啥？因为连锁酒店性价比不高，价格贵，房间小，隔音差，要找带“商务”俩字的当地酒店，而且字儿越少越好，房子是半新不旧，不要两年内装修的。你在美团上也好，在高德地图上也好，一定要看三个关键要素</w:t>
      </w:r>
      <w:r w:rsidR="00F5608A">
        <w:rPr>
          <w:rFonts w:eastAsia="宋体" w:hint="eastAsia"/>
          <w:sz w:val="28"/>
          <w:szCs w:val="28"/>
          <w:lang w:eastAsia="zh-CN"/>
        </w:rPr>
        <w:t>。</w:t>
      </w:r>
      <w:r w:rsidRPr="00444D34">
        <w:rPr>
          <w:rFonts w:eastAsia="宋体"/>
          <w:sz w:val="28"/>
          <w:szCs w:val="28"/>
          <w:lang w:eastAsia="zh-CN"/>
        </w:rPr>
        <w:t>第一，平米数一定要大，二十五平以上。我相信你能找到，价格低，平米数</w:t>
      </w:r>
      <w:r w:rsidR="00646F3D">
        <w:rPr>
          <w:rFonts w:eastAsia="宋体" w:hint="eastAsia"/>
          <w:sz w:val="28"/>
          <w:szCs w:val="28"/>
          <w:lang w:eastAsia="zh-CN"/>
        </w:rPr>
        <w:t>又</w:t>
      </w:r>
      <w:r w:rsidRPr="00444D34">
        <w:rPr>
          <w:rFonts w:eastAsia="宋体"/>
          <w:sz w:val="28"/>
          <w:szCs w:val="28"/>
          <w:lang w:eastAsia="zh-CN"/>
        </w:rPr>
        <w:t>大的。第二，一定有窗。三、绝对不要临主街。</w:t>
      </w:r>
      <w:r w:rsidRPr="00444D34">
        <w:rPr>
          <w:rFonts w:eastAsia="宋体"/>
          <w:sz w:val="28"/>
          <w:szCs w:val="28"/>
          <w:lang w:eastAsia="zh-CN"/>
        </w:rPr>
        <w:lastRenderedPageBreak/>
        <w:t>你们就记住这三条，你就能很快发现好酒店</w:t>
      </w:r>
      <w:r w:rsidR="00646F3D">
        <w:rPr>
          <w:rFonts w:eastAsia="宋体" w:hint="eastAsia"/>
          <w:sz w:val="28"/>
          <w:szCs w:val="28"/>
          <w:lang w:eastAsia="zh-CN"/>
        </w:rPr>
        <w:t>，</w:t>
      </w:r>
      <w:r w:rsidRPr="00444D34">
        <w:rPr>
          <w:rFonts w:eastAsia="宋体"/>
          <w:sz w:val="28"/>
          <w:szCs w:val="28"/>
          <w:lang w:eastAsia="zh-CN"/>
        </w:rPr>
        <w:t>屡试不爽吧</w:t>
      </w:r>
      <w:r w:rsidR="00646F3D">
        <w:rPr>
          <w:rFonts w:eastAsia="宋体" w:hint="eastAsia"/>
          <w:sz w:val="28"/>
          <w:szCs w:val="28"/>
          <w:lang w:eastAsia="zh-CN"/>
        </w:rPr>
        <w:t>。</w:t>
      </w:r>
      <w:r w:rsidRPr="00444D34">
        <w:rPr>
          <w:rFonts w:eastAsia="宋体"/>
          <w:sz w:val="28"/>
          <w:szCs w:val="28"/>
          <w:lang w:eastAsia="zh-CN"/>
        </w:rPr>
        <w:t>二十五平米以上，最好是三十五平米，就当地私人的商务酒店，或者自己家的</w:t>
      </w:r>
      <w:r w:rsidRPr="00DF008C">
        <w:rPr>
          <w:rFonts w:eastAsia="宋体"/>
          <w:b/>
          <w:bCs/>
          <w:sz w:val="28"/>
          <w:szCs w:val="28"/>
          <w:lang w:eastAsia="zh-CN"/>
        </w:rPr>
        <w:t>房子，房型都很好</w:t>
      </w:r>
      <w:r w:rsidR="00646F3D" w:rsidRPr="00DF008C">
        <w:rPr>
          <w:rFonts w:eastAsia="宋体" w:hint="eastAsia"/>
          <w:b/>
          <w:bCs/>
          <w:sz w:val="28"/>
          <w:szCs w:val="28"/>
          <w:lang w:eastAsia="zh-CN"/>
        </w:rPr>
        <w:t>。</w:t>
      </w:r>
    </w:p>
    <w:p w14:paraId="4B25090E" w14:textId="77777777" w:rsidR="00DF008C" w:rsidRPr="00DF008C" w:rsidRDefault="00000000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/>
          <w:b/>
          <w:bCs/>
          <w:sz w:val="28"/>
          <w:szCs w:val="28"/>
          <w:lang w:eastAsia="zh-CN"/>
        </w:rPr>
      </w:pPr>
      <w:r w:rsidRPr="00DF008C">
        <w:rPr>
          <w:rFonts w:eastAsia="宋体"/>
          <w:b/>
          <w:bCs/>
          <w:sz w:val="28"/>
          <w:szCs w:val="28"/>
          <w:lang w:eastAsia="zh-CN"/>
        </w:rPr>
        <w:t>你们记住，凡是没窗的，一定楼房的户型不好</w:t>
      </w:r>
      <w:r w:rsidR="003E4C87" w:rsidRPr="00DF008C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DF008C">
        <w:rPr>
          <w:rFonts w:eastAsia="宋体"/>
          <w:b/>
          <w:bCs/>
          <w:sz w:val="28"/>
          <w:szCs w:val="28"/>
          <w:lang w:eastAsia="zh-CN"/>
        </w:rPr>
        <w:t>你想想为什么没窗，如果都有窗，这一定</w:t>
      </w:r>
      <w:proofErr w:type="gramStart"/>
      <w:r w:rsidRPr="00DF008C">
        <w:rPr>
          <w:rFonts w:eastAsia="宋体"/>
          <w:b/>
          <w:bCs/>
          <w:sz w:val="28"/>
          <w:szCs w:val="28"/>
          <w:lang w:eastAsia="zh-CN"/>
        </w:rPr>
        <w:t>是板楼</w:t>
      </w:r>
      <w:proofErr w:type="gramEnd"/>
      <w:r w:rsidRPr="00DF008C">
        <w:rPr>
          <w:rFonts w:eastAsia="宋体"/>
          <w:b/>
          <w:bCs/>
          <w:sz w:val="28"/>
          <w:szCs w:val="28"/>
          <w:lang w:eastAsia="zh-CN"/>
        </w:rPr>
        <w:t>，这</w:t>
      </w:r>
      <w:proofErr w:type="gramStart"/>
      <w:r w:rsidRPr="00DF008C">
        <w:rPr>
          <w:rFonts w:eastAsia="宋体"/>
          <w:b/>
          <w:bCs/>
          <w:sz w:val="28"/>
          <w:szCs w:val="28"/>
          <w:lang w:eastAsia="zh-CN"/>
        </w:rPr>
        <w:t>很关键很关键</w:t>
      </w:r>
      <w:proofErr w:type="gramEnd"/>
      <w:r w:rsidRPr="00DF008C">
        <w:rPr>
          <w:rFonts w:eastAsia="宋体"/>
          <w:b/>
          <w:bCs/>
          <w:sz w:val="28"/>
          <w:szCs w:val="28"/>
          <w:lang w:eastAsia="zh-CN"/>
        </w:rPr>
        <w:t>。不是说我一定要窗，大量有窗的，一定是户型好的，没窗的、</w:t>
      </w:r>
      <w:proofErr w:type="gramStart"/>
      <w:r w:rsidRPr="00DF008C">
        <w:rPr>
          <w:rFonts w:eastAsia="宋体"/>
          <w:b/>
          <w:bCs/>
          <w:sz w:val="28"/>
          <w:szCs w:val="28"/>
          <w:lang w:eastAsia="zh-CN"/>
        </w:rPr>
        <w:t>内窗的</w:t>
      </w:r>
      <w:proofErr w:type="gramEnd"/>
      <w:r w:rsidRPr="00DF008C">
        <w:rPr>
          <w:rFonts w:eastAsia="宋体"/>
          <w:b/>
          <w:bCs/>
          <w:sz w:val="28"/>
          <w:szCs w:val="28"/>
          <w:lang w:eastAsia="zh-CN"/>
        </w:rPr>
        <w:t>千万别选</w:t>
      </w:r>
      <w:r w:rsidR="003E4C87" w:rsidRPr="00DF008C">
        <w:rPr>
          <w:rFonts w:eastAsia="宋体" w:hint="eastAsia"/>
          <w:b/>
          <w:bCs/>
          <w:sz w:val="28"/>
          <w:szCs w:val="28"/>
          <w:lang w:eastAsia="zh-CN"/>
        </w:rPr>
        <w:t>，一定</w:t>
      </w:r>
      <w:r w:rsidRPr="00DF008C">
        <w:rPr>
          <w:rFonts w:eastAsia="宋体"/>
          <w:b/>
          <w:bCs/>
          <w:sz w:val="28"/>
          <w:szCs w:val="28"/>
          <w:lang w:eastAsia="zh-CN"/>
        </w:rPr>
        <w:t>房型有问题</w:t>
      </w:r>
      <w:r w:rsidR="003E4C87" w:rsidRPr="00DF008C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DF008C">
        <w:rPr>
          <w:rFonts w:eastAsia="宋体"/>
          <w:b/>
          <w:bCs/>
          <w:sz w:val="28"/>
          <w:szCs w:val="28"/>
          <w:lang w:eastAsia="zh-CN"/>
        </w:rPr>
        <w:t>你选二十五平米以上，三十平米一般都是自有住房，很多都是。如果小城镇一般要控制在一百块钱左右</w:t>
      </w:r>
      <w:r w:rsidR="00DD018E" w:rsidRPr="00DF008C">
        <w:rPr>
          <w:rFonts w:eastAsia="宋体" w:hint="eastAsia"/>
          <w:b/>
          <w:bCs/>
          <w:sz w:val="28"/>
          <w:szCs w:val="28"/>
          <w:lang w:eastAsia="zh-CN"/>
        </w:rPr>
        <w:t>，好的</w:t>
      </w:r>
      <w:r w:rsidRPr="00DF008C">
        <w:rPr>
          <w:rFonts w:eastAsia="宋体"/>
          <w:b/>
          <w:bCs/>
          <w:sz w:val="28"/>
          <w:szCs w:val="28"/>
          <w:lang w:eastAsia="zh-CN"/>
        </w:rPr>
        <w:t>你能找到八十的，贵也贵不到一百二，</w:t>
      </w:r>
      <w:proofErr w:type="gramStart"/>
      <w:r w:rsidRPr="00DF008C">
        <w:rPr>
          <w:rFonts w:eastAsia="宋体"/>
          <w:b/>
          <w:bCs/>
          <w:sz w:val="28"/>
          <w:szCs w:val="28"/>
          <w:lang w:eastAsia="zh-CN"/>
        </w:rPr>
        <w:t>一百一百三</w:t>
      </w:r>
      <w:proofErr w:type="gramEnd"/>
      <w:r w:rsidRPr="00DF008C">
        <w:rPr>
          <w:rFonts w:eastAsia="宋体"/>
          <w:b/>
          <w:bCs/>
          <w:sz w:val="28"/>
          <w:szCs w:val="28"/>
          <w:lang w:eastAsia="zh-CN"/>
        </w:rPr>
        <w:t>，</w:t>
      </w:r>
      <w:r w:rsidR="00DD018E" w:rsidRPr="00DF008C">
        <w:rPr>
          <w:rFonts w:eastAsia="宋体" w:hint="eastAsia"/>
          <w:b/>
          <w:bCs/>
          <w:sz w:val="28"/>
          <w:szCs w:val="28"/>
          <w:lang w:eastAsia="zh-CN"/>
        </w:rPr>
        <w:t>再</w:t>
      </w:r>
      <w:r w:rsidRPr="00DF008C">
        <w:rPr>
          <w:rFonts w:eastAsia="宋体"/>
          <w:b/>
          <w:bCs/>
          <w:sz w:val="28"/>
          <w:szCs w:val="28"/>
          <w:lang w:eastAsia="zh-CN"/>
        </w:rPr>
        <w:t>贵你就扭头就走，咱们在山西的一家九十九的，给老板都气坏了，最后砍价砍到九十九，而且特别好，还含早餐</w:t>
      </w:r>
      <w:r w:rsidR="00DD018E" w:rsidRPr="00DF008C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DF008C">
        <w:rPr>
          <w:rFonts w:eastAsia="宋体"/>
          <w:b/>
          <w:bCs/>
          <w:sz w:val="28"/>
          <w:szCs w:val="28"/>
          <w:lang w:eastAsia="zh-CN"/>
        </w:rPr>
        <w:t>因为连锁酒店一般都是</w:t>
      </w:r>
      <w:proofErr w:type="gramStart"/>
      <w:r w:rsidRPr="00DF008C">
        <w:rPr>
          <w:rFonts w:eastAsia="宋体"/>
          <w:b/>
          <w:bCs/>
          <w:sz w:val="28"/>
          <w:szCs w:val="28"/>
          <w:lang w:eastAsia="zh-CN"/>
        </w:rPr>
        <w:t>一百七一百八二百</w:t>
      </w:r>
      <w:proofErr w:type="gramEnd"/>
      <w:r w:rsidRPr="00DF008C">
        <w:rPr>
          <w:rFonts w:eastAsia="宋体"/>
          <w:b/>
          <w:bCs/>
          <w:sz w:val="28"/>
          <w:szCs w:val="28"/>
          <w:lang w:eastAsia="zh-CN"/>
        </w:rPr>
        <w:t>了</w:t>
      </w:r>
      <w:r w:rsidR="00DD018E" w:rsidRPr="00DF008C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DF008C">
        <w:rPr>
          <w:rFonts w:eastAsia="宋体"/>
          <w:b/>
          <w:bCs/>
          <w:sz w:val="28"/>
          <w:szCs w:val="28"/>
          <w:lang w:eastAsia="zh-CN"/>
        </w:rPr>
        <w:t>有必要吗？连锁酒店没有性价比了，当地的商务酒店才是首选，</w:t>
      </w:r>
      <w:r w:rsidR="00B8398D" w:rsidRPr="00DF008C">
        <w:rPr>
          <w:rFonts w:eastAsia="宋体" w:hint="eastAsia"/>
          <w:b/>
          <w:bCs/>
          <w:sz w:val="28"/>
          <w:szCs w:val="28"/>
          <w:lang w:eastAsia="zh-CN"/>
        </w:rPr>
        <w:t>带商务俩字的，字越少</w:t>
      </w:r>
      <w:r w:rsidRPr="00DF008C">
        <w:rPr>
          <w:rFonts w:eastAsia="宋体"/>
          <w:b/>
          <w:bCs/>
          <w:sz w:val="28"/>
          <w:szCs w:val="28"/>
          <w:lang w:eastAsia="zh-CN"/>
        </w:rPr>
        <w:t>有可能酒店越好。私人酒店完全可以砍价</w:t>
      </w:r>
      <w:r w:rsidR="00B8398D" w:rsidRPr="00DF008C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DF008C">
        <w:rPr>
          <w:rFonts w:eastAsia="宋体"/>
          <w:b/>
          <w:bCs/>
          <w:sz w:val="28"/>
          <w:szCs w:val="28"/>
          <w:lang w:eastAsia="zh-CN"/>
        </w:rPr>
        <w:t>人越多，你这</w:t>
      </w:r>
      <w:proofErr w:type="gramStart"/>
      <w:r w:rsidRPr="00DF008C">
        <w:rPr>
          <w:rFonts w:eastAsia="宋体"/>
          <w:b/>
          <w:bCs/>
          <w:sz w:val="28"/>
          <w:szCs w:val="28"/>
          <w:lang w:eastAsia="zh-CN"/>
        </w:rPr>
        <w:t>议价权</w:t>
      </w:r>
      <w:proofErr w:type="gramEnd"/>
      <w:r w:rsidRPr="00DF008C">
        <w:rPr>
          <w:rFonts w:eastAsia="宋体"/>
          <w:b/>
          <w:bCs/>
          <w:sz w:val="28"/>
          <w:szCs w:val="28"/>
          <w:lang w:eastAsia="zh-CN"/>
        </w:rPr>
        <w:t>越大。</w:t>
      </w:r>
    </w:p>
    <w:p w14:paraId="313C62D6" w14:textId="74A88581" w:rsidR="00FE12B8" w:rsidRPr="00FE12B8" w:rsidRDefault="00000000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/>
          <w:b/>
          <w:bCs/>
          <w:sz w:val="28"/>
          <w:szCs w:val="28"/>
          <w:lang w:eastAsia="zh-CN"/>
        </w:rPr>
      </w:pPr>
      <w:r w:rsidRPr="00FE12B8">
        <w:rPr>
          <w:rFonts w:eastAsia="宋体"/>
          <w:b/>
          <w:bCs/>
          <w:sz w:val="28"/>
          <w:szCs w:val="28"/>
          <w:lang w:eastAsia="zh-CN"/>
        </w:rPr>
        <w:t>第二点就是旅行的节奏问题，特别关键，我们找了很多次，最后发现一个酒店住两晚</w:t>
      </w:r>
      <w:r w:rsidR="00FE12B8" w:rsidRPr="00FE12B8">
        <w:rPr>
          <w:rFonts w:eastAsia="宋体" w:hint="eastAsia"/>
          <w:b/>
          <w:bCs/>
          <w:sz w:val="28"/>
          <w:szCs w:val="28"/>
          <w:lang w:eastAsia="zh-CN"/>
        </w:rPr>
        <w:t>的</w:t>
      </w:r>
      <w:r w:rsidRPr="00FE12B8">
        <w:rPr>
          <w:rFonts w:eastAsia="宋体"/>
          <w:b/>
          <w:bCs/>
          <w:sz w:val="28"/>
          <w:szCs w:val="28"/>
          <w:lang w:eastAsia="zh-CN"/>
        </w:rPr>
        <w:t>节奏是最好的，你去一个地方待两天，第一天入住</w:t>
      </w:r>
      <w:r w:rsidR="009521AB" w:rsidRPr="00FE12B8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FE12B8">
        <w:rPr>
          <w:rFonts w:eastAsia="宋体"/>
          <w:b/>
          <w:bCs/>
          <w:sz w:val="28"/>
          <w:szCs w:val="28"/>
          <w:lang w:eastAsia="zh-CN"/>
        </w:rPr>
        <w:t>第二天周边转，然后回来再在这儿入住，吃一顿，然后再开拔</w:t>
      </w:r>
      <w:r w:rsidR="009521AB" w:rsidRPr="00FE12B8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FE12B8">
        <w:rPr>
          <w:rFonts w:eastAsia="宋体"/>
          <w:b/>
          <w:bCs/>
          <w:sz w:val="28"/>
          <w:szCs w:val="28"/>
          <w:lang w:eastAsia="zh-CN"/>
        </w:rPr>
        <w:t>如果一天换一个地方，过于疲乏</w:t>
      </w:r>
      <w:r w:rsidR="009521AB" w:rsidRPr="00FE12B8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FE12B8">
        <w:rPr>
          <w:rFonts w:eastAsia="宋体"/>
          <w:b/>
          <w:bCs/>
          <w:sz w:val="28"/>
          <w:szCs w:val="28"/>
          <w:lang w:eastAsia="zh-CN"/>
        </w:rPr>
        <w:t>两天换一个地方，刚刚好</w:t>
      </w:r>
      <w:r w:rsidR="009521AB" w:rsidRPr="00FE12B8">
        <w:rPr>
          <w:rFonts w:eastAsia="宋体" w:hint="eastAsia"/>
          <w:b/>
          <w:bCs/>
          <w:sz w:val="28"/>
          <w:szCs w:val="28"/>
          <w:lang w:eastAsia="zh-CN"/>
        </w:rPr>
        <w:t>。</w:t>
      </w:r>
    </w:p>
    <w:p w14:paraId="7DA9060B" w14:textId="77777777" w:rsidR="00FE12B8" w:rsidRPr="00FE12B8" w:rsidRDefault="00000000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/>
          <w:b/>
          <w:bCs/>
          <w:sz w:val="28"/>
          <w:szCs w:val="28"/>
          <w:lang w:eastAsia="zh-CN"/>
        </w:rPr>
      </w:pPr>
      <w:r w:rsidRPr="00FE12B8">
        <w:rPr>
          <w:rFonts w:eastAsia="宋体"/>
          <w:b/>
          <w:bCs/>
          <w:sz w:val="28"/>
          <w:szCs w:val="28"/>
          <w:lang w:eastAsia="zh-CN"/>
        </w:rPr>
        <w:t>第三点你们记住，出去玩啊，有一个大概路线</w:t>
      </w:r>
      <w:r w:rsidR="00A833AF" w:rsidRPr="00FE12B8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FE12B8">
        <w:rPr>
          <w:rFonts w:eastAsia="宋体"/>
          <w:b/>
          <w:bCs/>
          <w:sz w:val="28"/>
          <w:szCs w:val="28"/>
          <w:lang w:eastAsia="zh-CN"/>
        </w:rPr>
        <w:t>大概方向</w:t>
      </w:r>
      <w:r w:rsidR="00A833AF" w:rsidRPr="00FE12B8">
        <w:rPr>
          <w:rFonts w:eastAsia="宋体" w:hint="eastAsia"/>
          <w:b/>
          <w:bCs/>
          <w:sz w:val="28"/>
          <w:szCs w:val="28"/>
          <w:lang w:eastAsia="zh-CN"/>
        </w:rPr>
        <w:t>就可以了。很</w:t>
      </w:r>
      <w:r w:rsidRPr="00FE12B8">
        <w:rPr>
          <w:rFonts w:eastAsia="宋体"/>
          <w:b/>
          <w:bCs/>
          <w:sz w:val="28"/>
          <w:szCs w:val="28"/>
          <w:lang w:eastAsia="zh-CN"/>
        </w:rPr>
        <w:t>多人是攻略派，在家研究清清楚楚的，第一站哪，第二站哪，第三站哪儿</w:t>
      </w:r>
      <w:r w:rsidR="00A833AF" w:rsidRPr="00FE12B8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FE12B8">
        <w:rPr>
          <w:rFonts w:eastAsia="宋体"/>
          <w:b/>
          <w:bCs/>
          <w:sz w:val="28"/>
          <w:szCs w:val="28"/>
          <w:lang w:eastAsia="zh-CN"/>
        </w:rPr>
        <w:t>实际上计划赶不上变化，要欣赏沿途的风光和挑战不确定性。什么叫不确定，这</w:t>
      </w:r>
      <w:r w:rsidR="005D0603" w:rsidRPr="00FE12B8">
        <w:rPr>
          <w:rFonts w:eastAsia="宋体" w:hint="eastAsia"/>
          <w:b/>
          <w:bCs/>
          <w:sz w:val="28"/>
          <w:szCs w:val="28"/>
          <w:lang w:eastAsia="zh-CN"/>
        </w:rPr>
        <w:t>地方</w:t>
      </w:r>
      <w:r w:rsidRPr="00FE12B8">
        <w:rPr>
          <w:rFonts w:eastAsia="宋体"/>
          <w:b/>
          <w:bCs/>
          <w:sz w:val="28"/>
          <w:szCs w:val="28"/>
          <w:lang w:eastAsia="zh-CN"/>
        </w:rPr>
        <w:t>好好，我们在这留一晚吧，不要提前买回程票，大家都同意，明天咱们去哪儿啊？手指一个方向</w:t>
      </w:r>
      <w:r w:rsidR="005D0603" w:rsidRPr="00FE12B8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FE12B8">
        <w:rPr>
          <w:rFonts w:eastAsia="宋体"/>
          <w:b/>
          <w:bCs/>
          <w:sz w:val="28"/>
          <w:szCs w:val="28"/>
          <w:lang w:eastAsia="zh-CN"/>
        </w:rPr>
        <w:t>第二天车队就出发了。我跟你说，不确定性和随机的决定去哪儿</w:t>
      </w:r>
      <w:r w:rsidR="00101CE7" w:rsidRPr="00FE12B8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FE12B8">
        <w:rPr>
          <w:rFonts w:eastAsia="宋体"/>
          <w:b/>
          <w:bCs/>
          <w:sz w:val="28"/>
          <w:szCs w:val="28"/>
          <w:lang w:eastAsia="zh-CN"/>
        </w:rPr>
        <w:t>对人的素质</w:t>
      </w:r>
      <w:r w:rsidRPr="00FE12B8">
        <w:rPr>
          <w:rFonts w:eastAsia="宋体"/>
          <w:b/>
          <w:bCs/>
          <w:sz w:val="28"/>
          <w:szCs w:val="28"/>
          <w:lang w:eastAsia="zh-CN"/>
        </w:rPr>
        <w:lastRenderedPageBreak/>
        <w:t>的要求非常高，而且这也是最有意思的地方。</w:t>
      </w:r>
      <w:r w:rsidR="0056799D" w:rsidRPr="00FE12B8">
        <w:rPr>
          <w:rFonts w:eastAsia="宋体" w:hint="eastAsia"/>
          <w:b/>
          <w:bCs/>
          <w:sz w:val="28"/>
          <w:szCs w:val="28"/>
          <w:lang w:eastAsia="zh-CN"/>
        </w:rPr>
        <w:t>你</w:t>
      </w:r>
      <w:r w:rsidRPr="00FE12B8">
        <w:rPr>
          <w:rFonts w:eastAsia="宋体"/>
          <w:b/>
          <w:bCs/>
          <w:sz w:val="28"/>
          <w:szCs w:val="28"/>
          <w:lang w:eastAsia="zh-CN"/>
        </w:rPr>
        <w:t>们往往能发现一些特别</w:t>
      </w:r>
      <w:r w:rsidR="0056799D" w:rsidRPr="00FE12B8">
        <w:rPr>
          <w:rFonts w:eastAsia="宋体" w:hint="eastAsia"/>
          <w:b/>
          <w:bCs/>
          <w:sz w:val="28"/>
          <w:szCs w:val="28"/>
          <w:lang w:eastAsia="zh-CN"/>
        </w:rPr>
        <w:t>的</w:t>
      </w:r>
      <w:r w:rsidRPr="00FE12B8">
        <w:rPr>
          <w:rFonts w:eastAsia="宋体"/>
          <w:b/>
          <w:bCs/>
          <w:sz w:val="28"/>
          <w:szCs w:val="28"/>
          <w:lang w:eastAsia="zh-CN"/>
        </w:rPr>
        <w:t>，甚至地图上也没有提过的一些地方。</w:t>
      </w:r>
    </w:p>
    <w:p w14:paraId="0BCFD492" w14:textId="001696EF" w:rsidR="008633C2" w:rsidRPr="00DA6EC4" w:rsidRDefault="00000000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 w:hint="eastAsia"/>
          <w:b/>
          <w:bCs/>
          <w:sz w:val="28"/>
          <w:szCs w:val="28"/>
          <w:lang w:eastAsia="zh-CN"/>
        </w:rPr>
      </w:pPr>
      <w:r w:rsidRPr="00DA6EC4">
        <w:rPr>
          <w:rFonts w:eastAsia="宋体"/>
          <w:b/>
          <w:bCs/>
          <w:sz w:val="28"/>
          <w:szCs w:val="28"/>
          <w:lang w:eastAsia="zh-CN"/>
        </w:rPr>
        <w:t>比如车开开，突然一个美景，有条岔路，我们直接就拐进去了。比如说我一个人前段时间去环青海湖一周嘛</w:t>
      </w:r>
      <w:r w:rsidR="00CC6A15" w:rsidRPr="00DA6EC4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DA6EC4">
        <w:rPr>
          <w:rFonts w:eastAsia="宋体"/>
          <w:b/>
          <w:bCs/>
          <w:sz w:val="28"/>
          <w:szCs w:val="28"/>
          <w:lang w:eastAsia="zh-CN"/>
        </w:rPr>
        <w:t>一进去之后，沿青海湖公路</w:t>
      </w:r>
      <w:r w:rsidR="00CC6A15" w:rsidRPr="00DA6EC4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DA6EC4">
        <w:rPr>
          <w:rFonts w:eastAsia="宋体"/>
          <w:b/>
          <w:bCs/>
          <w:sz w:val="28"/>
          <w:szCs w:val="28"/>
          <w:lang w:eastAsia="zh-CN"/>
        </w:rPr>
        <w:t>一号旅游公路嘛，我就没有</w:t>
      </w:r>
      <w:proofErr w:type="gramStart"/>
      <w:r w:rsidRPr="00DA6EC4">
        <w:rPr>
          <w:rFonts w:eastAsia="宋体"/>
          <w:b/>
          <w:bCs/>
          <w:sz w:val="28"/>
          <w:szCs w:val="28"/>
          <w:lang w:eastAsia="zh-CN"/>
        </w:rPr>
        <w:t>完全去</w:t>
      </w:r>
      <w:proofErr w:type="gramEnd"/>
      <w:r w:rsidRPr="00DA6EC4">
        <w:rPr>
          <w:rFonts w:eastAsia="宋体"/>
          <w:b/>
          <w:bCs/>
          <w:sz w:val="28"/>
          <w:szCs w:val="28"/>
          <w:lang w:eastAsia="zh-CN"/>
        </w:rPr>
        <w:t>走啊，我到一个岔口之后，我直接就拐进去了，到了牧区了。我拍了很多照片</w:t>
      </w:r>
      <w:r w:rsidR="00CC6A15" w:rsidRPr="00DA6EC4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DA6EC4">
        <w:rPr>
          <w:rFonts w:eastAsia="宋体"/>
          <w:b/>
          <w:bCs/>
          <w:sz w:val="28"/>
          <w:szCs w:val="28"/>
          <w:lang w:eastAsia="zh-CN"/>
        </w:rPr>
        <w:t>可以给你们看看啊，风景绝美，而且没有任何人。那是我第一次去青海湖，高山草甸，我</w:t>
      </w:r>
      <w:proofErr w:type="gramStart"/>
      <w:r w:rsidRPr="00DA6EC4">
        <w:rPr>
          <w:rFonts w:eastAsia="宋体"/>
          <w:b/>
          <w:bCs/>
          <w:sz w:val="28"/>
          <w:szCs w:val="28"/>
          <w:lang w:eastAsia="zh-CN"/>
        </w:rPr>
        <w:t>简直哇了一天</w:t>
      </w:r>
      <w:proofErr w:type="gramEnd"/>
      <w:r w:rsidRPr="00DA6EC4">
        <w:rPr>
          <w:rFonts w:eastAsia="宋体"/>
          <w:b/>
          <w:bCs/>
          <w:sz w:val="28"/>
          <w:szCs w:val="28"/>
          <w:lang w:eastAsia="zh-CN"/>
        </w:rPr>
        <w:t>，但是到第二天就习以为常了，去的茶卡盐湖嘛，我感觉一般，因为天气原因，而且他那是一个商业景区，感觉</w:t>
      </w:r>
      <w:r w:rsidR="00150A89" w:rsidRPr="00DA6EC4">
        <w:rPr>
          <w:rFonts w:eastAsia="宋体" w:hint="eastAsia"/>
          <w:b/>
          <w:bCs/>
          <w:sz w:val="28"/>
          <w:szCs w:val="28"/>
          <w:lang w:eastAsia="zh-CN"/>
        </w:rPr>
        <w:t>并没有</w:t>
      </w:r>
      <w:r w:rsidRPr="00DA6EC4">
        <w:rPr>
          <w:rFonts w:eastAsia="宋体"/>
          <w:b/>
          <w:bCs/>
          <w:sz w:val="28"/>
          <w:szCs w:val="28"/>
          <w:lang w:eastAsia="zh-CN"/>
        </w:rPr>
        <w:t>像网上说的那么好。</w:t>
      </w:r>
    </w:p>
    <w:p w14:paraId="65947B9F" w14:textId="77777777" w:rsidR="00B2095D" w:rsidRPr="00B2095D" w:rsidRDefault="00000000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/>
          <w:b/>
          <w:bCs/>
          <w:sz w:val="28"/>
          <w:szCs w:val="28"/>
          <w:lang w:eastAsia="zh-CN"/>
        </w:rPr>
      </w:pPr>
      <w:r w:rsidRPr="00B2095D">
        <w:rPr>
          <w:rFonts w:eastAsia="宋体"/>
          <w:b/>
          <w:bCs/>
          <w:sz w:val="28"/>
          <w:szCs w:val="28"/>
          <w:lang w:eastAsia="zh-CN"/>
        </w:rPr>
        <w:t>还有就是说东西不要拿太多，不要什么都想拿。实际最重要的三大件，手机、充电器、身份证，其他的东西都是都可以当地解决</w:t>
      </w:r>
      <w:r w:rsidR="0041039B" w:rsidRPr="00B2095D">
        <w:rPr>
          <w:rFonts w:eastAsia="宋体" w:hint="eastAsia"/>
          <w:b/>
          <w:bCs/>
          <w:sz w:val="28"/>
          <w:szCs w:val="28"/>
          <w:lang w:eastAsia="zh-CN"/>
        </w:rPr>
        <w:t>，抬</w:t>
      </w:r>
      <w:r w:rsidRPr="00B2095D">
        <w:rPr>
          <w:rFonts w:eastAsia="宋体"/>
          <w:b/>
          <w:bCs/>
          <w:sz w:val="28"/>
          <w:szCs w:val="28"/>
          <w:lang w:eastAsia="zh-CN"/>
        </w:rPr>
        <w:t>腿就走，你不要准备那么多东西，毫无意义</w:t>
      </w:r>
      <w:r w:rsidR="0041039B" w:rsidRPr="00B2095D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B2095D">
        <w:rPr>
          <w:rFonts w:eastAsia="宋体"/>
          <w:b/>
          <w:bCs/>
          <w:sz w:val="28"/>
          <w:szCs w:val="28"/>
          <w:lang w:eastAsia="zh-CN"/>
        </w:rPr>
        <w:t>我基本</w:t>
      </w:r>
      <w:proofErr w:type="gramStart"/>
      <w:r w:rsidRPr="00B2095D">
        <w:rPr>
          <w:rFonts w:eastAsia="宋体"/>
          <w:b/>
          <w:bCs/>
          <w:sz w:val="28"/>
          <w:szCs w:val="28"/>
          <w:lang w:eastAsia="zh-CN"/>
        </w:rPr>
        <w:t>不在美团</w:t>
      </w:r>
      <w:proofErr w:type="gramEnd"/>
      <w:r w:rsidRPr="00B2095D">
        <w:rPr>
          <w:rFonts w:eastAsia="宋体"/>
          <w:b/>
          <w:bCs/>
          <w:sz w:val="28"/>
          <w:szCs w:val="28"/>
          <w:lang w:eastAsia="zh-CN"/>
        </w:rPr>
        <w:t>，我只看高德，因为我对位置特别重视，</w:t>
      </w:r>
      <w:proofErr w:type="gramStart"/>
      <w:r w:rsidRPr="00B2095D">
        <w:rPr>
          <w:rFonts w:eastAsia="宋体"/>
          <w:b/>
          <w:bCs/>
          <w:sz w:val="28"/>
          <w:szCs w:val="28"/>
          <w:lang w:eastAsia="zh-CN"/>
        </w:rPr>
        <w:t>美团看</w:t>
      </w:r>
      <w:proofErr w:type="gramEnd"/>
      <w:r w:rsidRPr="00B2095D">
        <w:rPr>
          <w:rFonts w:eastAsia="宋体"/>
          <w:b/>
          <w:bCs/>
          <w:sz w:val="28"/>
          <w:szCs w:val="28"/>
          <w:lang w:eastAsia="zh-CN"/>
        </w:rPr>
        <w:t>位置不方便</w:t>
      </w:r>
      <w:r w:rsidR="00AB7E06" w:rsidRPr="00B2095D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B2095D">
        <w:rPr>
          <w:rFonts w:eastAsia="宋体"/>
          <w:b/>
          <w:bCs/>
          <w:sz w:val="28"/>
          <w:szCs w:val="28"/>
          <w:lang w:eastAsia="zh-CN"/>
        </w:rPr>
        <w:t>高德去看位置，</w:t>
      </w:r>
      <w:r w:rsidR="00AB7E06" w:rsidRPr="00B2095D">
        <w:rPr>
          <w:rFonts w:eastAsia="宋体" w:hint="eastAsia"/>
          <w:b/>
          <w:bCs/>
          <w:sz w:val="28"/>
          <w:szCs w:val="28"/>
          <w:lang w:eastAsia="zh-CN"/>
        </w:rPr>
        <w:t>不要在</w:t>
      </w:r>
      <w:r w:rsidRPr="00B2095D">
        <w:rPr>
          <w:rFonts w:eastAsia="宋体"/>
          <w:b/>
          <w:bCs/>
          <w:sz w:val="28"/>
          <w:szCs w:val="28"/>
          <w:lang w:eastAsia="zh-CN"/>
        </w:rPr>
        <w:t>临街的主干道上选酒店，</w:t>
      </w:r>
      <w:r w:rsidR="00AB7E06" w:rsidRPr="00B2095D">
        <w:rPr>
          <w:rFonts w:eastAsia="宋体" w:hint="eastAsia"/>
          <w:b/>
          <w:bCs/>
          <w:sz w:val="28"/>
          <w:szCs w:val="28"/>
          <w:lang w:eastAsia="zh-CN"/>
        </w:rPr>
        <w:t>因为</w:t>
      </w:r>
      <w:r w:rsidRPr="00B2095D">
        <w:rPr>
          <w:rFonts w:eastAsia="宋体"/>
          <w:b/>
          <w:bCs/>
          <w:sz w:val="28"/>
          <w:szCs w:val="28"/>
          <w:lang w:eastAsia="zh-CN"/>
        </w:rPr>
        <w:t>很吵，而且可能停车很费劲，而且价格会贵。楼层即使再高，主干道上的车也是</w:t>
      </w:r>
      <w:r w:rsidR="00EE37C9" w:rsidRPr="00B2095D">
        <w:rPr>
          <w:rFonts w:eastAsia="宋体" w:hint="eastAsia"/>
          <w:b/>
          <w:bCs/>
          <w:sz w:val="28"/>
          <w:szCs w:val="28"/>
          <w:lang w:eastAsia="zh-CN"/>
        </w:rPr>
        <w:t>直直的，</w:t>
      </w:r>
      <w:r w:rsidRPr="00B2095D">
        <w:rPr>
          <w:rFonts w:eastAsia="宋体"/>
          <w:b/>
          <w:bCs/>
          <w:sz w:val="28"/>
          <w:szCs w:val="28"/>
          <w:lang w:eastAsia="zh-CN"/>
        </w:rPr>
        <w:t>你就能听到。一定在岔道里，居民区稠密的地方去选酒店。</w:t>
      </w:r>
    </w:p>
    <w:p w14:paraId="13E48855" w14:textId="5552D3CE" w:rsidR="008B3280" w:rsidRPr="0082262C" w:rsidRDefault="00000000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 w:hint="eastAsia"/>
          <w:b/>
          <w:bCs/>
          <w:sz w:val="28"/>
          <w:szCs w:val="28"/>
          <w:lang w:eastAsia="zh-CN"/>
        </w:rPr>
      </w:pPr>
      <w:r w:rsidRPr="0082262C">
        <w:rPr>
          <w:rFonts w:eastAsia="宋体"/>
          <w:b/>
          <w:bCs/>
          <w:sz w:val="28"/>
          <w:szCs w:val="28"/>
          <w:lang w:eastAsia="zh-CN"/>
        </w:rPr>
        <w:t>还有一点，当地美食可以吃，</w:t>
      </w:r>
      <w:r w:rsidR="00EE37C9" w:rsidRPr="0082262C">
        <w:rPr>
          <w:rFonts w:eastAsia="宋体" w:hint="eastAsia"/>
          <w:b/>
          <w:bCs/>
          <w:sz w:val="28"/>
          <w:szCs w:val="28"/>
          <w:lang w:eastAsia="zh-CN"/>
        </w:rPr>
        <w:t>我</w:t>
      </w:r>
      <w:r w:rsidRPr="0082262C">
        <w:rPr>
          <w:rFonts w:eastAsia="宋体"/>
          <w:b/>
          <w:bCs/>
          <w:sz w:val="28"/>
          <w:szCs w:val="28"/>
          <w:lang w:eastAsia="zh-CN"/>
        </w:rPr>
        <w:t>的建议是浅尝辄止，还是吃我们熟悉的，一日三餐。因为藏民的饭菜，你们吃不惯，上来都是大骨头棒子，你受得了吗？而且当地特色很贵，因为特色，所以贵，为什么要去吃呢？比如手抓羊肉，其实</w:t>
      </w:r>
      <w:proofErr w:type="gramStart"/>
      <w:r w:rsidRPr="0082262C">
        <w:rPr>
          <w:rFonts w:eastAsia="宋体"/>
          <w:b/>
          <w:bCs/>
          <w:sz w:val="28"/>
          <w:szCs w:val="28"/>
          <w:lang w:eastAsia="zh-CN"/>
        </w:rPr>
        <w:t>我对手</w:t>
      </w:r>
      <w:proofErr w:type="gramEnd"/>
      <w:r w:rsidRPr="0082262C">
        <w:rPr>
          <w:rFonts w:eastAsia="宋体"/>
          <w:b/>
          <w:bCs/>
          <w:sz w:val="28"/>
          <w:szCs w:val="28"/>
          <w:lang w:eastAsia="zh-CN"/>
        </w:rPr>
        <w:t>抓羊肉很不感冒，有的你会吃到很好吃的，但是吃一块就够了，剩下的还是以我们家乡的、平时的你们爱吃的去吃</w:t>
      </w:r>
      <w:r w:rsidR="00962A04" w:rsidRPr="0082262C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82262C">
        <w:rPr>
          <w:rFonts w:eastAsia="宋体"/>
          <w:b/>
          <w:bCs/>
          <w:sz w:val="28"/>
          <w:szCs w:val="28"/>
          <w:lang w:eastAsia="zh-CN"/>
        </w:rPr>
        <w:t>很多地方当地美食我都不吃了，因为没法儿吃，如果没有当地向</w:t>
      </w:r>
      <w:proofErr w:type="gramStart"/>
      <w:r w:rsidRPr="0082262C">
        <w:rPr>
          <w:rFonts w:eastAsia="宋体"/>
          <w:b/>
          <w:bCs/>
          <w:sz w:val="28"/>
          <w:szCs w:val="28"/>
          <w:lang w:eastAsia="zh-CN"/>
        </w:rPr>
        <w:t>导带着</w:t>
      </w:r>
      <w:proofErr w:type="gramEnd"/>
      <w:r w:rsidRPr="0082262C">
        <w:rPr>
          <w:rFonts w:eastAsia="宋体"/>
          <w:b/>
          <w:bCs/>
          <w:sz w:val="28"/>
          <w:szCs w:val="28"/>
          <w:lang w:eastAsia="zh-CN"/>
        </w:rPr>
        <w:t>，真是没法吃。</w:t>
      </w:r>
    </w:p>
    <w:p w14:paraId="6FE4647A" w14:textId="77777777" w:rsidR="00B65501" w:rsidRPr="00B65501" w:rsidRDefault="008B3280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/>
          <w:b/>
          <w:bCs/>
          <w:sz w:val="28"/>
          <w:szCs w:val="28"/>
          <w:lang w:eastAsia="zh-CN"/>
        </w:rPr>
      </w:pPr>
      <w:r w:rsidRPr="00B65501">
        <w:rPr>
          <w:rFonts w:eastAsia="宋体" w:hint="eastAsia"/>
          <w:b/>
          <w:bCs/>
          <w:sz w:val="28"/>
          <w:szCs w:val="28"/>
          <w:lang w:eastAsia="zh-CN"/>
        </w:rPr>
        <w:lastRenderedPageBreak/>
        <w:t>奇家要准备。</w:t>
      </w:r>
      <w:r w:rsidRPr="00B65501">
        <w:rPr>
          <w:rFonts w:eastAsia="宋体"/>
          <w:b/>
          <w:bCs/>
          <w:sz w:val="28"/>
          <w:szCs w:val="28"/>
          <w:lang w:eastAsia="zh-CN"/>
        </w:rPr>
        <w:t>我在青海湖出现了高反，因为我从来没去过高原，突然从兰州杀到西宁</w:t>
      </w:r>
      <w:r w:rsidRPr="00B65501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B65501">
        <w:rPr>
          <w:rFonts w:eastAsia="宋体"/>
          <w:b/>
          <w:bCs/>
          <w:sz w:val="28"/>
          <w:szCs w:val="28"/>
          <w:lang w:eastAsia="zh-CN"/>
        </w:rPr>
        <w:t>第二天马上就去青海湖了，没有做任何停留，一下就到了三千三了，我也不知道什么叫高反，没有任何准备，没有任何预案的，氧气不可能去带嘛，出现的高反的症状就是明显的头痛和晚上睡觉清醒。这一下</w:t>
      </w:r>
      <w:proofErr w:type="gramStart"/>
      <w:r w:rsidRPr="00B65501">
        <w:rPr>
          <w:rFonts w:eastAsia="宋体"/>
          <w:b/>
          <w:bCs/>
          <w:sz w:val="28"/>
          <w:szCs w:val="28"/>
          <w:lang w:eastAsia="zh-CN"/>
        </w:rPr>
        <w:t>子压力</w:t>
      </w:r>
      <w:proofErr w:type="gramEnd"/>
      <w:r w:rsidRPr="00B65501">
        <w:rPr>
          <w:rFonts w:eastAsia="宋体"/>
          <w:b/>
          <w:bCs/>
          <w:sz w:val="28"/>
          <w:szCs w:val="28"/>
          <w:lang w:eastAsia="zh-CN"/>
        </w:rPr>
        <w:t>骤降，气儿往头上攻，头胀痛，第二天我都不像样子了，走路都头疼的厉害，不能走路，我说这不是要爆炸吗？感觉整个人也不对劲儿了，就晚上喝了一包</w:t>
      </w:r>
      <w:r w:rsidR="003723A9" w:rsidRPr="00B65501">
        <w:rPr>
          <w:rFonts w:eastAsia="宋体" w:hint="eastAsia"/>
          <w:b/>
          <w:bCs/>
          <w:sz w:val="28"/>
          <w:szCs w:val="28"/>
          <w:lang w:eastAsia="zh-CN"/>
        </w:rPr>
        <w:t>奇</w:t>
      </w:r>
      <w:r w:rsidRPr="00B65501">
        <w:rPr>
          <w:rFonts w:eastAsia="宋体"/>
          <w:b/>
          <w:bCs/>
          <w:sz w:val="28"/>
          <w:szCs w:val="28"/>
          <w:lang w:eastAsia="zh-CN"/>
        </w:rPr>
        <w:t>风，第二天早起，我发现哎</w:t>
      </w:r>
      <w:proofErr w:type="gramStart"/>
      <w:r w:rsidRPr="00B65501">
        <w:rPr>
          <w:rFonts w:eastAsia="宋体"/>
          <w:b/>
          <w:bCs/>
          <w:sz w:val="28"/>
          <w:szCs w:val="28"/>
          <w:lang w:eastAsia="zh-CN"/>
        </w:rPr>
        <w:t>呦</w:t>
      </w:r>
      <w:proofErr w:type="gramEnd"/>
      <w:r w:rsidRPr="00B65501">
        <w:rPr>
          <w:rFonts w:eastAsia="宋体"/>
          <w:b/>
          <w:bCs/>
          <w:sz w:val="28"/>
          <w:szCs w:val="28"/>
          <w:lang w:eastAsia="zh-CN"/>
        </w:rPr>
        <w:t>，好了，完全恢复正常</w:t>
      </w:r>
      <w:r w:rsidR="003723A9" w:rsidRPr="00B65501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B65501">
        <w:rPr>
          <w:rFonts w:eastAsia="宋体"/>
          <w:b/>
          <w:bCs/>
          <w:sz w:val="28"/>
          <w:szCs w:val="28"/>
          <w:lang w:eastAsia="zh-CN"/>
        </w:rPr>
        <w:t>你想想这厉害不厉害</w:t>
      </w:r>
      <w:r w:rsidR="003723A9" w:rsidRPr="00B65501">
        <w:rPr>
          <w:rFonts w:eastAsia="宋体" w:hint="eastAsia"/>
          <w:b/>
          <w:bCs/>
          <w:sz w:val="28"/>
          <w:szCs w:val="28"/>
          <w:lang w:eastAsia="zh-CN"/>
        </w:rPr>
        <w:t>。</w:t>
      </w:r>
    </w:p>
    <w:p w14:paraId="67B35D5F" w14:textId="37F29254" w:rsidR="00494BB6" w:rsidRPr="00B65501" w:rsidRDefault="008B3280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 w:hint="eastAsia"/>
          <w:b/>
          <w:bCs/>
          <w:sz w:val="28"/>
          <w:szCs w:val="28"/>
          <w:lang w:eastAsia="zh-CN"/>
        </w:rPr>
      </w:pPr>
      <w:r w:rsidRPr="00B65501">
        <w:rPr>
          <w:rFonts w:eastAsia="宋体"/>
          <w:b/>
          <w:bCs/>
          <w:sz w:val="28"/>
          <w:szCs w:val="28"/>
          <w:lang w:eastAsia="zh-CN"/>
        </w:rPr>
        <w:t>你呕吐就带</w:t>
      </w:r>
      <w:r w:rsidR="003723A9" w:rsidRPr="00B65501">
        <w:rPr>
          <w:rFonts w:eastAsia="宋体" w:hint="eastAsia"/>
          <w:b/>
          <w:bCs/>
          <w:sz w:val="28"/>
          <w:szCs w:val="28"/>
          <w:lang w:eastAsia="zh-CN"/>
        </w:rPr>
        <w:t>奇</w:t>
      </w:r>
      <w:r w:rsidRPr="00B65501">
        <w:rPr>
          <w:rFonts w:eastAsia="宋体"/>
          <w:b/>
          <w:bCs/>
          <w:sz w:val="28"/>
          <w:szCs w:val="28"/>
          <w:lang w:eastAsia="zh-CN"/>
        </w:rPr>
        <w:t>壮壮</w:t>
      </w:r>
      <w:r w:rsidR="003723A9" w:rsidRPr="00B65501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B65501">
        <w:rPr>
          <w:rFonts w:eastAsia="宋体"/>
          <w:b/>
          <w:bCs/>
          <w:sz w:val="28"/>
          <w:szCs w:val="28"/>
          <w:lang w:eastAsia="zh-CN"/>
        </w:rPr>
        <w:t>你身体虚乏，我记得最严重的时候就喘</w:t>
      </w:r>
      <w:r w:rsidR="00B84A0E" w:rsidRPr="00B65501">
        <w:rPr>
          <w:rFonts w:eastAsia="宋体" w:hint="eastAsia"/>
          <w:b/>
          <w:bCs/>
          <w:sz w:val="28"/>
          <w:szCs w:val="28"/>
          <w:lang w:eastAsia="zh-CN"/>
        </w:rPr>
        <w:t>，三楼都上不去，</w:t>
      </w:r>
      <w:r w:rsidRPr="00B65501">
        <w:rPr>
          <w:rFonts w:eastAsia="宋体"/>
          <w:b/>
          <w:bCs/>
          <w:sz w:val="28"/>
          <w:szCs w:val="28"/>
          <w:lang w:eastAsia="zh-CN"/>
        </w:rPr>
        <w:t>然后晚上喝了一包</w:t>
      </w:r>
      <w:r w:rsidR="00B84A0E" w:rsidRPr="00B65501">
        <w:rPr>
          <w:rFonts w:eastAsia="宋体" w:hint="eastAsia"/>
          <w:b/>
          <w:bCs/>
          <w:sz w:val="28"/>
          <w:szCs w:val="28"/>
          <w:lang w:eastAsia="zh-CN"/>
        </w:rPr>
        <w:t>奇</w:t>
      </w:r>
      <w:r w:rsidRPr="00B65501">
        <w:rPr>
          <w:rFonts w:eastAsia="宋体"/>
          <w:b/>
          <w:bCs/>
          <w:sz w:val="28"/>
          <w:szCs w:val="28"/>
          <w:lang w:eastAsia="zh-CN"/>
        </w:rPr>
        <w:t>风，第二天症状全部消失了</w:t>
      </w:r>
      <w:r w:rsidR="00B84A0E" w:rsidRPr="00B65501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B65501">
        <w:rPr>
          <w:rFonts w:eastAsia="宋体"/>
          <w:b/>
          <w:bCs/>
          <w:sz w:val="28"/>
          <w:szCs w:val="28"/>
          <w:lang w:eastAsia="zh-CN"/>
        </w:rPr>
        <w:t>早上我</w:t>
      </w:r>
      <w:proofErr w:type="gramStart"/>
      <w:r w:rsidRPr="00B65501">
        <w:rPr>
          <w:rFonts w:eastAsia="宋体"/>
          <w:b/>
          <w:bCs/>
          <w:sz w:val="28"/>
          <w:szCs w:val="28"/>
          <w:lang w:eastAsia="zh-CN"/>
        </w:rPr>
        <w:t>一</w:t>
      </w:r>
      <w:proofErr w:type="gramEnd"/>
      <w:r w:rsidRPr="00B65501">
        <w:rPr>
          <w:rFonts w:eastAsia="宋体"/>
          <w:b/>
          <w:bCs/>
          <w:sz w:val="28"/>
          <w:szCs w:val="28"/>
          <w:lang w:eastAsia="zh-CN"/>
        </w:rPr>
        <w:t>喘气，我觉得顺，嘴里没有那个怪味儿，嘴巴甘甜了，干爽清爽了。</w:t>
      </w:r>
    </w:p>
    <w:p w14:paraId="26DE1FE5" w14:textId="77777777" w:rsidR="00494BB6" w:rsidRDefault="00494BB6" w:rsidP="0076289F">
      <w:pPr>
        <w:widowControl w:val="0"/>
        <w:adjustRightInd w:val="0"/>
        <w:snapToGrid w:val="0"/>
        <w:spacing w:after="0" w:line="360" w:lineRule="auto"/>
        <w:ind w:firstLineChars="200" w:firstLine="56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生：</w:t>
      </w:r>
      <w:r w:rsidRPr="00444D34">
        <w:rPr>
          <w:rFonts w:eastAsia="宋体"/>
          <w:sz w:val="28"/>
          <w:szCs w:val="28"/>
          <w:lang w:eastAsia="zh-CN"/>
        </w:rPr>
        <w:t>老师这个原理是因为</w:t>
      </w:r>
      <w:r>
        <w:rPr>
          <w:rFonts w:eastAsia="宋体" w:hint="eastAsia"/>
          <w:sz w:val="28"/>
          <w:szCs w:val="28"/>
          <w:lang w:eastAsia="zh-CN"/>
        </w:rPr>
        <w:t>奇</w:t>
      </w:r>
      <w:r w:rsidRPr="00444D34">
        <w:rPr>
          <w:rFonts w:eastAsia="宋体"/>
          <w:sz w:val="28"/>
          <w:szCs w:val="28"/>
          <w:lang w:eastAsia="zh-CN"/>
        </w:rPr>
        <w:t>风把气</w:t>
      </w:r>
      <w:proofErr w:type="gramStart"/>
      <w:r w:rsidRPr="00444D34">
        <w:rPr>
          <w:rFonts w:eastAsia="宋体"/>
          <w:sz w:val="28"/>
          <w:szCs w:val="28"/>
          <w:lang w:eastAsia="zh-CN"/>
        </w:rPr>
        <w:t>往下带</w:t>
      </w:r>
      <w:proofErr w:type="gramEnd"/>
      <w:r w:rsidRPr="00444D34">
        <w:rPr>
          <w:rFonts w:eastAsia="宋体"/>
          <w:sz w:val="28"/>
          <w:szCs w:val="28"/>
          <w:lang w:eastAsia="zh-CN"/>
        </w:rPr>
        <w:t>了</w:t>
      </w:r>
      <w:r>
        <w:rPr>
          <w:rFonts w:eastAsia="宋体" w:hint="eastAsia"/>
          <w:sz w:val="28"/>
          <w:szCs w:val="28"/>
          <w:lang w:eastAsia="zh-CN"/>
        </w:rPr>
        <w:t>吗</w:t>
      </w:r>
      <w:r w:rsidRPr="00444D34">
        <w:rPr>
          <w:rFonts w:eastAsia="宋体"/>
          <w:sz w:val="28"/>
          <w:szCs w:val="28"/>
          <w:lang w:eastAsia="zh-CN"/>
        </w:rPr>
        <w:t>？</w:t>
      </w:r>
    </w:p>
    <w:p w14:paraId="2A947D9F" w14:textId="77777777" w:rsidR="00B65501" w:rsidRPr="00B65501" w:rsidRDefault="00494BB6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/>
          <w:b/>
          <w:bCs/>
          <w:sz w:val="28"/>
          <w:szCs w:val="28"/>
          <w:lang w:eastAsia="zh-CN"/>
        </w:rPr>
      </w:pPr>
      <w:r w:rsidRPr="00B65501">
        <w:rPr>
          <w:rFonts w:eastAsia="宋体" w:hint="eastAsia"/>
          <w:b/>
          <w:bCs/>
          <w:sz w:val="28"/>
          <w:szCs w:val="28"/>
          <w:lang w:eastAsia="zh-CN"/>
        </w:rPr>
        <w:t>师：</w:t>
      </w:r>
      <w:r w:rsidRPr="00B65501">
        <w:rPr>
          <w:rFonts w:eastAsia="宋体"/>
          <w:b/>
          <w:bCs/>
          <w:sz w:val="28"/>
          <w:szCs w:val="28"/>
          <w:lang w:eastAsia="zh-CN"/>
        </w:rPr>
        <w:t>不是，就是你失衡了，你需要一些元素和调畅气机的东西，去帮助你去解决这个问题啊。人从一个稳定的环境到一个不熟悉的环境，你身体要能扛造，扛得住啊。这就像打疫苗，</w:t>
      </w:r>
      <w:r w:rsidR="00192956" w:rsidRPr="00B65501">
        <w:rPr>
          <w:rFonts w:eastAsia="宋体" w:hint="eastAsia"/>
          <w:b/>
          <w:bCs/>
          <w:sz w:val="28"/>
          <w:szCs w:val="28"/>
          <w:lang w:eastAsia="zh-CN"/>
        </w:rPr>
        <w:t>也是</w:t>
      </w:r>
      <w:r w:rsidRPr="00B65501">
        <w:rPr>
          <w:rFonts w:eastAsia="宋体"/>
          <w:b/>
          <w:bCs/>
          <w:sz w:val="28"/>
          <w:szCs w:val="28"/>
          <w:lang w:eastAsia="zh-CN"/>
        </w:rPr>
        <w:t>这个道理</w:t>
      </w:r>
      <w:r w:rsidR="00192956" w:rsidRPr="00B65501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B65501">
        <w:rPr>
          <w:rFonts w:eastAsia="宋体"/>
          <w:b/>
          <w:bCs/>
          <w:sz w:val="28"/>
          <w:szCs w:val="28"/>
          <w:lang w:eastAsia="zh-CN"/>
        </w:rPr>
        <w:t>为什么很多人特别干净，突然到了不干净的地方，他一下就病了。那长期生活在不干净的地方，他就没病</w:t>
      </w:r>
      <w:r w:rsidR="00192956" w:rsidRPr="00B65501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B65501">
        <w:rPr>
          <w:rFonts w:eastAsia="宋体"/>
          <w:b/>
          <w:bCs/>
          <w:sz w:val="28"/>
          <w:szCs w:val="28"/>
          <w:lang w:eastAsia="zh-CN"/>
        </w:rPr>
        <w:t>像飞行员到了印度，喝了当地的一碗咖啡</w:t>
      </w:r>
      <w:r w:rsidR="00192956" w:rsidRPr="00B65501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B65501">
        <w:rPr>
          <w:rFonts w:eastAsia="宋体"/>
          <w:b/>
          <w:bCs/>
          <w:sz w:val="28"/>
          <w:szCs w:val="28"/>
          <w:lang w:eastAsia="zh-CN"/>
        </w:rPr>
        <w:t>一杯水，然后就上吐下泻拉肚子，</w:t>
      </w:r>
      <w:r w:rsidR="00192956" w:rsidRPr="00B65501">
        <w:rPr>
          <w:rFonts w:eastAsia="宋体" w:hint="eastAsia"/>
          <w:b/>
          <w:bCs/>
          <w:sz w:val="28"/>
          <w:szCs w:val="28"/>
          <w:lang w:eastAsia="zh-CN"/>
        </w:rPr>
        <w:t>但是</w:t>
      </w:r>
      <w:r w:rsidRPr="00B65501">
        <w:rPr>
          <w:rFonts w:eastAsia="宋体"/>
          <w:b/>
          <w:bCs/>
          <w:sz w:val="28"/>
          <w:szCs w:val="28"/>
          <w:lang w:eastAsia="zh-CN"/>
        </w:rPr>
        <w:t>印度</w:t>
      </w:r>
      <w:r w:rsidR="00192956" w:rsidRPr="00B65501">
        <w:rPr>
          <w:rFonts w:eastAsia="宋体" w:hint="eastAsia"/>
          <w:b/>
          <w:bCs/>
          <w:sz w:val="28"/>
          <w:szCs w:val="28"/>
          <w:lang w:eastAsia="zh-CN"/>
        </w:rPr>
        <w:t>人</w:t>
      </w:r>
      <w:r w:rsidRPr="00B65501">
        <w:rPr>
          <w:rFonts w:eastAsia="宋体"/>
          <w:b/>
          <w:bCs/>
          <w:sz w:val="28"/>
          <w:szCs w:val="28"/>
          <w:lang w:eastAsia="zh-CN"/>
        </w:rPr>
        <w:t>恒河水，天天喝也没事儿，它就是一个适应的过程。很多人到海边一吃海鲜就过敏、拉稀、发烧，因为他内地人从来没吃过海鲜</w:t>
      </w:r>
      <w:r w:rsidR="00192956" w:rsidRPr="00B65501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B65501">
        <w:rPr>
          <w:rFonts w:eastAsia="宋体"/>
          <w:b/>
          <w:bCs/>
          <w:sz w:val="28"/>
          <w:szCs w:val="28"/>
          <w:lang w:eastAsia="zh-CN"/>
        </w:rPr>
        <w:t>那我们海边长大的，吃多少海鲜，他都不会感觉寒凉，没有寒凉这个概念</w:t>
      </w:r>
      <w:r w:rsidR="00192956" w:rsidRPr="00B65501">
        <w:rPr>
          <w:rFonts w:eastAsia="宋体" w:hint="eastAsia"/>
          <w:b/>
          <w:bCs/>
          <w:sz w:val="28"/>
          <w:szCs w:val="28"/>
          <w:lang w:eastAsia="zh-CN"/>
        </w:rPr>
        <w:t>。</w:t>
      </w:r>
    </w:p>
    <w:p w14:paraId="052CE83D" w14:textId="77777777" w:rsidR="00F35E6D" w:rsidRDefault="00494BB6" w:rsidP="00F35E6D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/>
          <w:b/>
          <w:bCs/>
          <w:sz w:val="28"/>
          <w:szCs w:val="28"/>
          <w:lang w:eastAsia="zh-CN"/>
        </w:rPr>
      </w:pPr>
      <w:r w:rsidRPr="00F35E6D">
        <w:rPr>
          <w:rFonts w:eastAsia="宋体"/>
          <w:b/>
          <w:bCs/>
          <w:sz w:val="28"/>
          <w:szCs w:val="28"/>
          <w:lang w:eastAsia="zh-CN"/>
        </w:rPr>
        <w:t>所以说最好吃平时你们吃惯的东西，不要乱吃东西。我记得这今年上半年咱们去武当山，我不是提前去了一趟襄阳</w:t>
      </w:r>
      <w:r w:rsidR="00A24E9D" w:rsidRPr="00F35E6D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F35E6D">
        <w:rPr>
          <w:rFonts w:eastAsia="宋体"/>
          <w:b/>
          <w:bCs/>
          <w:sz w:val="28"/>
          <w:szCs w:val="28"/>
          <w:lang w:eastAsia="zh-CN"/>
        </w:rPr>
        <w:t>整个这期间吃面</w:t>
      </w:r>
      <w:r w:rsidR="00A24E9D" w:rsidRPr="00F35E6D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F35E6D">
        <w:rPr>
          <w:rFonts w:eastAsia="宋体"/>
          <w:b/>
          <w:bCs/>
          <w:sz w:val="28"/>
          <w:szCs w:val="28"/>
          <w:lang w:eastAsia="zh-CN"/>
        </w:rPr>
        <w:lastRenderedPageBreak/>
        <w:t>就是吃当地的襄阳牛肉面</w:t>
      </w:r>
      <w:r w:rsidR="00A24E9D" w:rsidRPr="00F35E6D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F35E6D">
        <w:rPr>
          <w:rFonts w:eastAsia="宋体"/>
          <w:b/>
          <w:bCs/>
          <w:sz w:val="28"/>
          <w:szCs w:val="28"/>
          <w:lang w:eastAsia="zh-CN"/>
        </w:rPr>
        <w:t>说真的，武当山也吃襄阳牛肉面，襄阳也吃襄阳牛肉面</w:t>
      </w:r>
      <w:r w:rsidR="00A24E9D" w:rsidRPr="00F35E6D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F35E6D">
        <w:rPr>
          <w:rFonts w:eastAsia="宋体"/>
          <w:b/>
          <w:bCs/>
          <w:sz w:val="28"/>
          <w:szCs w:val="28"/>
          <w:lang w:eastAsia="zh-CN"/>
        </w:rPr>
        <w:t>你们吃过吗？实际不好吃，油太大</w:t>
      </w:r>
      <w:r w:rsidR="00A24E9D" w:rsidRPr="00F35E6D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F35E6D">
        <w:rPr>
          <w:rFonts w:eastAsia="宋体"/>
          <w:b/>
          <w:bCs/>
          <w:sz w:val="28"/>
          <w:szCs w:val="28"/>
          <w:lang w:eastAsia="zh-CN"/>
        </w:rPr>
        <w:t>太辣，你说是当地特色吗？我也不知道当地人天天怎么吃进去的，我是吃不下去。包括去兰州</w:t>
      </w:r>
      <w:r w:rsidR="00A24E9D" w:rsidRPr="00F35E6D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F35E6D">
        <w:rPr>
          <w:rFonts w:eastAsia="宋体"/>
          <w:b/>
          <w:bCs/>
          <w:sz w:val="28"/>
          <w:szCs w:val="28"/>
          <w:lang w:eastAsia="zh-CN"/>
        </w:rPr>
        <w:t>你觉得兰州牛肉面好吃吗？也是全都是油啊，全都是辣</w:t>
      </w:r>
      <w:r w:rsidR="00A24E9D" w:rsidRPr="00F35E6D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F35E6D">
        <w:rPr>
          <w:rFonts w:eastAsia="宋体"/>
          <w:b/>
          <w:bCs/>
          <w:sz w:val="28"/>
          <w:szCs w:val="28"/>
          <w:lang w:eastAsia="zh-CN"/>
        </w:rPr>
        <w:t>一层油</w:t>
      </w:r>
      <w:r w:rsidR="00A24E9D" w:rsidRPr="00F35E6D">
        <w:rPr>
          <w:rFonts w:eastAsia="宋体" w:hint="eastAsia"/>
          <w:b/>
          <w:bCs/>
          <w:sz w:val="28"/>
          <w:szCs w:val="28"/>
          <w:lang w:eastAsia="zh-CN"/>
        </w:rPr>
        <w:t>。</w:t>
      </w:r>
    </w:p>
    <w:p w14:paraId="067A002B" w14:textId="30FA160E" w:rsidR="00713946" w:rsidRPr="00F35E6D" w:rsidRDefault="00494BB6" w:rsidP="00F35E6D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 w:hint="eastAsia"/>
          <w:b/>
          <w:bCs/>
          <w:sz w:val="28"/>
          <w:szCs w:val="28"/>
          <w:lang w:eastAsia="zh-CN"/>
        </w:rPr>
      </w:pPr>
      <w:r w:rsidRPr="00F35E6D">
        <w:rPr>
          <w:rFonts w:eastAsia="宋体"/>
          <w:b/>
          <w:bCs/>
          <w:sz w:val="28"/>
          <w:szCs w:val="28"/>
          <w:lang w:eastAsia="zh-CN"/>
        </w:rPr>
        <w:t>现在很多当地小吃，它失去意义了</w:t>
      </w:r>
      <w:r w:rsidR="00A24E9D" w:rsidRPr="00F35E6D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F35E6D">
        <w:rPr>
          <w:rFonts w:eastAsia="宋体"/>
          <w:b/>
          <w:bCs/>
          <w:sz w:val="28"/>
          <w:szCs w:val="28"/>
          <w:lang w:eastAsia="zh-CN"/>
        </w:rPr>
        <w:t>因为很多小吃都是困难时期，我们没有多少油水</w:t>
      </w:r>
      <w:r w:rsidR="00A24E9D" w:rsidRPr="00F35E6D">
        <w:rPr>
          <w:rFonts w:eastAsia="宋体" w:hint="eastAsia"/>
          <w:b/>
          <w:bCs/>
          <w:sz w:val="28"/>
          <w:szCs w:val="28"/>
          <w:lang w:eastAsia="zh-CN"/>
        </w:rPr>
        <w:t>那个</w:t>
      </w:r>
      <w:r w:rsidRPr="00F35E6D">
        <w:rPr>
          <w:rFonts w:eastAsia="宋体"/>
          <w:b/>
          <w:bCs/>
          <w:sz w:val="28"/>
          <w:szCs w:val="28"/>
          <w:lang w:eastAsia="zh-CN"/>
        </w:rPr>
        <w:t>时候才有的</w:t>
      </w:r>
      <w:r w:rsidR="00A24E9D" w:rsidRPr="00F35E6D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F35E6D">
        <w:rPr>
          <w:rFonts w:eastAsia="宋体"/>
          <w:b/>
          <w:bCs/>
          <w:sz w:val="28"/>
          <w:szCs w:val="28"/>
          <w:lang w:eastAsia="zh-CN"/>
        </w:rPr>
        <w:t>现在我们生活条件这么好，天天油水这么大，很多小吃都不适合</w:t>
      </w:r>
      <w:r w:rsidR="00A24E9D" w:rsidRPr="00F35E6D">
        <w:rPr>
          <w:rFonts w:eastAsia="宋体" w:hint="eastAsia"/>
          <w:b/>
          <w:bCs/>
          <w:sz w:val="28"/>
          <w:szCs w:val="28"/>
          <w:lang w:eastAsia="zh-CN"/>
        </w:rPr>
        <w:t>了。</w:t>
      </w:r>
      <w:r w:rsidRPr="00F35E6D">
        <w:rPr>
          <w:rFonts w:eastAsia="宋体"/>
          <w:b/>
          <w:bCs/>
          <w:sz w:val="28"/>
          <w:szCs w:val="28"/>
          <w:lang w:eastAsia="zh-CN"/>
        </w:rPr>
        <w:t>尤其是牧民，都是大骨头，都是油</w:t>
      </w:r>
      <w:r w:rsidR="00E22A6A" w:rsidRPr="00F35E6D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F35E6D">
        <w:rPr>
          <w:rFonts w:eastAsia="宋体"/>
          <w:b/>
          <w:bCs/>
          <w:sz w:val="28"/>
          <w:szCs w:val="28"/>
          <w:lang w:eastAsia="zh-CN"/>
        </w:rPr>
        <w:t>其实我哪儿都喜欢，哪儿也不</w:t>
      </w:r>
      <w:r w:rsidR="00140E2D" w:rsidRPr="00F35E6D">
        <w:rPr>
          <w:rFonts w:eastAsia="宋体" w:hint="eastAsia"/>
          <w:b/>
          <w:bCs/>
          <w:sz w:val="28"/>
          <w:szCs w:val="28"/>
          <w:lang w:eastAsia="zh-CN"/>
        </w:rPr>
        <w:t>在乎，</w:t>
      </w:r>
      <w:r w:rsidRPr="00F35E6D">
        <w:rPr>
          <w:rFonts w:eastAsia="宋体"/>
          <w:b/>
          <w:bCs/>
          <w:sz w:val="28"/>
          <w:szCs w:val="28"/>
          <w:lang w:eastAsia="zh-CN"/>
        </w:rPr>
        <w:t>最好的就是你的整个的过程，带着一帮小伙伴</w:t>
      </w:r>
      <w:r w:rsidR="00140E2D" w:rsidRPr="00F35E6D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F35E6D">
        <w:rPr>
          <w:rFonts w:eastAsia="宋体"/>
          <w:b/>
          <w:bCs/>
          <w:sz w:val="28"/>
          <w:szCs w:val="28"/>
          <w:lang w:eastAsia="zh-CN"/>
        </w:rPr>
        <w:t>一个人是孤单的，带着小伙伴玩儿这个过程是很奇妙的</w:t>
      </w:r>
      <w:r w:rsidR="00140E2D" w:rsidRPr="00F35E6D">
        <w:rPr>
          <w:rFonts w:eastAsia="宋体" w:hint="eastAsia"/>
          <w:b/>
          <w:bCs/>
          <w:sz w:val="28"/>
          <w:szCs w:val="28"/>
          <w:lang w:eastAsia="zh-CN"/>
        </w:rPr>
        <w:t>。</w:t>
      </w:r>
    </w:p>
    <w:p w14:paraId="3941D978" w14:textId="77777777" w:rsidR="00713946" w:rsidRDefault="00713946" w:rsidP="0076289F">
      <w:pPr>
        <w:widowControl w:val="0"/>
        <w:adjustRightInd w:val="0"/>
        <w:snapToGrid w:val="0"/>
        <w:spacing w:after="0" w:line="360" w:lineRule="auto"/>
        <w:ind w:firstLineChars="200" w:firstLine="560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生：</w:t>
      </w:r>
      <w:r w:rsidRPr="00444D34">
        <w:rPr>
          <w:rFonts w:eastAsia="宋体"/>
          <w:sz w:val="28"/>
          <w:szCs w:val="28"/>
          <w:lang w:eastAsia="zh-CN"/>
        </w:rPr>
        <w:t>最后还是家里好。</w:t>
      </w:r>
    </w:p>
    <w:p w14:paraId="744ECAC8" w14:textId="77777777" w:rsidR="00100288" w:rsidRPr="00F35E6D" w:rsidRDefault="00713946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 w:hint="eastAsia"/>
          <w:b/>
          <w:bCs/>
          <w:sz w:val="28"/>
          <w:szCs w:val="28"/>
          <w:lang w:eastAsia="zh-CN"/>
        </w:rPr>
      </w:pPr>
      <w:r w:rsidRPr="00F35E6D">
        <w:rPr>
          <w:rFonts w:eastAsia="宋体" w:hint="eastAsia"/>
          <w:b/>
          <w:bCs/>
          <w:sz w:val="28"/>
          <w:szCs w:val="28"/>
          <w:lang w:eastAsia="zh-CN"/>
        </w:rPr>
        <w:t>师：</w:t>
      </w:r>
      <w:r w:rsidRPr="00F35E6D">
        <w:rPr>
          <w:rFonts w:eastAsia="宋体"/>
          <w:b/>
          <w:bCs/>
          <w:sz w:val="28"/>
          <w:szCs w:val="28"/>
          <w:lang w:eastAsia="zh-CN"/>
        </w:rPr>
        <w:t>这个东西也不是，我其实没有太多的归宿感。如果说有归宿感，就是果园儿</w:t>
      </w:r>
      <w:r w:rsidRPr="00F35E6D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F35E6D">
        <w:rPr>
          <w:rFonts w:eastAsia="宋体"/>
          <w:b/>
          <w:bCs/>
          <w:sz w:val="28"/>
          <w:szCs w:val="28"/>
          <w:lang w:eastAsia="zh-CN"/>
        </w:rPr>
        <w:t>到现在我没有认同廊坊是我的第二故乡，我的老家现在我也没有怎么回去。你们记住，走遍千山万水，最后还是孑然一身，你的一生都是只活自己，这就可以了。古人说，心外无我嘛，不着于任何相</w:t>
      </w:r>
      <w:r w:rsidR="00100288" w:rsidRPr="00F35E6D">
        <w:rPr>
          <w:rFonts w:eastAsia="宋体" w:hint="eastAsia"/>
          <w:b/>
          <w:bCs/>
          <w:sz w:val="28"/>
          <w:szCs w:val="28"/>
          <w:lang w:eastAsia="zh-CN"/>
        </w:rPr>
        <w:t>。答疑吧。</w:t>
      </w:r>
    </w:p>
    <w:p w14:paraId="4A6F6B02" w14:textId="7EA16192" w:rsidR="00CF2FFB" w:rsidRPr="00F35E6D" w:rsidRDefault="00E870B9" w:rsidP="0076289F">
      <w:pPr>
        <w:widowControl w:val="0"/>
        <w:adjustRightInd w:val="0"/>
        <w:snapToGrid w:val="0"/>
        <w:spacing w:after="0" w:line="360" w:lineRule="auto"/>
        <w:ind w:firstLineChars="200" w:firstLine="560"/>
        <w:rPr>
          <w:rFonts w:eastAsia="宋体" w:hint="eastAsia"/>
          <w:color w:val="F79646" w:themeColor="accent6"/>
          <w:sz w:val="28"/>
          <w:szCs w:val="28"/>
          <w:lang w:eastAsia="zh-CN"/>
        </w:rPr>
      </w:pPr>
      <w:r w:rsidRPr="00F35E6D">
        <w:rPr>
          <w:rFonts w:eastAsia="宋体" w:hint="eastAsia"/>
          <w:color w:val="F79646" w:themeColor="accent6"/>
          <w:sz w:val="28"/>
          <w:szCs w:val="28"/>
          <w:lang w:eastAsia="zh-CN"/>
        </w:rPr>
        <w:t>（</w:t>
      </w:r>
      <w:r w:rsidR="00F35E6D">
        <w:rPr>
          <w:rFonts w:eastAsia="宋体" w:hint="eastAsia"/>
          <w:color w:val="F79646" w:themeColor="accent6"/>
          <w:sz w:val="28"/>
          <w:szCs w:val="28"/>
          <w:lang w:eastAsia="zh-CN"/>
        </w:rPr>
        <w:t>问：</w:t>
      </w:r>
      <w:r w:rsidRPr="00F35E6D">
        <w:rPr>
          <w:rFonts w:eastAsia="宋体"/>
          <w:color w:val="F79646" w:themeColor="accent6"/>
          <w:sz w:val="28"/>
          <w:szCs w:val="28"/>
          <w:lang w:eastAsia="zh-CN"/>
        </w:rPr>
        <w:t>太阴体质出汗可以靠运动调理好吗？</w:t>
      </w:r>
      <w:r w:rsidRPr="00F35E6D">
        <w:rPr>
          <w:rFonts w:eastAsia="宋体" w:hint="eastAsia"/>
          <w:color w:val="F79646" w:themeColor="accent6"/>
          <w:sz w:val="28"/>
          <w:szCs w:val="28"/>
          <w:lang w:eastAsia="zh-CN"/>
        </w:rPr>
        <w:t>）</w:t>
      </w:r>
    </w:p>
    <w:p w14:paraId="59A0B071" w14:textId="12E4B495" w:rsidR="00CF2FFB" w:rsidRPr="00F35E6D" w:rsidRDefault="00CF2FFB" w:rsidP="0076289F">
      <w:pPr>
        <w:widowControl w:val="0"/>
        <w:adjustRightInd w:val="0"/>
        <w:snapToGrid w:val="0"/>
        <w:spacing w:after="0" w:line="360" w:lineRule="auto"/>
        <w:ind w:firstLineChars="200" w:firstLine="560"/>
        <w:rPr>
          <w:rFonts w:eastAsia="宋体" w:hint="eastAsia"/>
          <w:color w:val="F79646" w:themeColor="accent6"/>
          <w:sz w:val="28"/>
          <w:szCs w:val="28"/>
          <w:lang w:eastAsia="zh-CN"/>
        </w:rPr>
      </w:pPr>
      <w:r w:rsidRPr="00F35E6D">
        <w:rPr>
          <w:rFonts w:eastAsia="宋体" w:hint="eastAsia"/>
          <w:color w:val="F79646" w:themeColor="accent6"/>
          <w:sz w:val="28"/>
          <w:szCs w:val="28"/>
          <w:lang w:eastAsia="zh-CN"/>
        </w:rPr>
        <w:t>（</w:t>
      </w:r>
      <w:r w:rsidR="00F35E6D">
        <w:rPr>
          <w:rFonts w:eastAsia="宋体" w:hint="eastAsia"/>
          <w:color w:val="F79646" w:themeColor="accent6"/>
          <w:sz w:val="28"/>
          <w:szCs w:val="28"/>
          <w:lang w:eastAsia="zh-CN"/>
        </w:rPr>
        <w:t>问：</w:t>
      </w:r>
      <w:r w:rsidRPr="00F35E6D">
        <w:rPr>
          <w:rFonts w:eastAsia="宋体"/>
          <w:color w:val="F79646" w:themeColor="accent6"/>
          <w:sz w:val="28"/>
          <w:szCs w:val="28"/>
          <w:lang w:eastAsia="zh-CN"/>
        </w:rPr>
        <w:t>飞蚊症怎么处理？眼睛有黑点来回移动</w:t>
      </w:r>
      <w:r w:rsidRPr="00F35E6D">
        <w:rPr>
          <w:rFonts w:eastAsia="宋体" w:hint="eastAsia"/>
          <w:color w:val="F79646" w:themeColor="accent6"/>
          <w:sz w:val="28"/>
          <w:szCs w:val="28"/>
          <w:lang w:eastAsia="zh-CN"/>
        </w:rPr>
        <w:t>。）</w:t>
      </w:r>
    </w:p>
    <w:p w14:paraId="110A9BC1" w14:textId="77777777" w:rsidR="00F35E6D" w:rsidRPr="00F35E6D" w:rsidRDefault="00F35E6D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/>
          <w:b/>
          <w:bCs/>
          <w:sz w:val="28"/>
          <w:szCs w:val="28"/>
          <w:lang w:eastAsia="zh-CN"/>
        </w:rPr>
      </w:pPr>
      <w:r w:rsidRPr="00F35E6D">
        <w:rPr>
          <w:rFonts w:eastAsia="宋体" w:hint="eastAsia"/>
          <w:b/>
          <w:bCs/>
          <w:sz w:val="28"/>
          <w:szCs w:val="28"/>
          <w:lang w:eastAsia="zh-CN"/>
        </w:rPr>
        <w:t>师：</w:t>
      </w:r>
      <w:r w:rsidR="00000000" w:rsidRPr="00F35E6D">
        <w:rPr>
          <w:rFonts w:eastAsia="宋体"/>
          <w:b/>
          <w:bCs/>
          <w:sz w:val="28"/>
          <w:szCs w:val="28"/>
          <w:lang w:eastAsia="zh-CN"/>
        </w:rPr>
        <w:t>为什么会出现飞蚊症？飞蚊症是玻璃体里面</w:t>
      </w:r>
      <w:r w:rsidR="00580652" w:rsidRPr="00F35E6D">
        <w:rPr>
          <w:rFonts w:eastAsia="宋体" w:hint="eastAsia"/>
          <w:b/>
          <w:bCs/>
          <w:sz w:val="28"/>
          <w:szCs w:val="28"/>
          <w:lang w:eastAsia="zh-CN"/>
        </w:rPr>
        <w:t>破碎了，产生</w:t>
      </w:r>
      <w:r w:rsidR="00000000" w:rsidRPr="00F35E6D">
        <w:rPr>
          <w:rFonts w:eastAsia="宋体"/>
          <w:b/>
          <w:bCs/>
          <w:sz w:val="28"/>
          <w:szCs w:val="28"/>
          <w:lang w:eastAsia="zh-CN"/>
        </w:rPr>
        <w:t>沉淀，这就像掉牙一样，</w:t>
      </w:r>
      <w:r w:rsidR="00580652" w:rsidRPr="00F35E6D">
        <w:rPr>
          <w:rFonts w:eastAsia="宋体" w:hint="eastAsia"/>
          <w:b/>
          <w:bCs/>
          <w:sz w:val="28"/>
          <w:szCs w:val="28"/>
          <w:lang w:eastAsia="zh-CN"/>
        </w:rPr>
        <w:t>这</w:t>
      </w:r>
      <w:r w:rsidR="00000000" w:rsidRPr="00F35E6D">
        <w:rPr>
          <w:rFonts w:eastAsia="宋体"/>
          <w:b/>
          <w:bCs/>
          <w:sz w:val="28"/>
          <w:szCs w:val="28"/>
          <w:lang w:eastAsia="zh-CN"/>
        </w:rPr>
        <w:t>几乎是不可逆的，你有了飞蚊症可能一辈子都有</w:t>
      </w:r>
      <w:r w:rsidR="00580652" w:rsidRPr="00F35E6D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="00000000" w:rsidRPr="00F35E6D">
        <w:rPr>
          <w:rFonts w:eastAsia="宋体"/>
          <w:b/>
          <w:bCs/>
          <w:sz w:val="28"/>
          <w:szCs w:val="28"/>
          <w:lang w:eastAsia="zh-CN"/>
        </w:rPr>
        <w:t>当你眼球最脆弱的时候，就像掉牙一样，它会出现飞蚊症，一旦出现，他那好像就有钙化点</w:t>
      </w:r>
      <w:r w:rsidR="002627C0" w:rsidRPr="00F35E6D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="00000000" w:rsidRPr="00F35E6D">
        <w:rPr>
          <w:rFonts w:eastAsia="宋体"/>
          <w:b/>
          <w:bCs/>
          <w:sz w:val="28"/>
          <w:szCs w:val="28"/>
          <w:lang w:eastAsia="zh-CN"/>
        </w:rPr>
        <w:t>这个东西它就不会消失了。</w:t>
      </w:r>
    </w:p>
    <w:p w14:paraId="04E642C5" w14:textId="77777777" w:rsidR="00F35E6D" w:rsidRPr="00F35E6D" w:rsidRDefault="00000000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/>
          <w:b/>
          <w:bCs/>
          <w:sz w:val="28"/>
          <w:szCs w:val="28"/>
          <w:lang w:eastAsia="zh-CN"/>
        </w:rPr>
      </w:pPr>
      <w:r w:rsidRPr="00F35E6D">
        <w:rPr>
          <w:rFonts w:eastAsia="宋体"/>
          <w:b/>
          <w:bCs/>
          <w:sz w:val="28"/>
          <w:szCs w:val="28"/>
          <w:lang w:eastAsia="zh-CN"/>
        </w:rPr>
        <w:t>那么你们要怎么处理这个问题，要保持眼球他自己的生命力，保</w:t>
      </w:r>
      <w:r w:rsidRPr="00F35E6D">
        <w:rPr>
          <w:rFonts w:eastAsia="宋体"/>
          <w:b/>
          <w:bCs/>
          <w:sz w:val="28"/>
          <w:szCs w:val="28"/>
          <w:lang w:eastAsia="zh-CN"/>
        </w:rPr>
        <w:lastRenderedPageBreak/>
        <w:t>证</w:t>
      </w:r>
      <w:r w:rsidR="00403652" w:rsidRPr="00F35E6D">
        <w:rPr>
          <w:rFonts w:eastAsia="宋体" w:hint="eastAsia"/>
          <w:b/>
          <w:bCs/>
          <w:sz w:val="28"/>
          <w:szCs w:val="28"/>
          <w:lang w:eastAsia="zh-CN"/>
        </w:rPr>
        <w:t>它</w:t>
      </w:r>
      <w:r w:rsidRPr="00F35E6D">
        <w:rPr>
          <w:rFonts w:eastAsia="宋体"/>
          <w:b/>
          <w:bCs/>
          <w:sz w:val="28"/>
          <w:szCs w:val="28"/>
          <w:lang w:eastAsia="zh-CN"/>
        </w:rPr>
        <w:t>的供血充足，不要再犯</w:t>
      </w:r>
      <w:r w:rsidR="00F47CD9" w:rsidRPr="00F35E6D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F35E6D">
        <w:rPr>
          <w:rFonts w:eastAsia="宋体"/>
          <w:b/>
          <w:bCs/>
          <w:sz w:val="28"/>
          <w:szCs w:val="28"/>
          <w:lang w:eastAsia="zh-CN"/>
        </w:rPr>
        <w:t>眼球两边有足少阳胆经</w:t>
      </w:r>
      <w:r w:rsidR="00F47CD9" w:rsidRPr="00F35E6D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F35E6D">
        <w:rPr>
          <w:rFonts w:eastAsia="宋体"/>
          <w:b/>
          <w:bCs/>
          <w:sz w:val="28"/>
          <w:szCs w:val="28"/>
          <w:lang w:eastAsia="zh-CN"/>
        </w:rPr>
        <w:t>下边有足阳明胃经，上面有足太阳膀胱经，中间还有肝经</w:t>
      </w:r>
      <w:r w:rsidR="00F47CD9" w:rsidRPr="00F35E6D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F35E6D">
        <w:rPr>
          <w:rFonts w:eastAsia="宋体"/>
          <w:b/>
          <w:bCs/>
          <w:sz w:val="28"/>
          <w:szCs w:val="28"/>
          <w:lang w:eastAsia="zh-CN"/>
        </w:rPr>
        <w:t>最重要的这几条脉去</w:t>
      </w:r>
      <w:proofErr w:type="gramStart"/>
      <w:r w:rsidRPr="00F35E6D">
        <w:rPr>
          <w:rFonts w:eastAsia="宋体"/>
          <w:b/>
          <w:bCs/>
          <w:sz w:val="28"/>
          <w:szCs w:val="28"/>
          <w:lang w:eastAsia="zh-CN"/>
        </w:rPr>
        <w:t>濡</w:t>
      </w:r>
      <w:proofErr w:type="gramEnd"/>
      <w:r w:rsidRPr="00F35E6D">
        <w:rPr>
          <w:rFonts w:eastAsia="宋体"/>
          <w:b/>
          <w:bCs/>
          <w:sz w:val="28"/>
          <w:szCs w:val="28"/>
          <w:lang w:eastAsia="zh-CN"/>
        </w:rPr>
        <w:t>养和控制眼球，你只要把这几条经络搞通顺，让气血能够充足的</w:t>
      </w:r>
      <w:proofErr w:type="gramStart"/>
      <w:r w:rsidRPr="00F35E6D">
        <w:rPr>
          <w:rFonts w:eastAsia="宋体"/>
          <w:b/>
          <w:bCs/>
          <w:sz w:val="28"/>
          <w:szCs w:val="28"/>
          <w:lang w:eastAsia="zh-CN"/>
        </w:rPr>
        <w:t>濡</w:t>
      </w:r>
      <w:proofErr w:type="gramEnd"/>
      <w:r w:rsidRPr="00F35E6D">
        <w:rPr>
          <w:rFonts w:eastAsia="宋体"/>
          <w:b/>
          <w:bCs/>
          <w:sz w:val="28"/>
          <w:szCs w:val="28"/>
          <w:lang w:eastAsia="zh-CN"/>
        </w:rPr>
        <w:t>养眼球，这个问题就解决了。</w:t>
      </w:r>
    </w:p>
    <w:p w14:paraId="513157C2" w14:textId="77777777" w:rsidR="00F35E6D" w:rsidRPr="00F35E6D" w:rsidRDefault="00000000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/>
          <w:b/>
          <w:bCs/>
          <w:sz w:val="28"/>
          <w:szCs w:val="28"/>
          <w:lang w:eastAsia="zh-CN"/>
        </w:rPr>
      </w:pPr>
      <w:r w:rsidRPr="00F35E6D">
        <w:rPr>
          <w:rFonts w:eastAsia="宋体"/>
          <w:b/>
          <w:bCs/>
          <w:sz w:val="28"/>
          <w:szCs w:val="28"/>
          <w:lang w:eastAsia="zh-CN"/>
        </w:rPr>
        <w:t>当人出现不可逆的损坏的时候</w:t>
      </w:r>
      <w:r w:rsidR="004637FE" w:rsidRPr="00F35E6D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F35E6D">
        <w:rPr>
          <w:rFonts w:eastAsia="宋体"/>
          <w:b/>
          <w:bCs/>
          <w:sz w:val="28"/>
          <w:szCs w:val="28"/>
          <w:lang w:eastAsia="zh-CN"/>
        </w:rPr>
        <w:t>不要悲伤，也不要绝望，允许不完美，</w:t>
      </w:r>
      <w:r w:rsidR="004637FE" w:rsidRPr="00F35E6D">
        <w:rPr>
          <w:rFonts w:eastAsia="宋体" w:hint="eastAsia"/>
          <w:b/>
          <w:bCs/>
          <w:sz w:val="28"/>
          <w:szCs w:val="28"/>
          <w:lang w:eastAsia="zh-CN"/>
        </w:rPr>
        <w:t>这</w:t>
      </w:r>
      <w:r w:rsidRPr="00F35E6D">
        <w:rPr>
          <w:rFonts w:eastAsia="宋体"/>
          <w:b/>
          <w:bCs/>
          <w:sz w:val="28"/>
          <w:szCs w:val="28"/>
          <w:lang w:eastAsia="zh-CN"/>
        </w:rPr>
        <w:t>个</w:t>
      </w:r>
      <w:proofErr w:type="gramStart"/>
      <w:r w:rsidRPr="00F35E6D">
        <w:rPr>
          <w:rFonts w:eastAsia="宋体"/>
          <w:b/>
          <w:bCs/>
          <w:sz w:val="28"/>
          <w:szCs w:val="28"/>
          <w:lang w:eastAsia="zh-CN"/>
        </w:rPr>
        <w:t>太</w:t>
      </w:r>
      <w:proofErr w:type="gramEnd"/>
      <w:r w:rsidRPr="00F35E6D">
        <w:rPr>
          <w:rFonts w:eastAsia="宋体"/>
          <w:b/>
          <w:bCs/>
          <w:sz w:val="28"/>
          <w:szCs w:val="28"/>
          <w:lang w:eastAsia="zh-CN"/>
        </w:rPr>
        <w:t>关键了，很多人太要求完美，搞得你很多烦恼</w:t>
      </w:r>
      <w:r w:rsidR="00804EA6" w:rsidRPr="00F35E6D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F35E6D">
        <w:rPr>
          <w:rFonts w:eastAsia="宋体"/>
          <w:b/>
          <w:bCs/>
          <w:sz w:val="28"/>
          <w:szCs w:val="28"/>
          <w:lang w:eastAsia="zh-CN"/>
        </w:rPr>
        <w:t>你会发现不完美，我活的也挺好。比如说一个眼睛瞎了，比如说胳膊折了一个，那怎么办啊，比如满口牙掉了，你会发现你拿牙床还能吃东西，人的生命力是强大的，不要因为身体的某些残缺</w:t>
      </w:r>
      <w:r w:rsidR="00804EA6" w:rsidRPr="00F35E6D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F35E6D">
        <w:rPr>
          <w:rFonts w:eastAsia="宋体"/>
          <w:b/>
          <w:bCs/>
          <w:sz w:val="28"/>
          <w:szCs w:val="28"/>
          <w:lang w:eastAsia="zh-CN"/>
        </w:rPr>
        <w:t>某些不可逆的问题</w:t>
      </w:r>
      <w:r w:rsidR="00804EA6" w:rsidRPr="00F35E6D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F35E6D">
        <w:rPr>
          <w:rFonts w:eastAsia="宋体"/>
          <w:b/>
          <w:bCs/>
          <w:sz w:val="28"/>
          <w:szCs w:val="28"/>
          <w:lang w:eastAsia="zh-CN"/>
        </w:rPr>
        <w:t>你就灰心丧气，导致你整个状态变差，这个是最要命的</w:t>
      </w:r>
      <w:r w:rsidR="00804EA6" w:rsidRPr="00F35E6D">
        <w:rPr>
          <w:rFonts w:eastAsia="宋体" w:hint="eastAsia"/>
          <w:b/>
          <w:bCs/>
          <w:sz w:val="28"/>
          <w:szCs w:val="28"/>
          <w:lang w:eastAsia="zh-CN"/>
        </w:rPr>
        <w:t>。</w:t>
      </w:r>
    </w:p>
    <w:p w14:paraId="47570B7A" w14:textId="77777777" w:rsidR="00F35E6D" w:rsidRPr="00F35E6D" w:rsidRDefault="00000000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/>
          <w:b/>
          <w:bCs/>
          <w:sz w:val="28"/>
          <w:szCs w:val="28"/>
          <w:lang w:eastAsia="zh-CN"/>
        </w:rPr>
      </w:pPr>
      <w:r w:rsidRPr="00F35E6D">
        <w:rPr>
          <w:rFonts w:eastAsia="宋体"/>
          <w:b/>
          <w:bCs/>
          <w:sz w:val="28"/>
          <w:szCs w:val="28"/>
          <w:lang w:eastAsia="zh-CN"/>
        </w:rPr>
        <w:t>像我这个牙崩掉一样，是一个意思，我难道因为我牙崩掉，我说太可惜了吗？我第一次尝到我的不完美，你知道是什么时候吗？应该是三十岁以前吧。我这个地方无意之间</w:t>
      </w:r>
      <w:r w:rsidR="008F47FC" w:rsidRPr="00F35E6D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F35E6D">
        <w:rPr>
          <w:rFonts w:eastAsia="宋体"/>
          <w:b/>
          <w:bCs/>
          <w:sz w:val="28"/>
          <w:szCs w:val="28"/>
          <w:lang w:eastAsia="zh-CN"/>
        </w:rPr>
        <w:t>觉得有点难受，有点胀</w:t>
      </w:r>
      <w:r w:rsidR="008F47FC" w:rsidRPr="00F35E6D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F35E6D">
        <w:rPr>
          <w:rFonts w:eastAsia="宋体"/>
          <w:b/>
          <w:bCs/>
          <w:sz w:val="28"/>
          <w:szCs w:val="28"/>
          <w:lang w:eastAsia="zh-CN"/>
        </w:rPr>
        <w:t>我一掏，里面有个虫牙洞，抠出来很臭的一些东西</w:t>
      </w:r>
      <w:r w:rsidR="008F47FC" w:rsidRPr="00F35E6D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F35E6D">
        <w:rPr>
          <w:rFonts w:eastAsia="宋体"/>
          <w:b/>
          <w:bCs/>
          <w:sz w:val="28"/>
          <w:szCs w:val="28"/>
          <w:lang w:eastAsia="zh-CN"/>
        </w:rPr>
        <w:t>然后那个牙就开始有问题了，就崩坏了一半儿，大牙后槽牙崩坏了一半</w:t>
      </w:r>
      <w:r w:rsidR="008F47FC" w:rsidRPr="00F35E6D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F35E6D">
        <w:rPr>
          <w:rFonts w:eastAsia="宋体"/>
          <w:b/>
          <w:bCs/>
          <w:sz w:val="28"/>
          <w:szCs w:val="28"/>
          <w:lang w:eastAsia="zh-CN"/>
        </w:rPr>
        <w:t>然后我拿舌头去舔，我感觉有一种空虚感和极度，崩掉了一半嘛。</w:t>
      </w:r>
    </w:p>
    <w:p w14:paraId="545E4C37" w14:textId="14172A4A" w:rsidR="005C3870" w:rsidRPr="00F35E6D" w:rsidRDefault="00000000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 w:hint="eastAsia"/>
          <w:b/>
          <w:bCs/>
          <w:sz w:val="28"/>
          <w:szCs w:val="28"/>
          <w:lang w:eastAsia="zh-CN"/>
        </w:rPr>
      </w:pPr>
      <w:r w:rsidRPr="00F35E6D">
        <w:rPr>
          <w:rFonts w:eastAsia="宋体"/>
          <w:b/>
          <w:bCs/>
          <w:sz w:val="28"/>
          <w:szCs w:val="28"/>
          <w:lang w:eastAsia="zh-CN"/>
        </w:rPr>
        <w:t>那时候我想，完了，我不完美了。当时特别的觉得可惜啊，我</w:t>
      </w:r>
      <w:proofErr w:type="gramStart"/>
      <w:r w:rsidRPr="00F35E6D">
        <w:rPr>
          <w:rFonts w:eastAsia="宋体"/>
          <w:b/>
          <w:bCs/>
          <w:sz w:val="28"/>
          <w:szCs w:val="28"/>
          <w:lang w:eastAsia="zh-CN"/>
        </w:rPr>
        <w:t>怎么牙出了</w:t>
      </w:r>
      <w:proofErr w:type="gramEnd"/>
      <w:r w:rsidRPr="00F35E6D">
        <w:rPr>
          <w:rFonts w:eastAsia="宋体"/>
          <w:b/>
          <w:bCs/>
          <w:sz w:val="28"/>
          <w:szCs w:val="28"/>
          <w:lang w:eastAsia="zh-CN"/>
        </w:rPr>
        <w:t>问题</w:t>
      </w:r>
      <w:r w:rsidR="00657BF5" w:rsidRPr="00F35E6D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F35E6D">
        <w:rPr>
          <w:rFonts w:eastAsia="宋体"/>
          <w:b/>
          <w:bCs/>
          <w:sz w:val="28"/>
          <w:szCs w:val="28"/>
          <w:lang w:eastAsia="zh-CN"/>
        </w:rPr>
        <w:t>后来那一整个也都崩掉了。当我悟到了不完美理论的时候，我觉得不完美理论确实是太治愈了</w:t>
      </w:r>
      <w:r w:rsidR="00657BF5" w:rsidRPr="00F35E6D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F35E6D">
        <w:rPr>
          <w:rFonts w:eastAsia="宋体"/>
          <w:b/>
          <w:bCs/>
          <w:sz w:val="28"/>
          <w:szCs w:val="28"/>
          <w:lang w:eastAsia="zh-CN"/>
        </w:rPr>
        <w:t>人要有一颗追求完美的心，但是你要承认，目前你的不完美，每个人都是不完美，不要因为自己残缺和不完美而自暴自弃。</w:t>
      </w:r>
    </w:p>
    <w:p w14:paraId="41FC9FC5" w14:textId="6B316734" w:rsidR="005C3870" w:rsidRPr="00F35E6D" w:rsidRDefault="005C3870" w:rsidP="0076289F">
      <w:pPr>
        <w:widowControl w:val="0"/>
        <w:adjustRightInd w:val="0"/>
        <w:snapToGrid w:val="0"/>
        <w:spacing w:after="0" w:line="360" w:lineRule="auto"/>
        <w:ind w:firstLineChars="200" w:firstLine="560"/>
        <w:rPr>
          <w:rFonts w:eastAsia="宋体" w:hint="eastAsia"/>
          <w:color w:val="F79646" w:themeColor="accent6"/>
          <w:sz w:val="28"/>
          <w:szCs w:val="28"/>
          <w:lang w:eastAsia="zh-CN"/>
        </w:rPr>
      </w:pPr>
      <w:r w:rsidRPr="00F35E6D">
        <w:rPr>
          <w:rFonts w:eastAsia="宋体" w:hint="eastAsia"/>
          <w:color w:val="F79646" w:themeColor="accent6"/>
          <w:sz w:val="28"/>
          <w:szCs w:val="28"/>
          <w:lang w:eastAsia="zh-CN"/>
        </w:rPr>
        <w:t>（</w:t>
      </w:r>
      <w:r w:rsidR="00F35E6D" w:rsidRPr="00F35E6D">
        <w:rPr>
          <w:rFonts w:eastAsia="宋体" w:hint="eastAsia"/>
          <w:color w:val="F79646" w:themeColor="accent6"/>
          <w:sz w:val="28"/>
          <w:szCs w:val="28"/>
          <w:lang w:eastAsia="zh-CN"/>
        </w:rPr>
        <w:t>问：</w:t>
      </w:r>
      <w:r w:rsidRPr="00F35E6D">
        <w:rPr>
          <w:rFonts w:eastAsia="宋体"/>
          <w:color w:val="F79646" w:themeColor="accent6"/>
          <w:sz w:val="28"/>
          <w:szCs w:val="28"/>
          <w:lang w:eastAsia="zh-CN"/>
        </w:rPr>
        <w:t>睡觉轻，对噪音敏感，有点声音就会被吵醒，怎么办？</w:t>
      </w:r>
      <w:r w:rsidRPr="00F35E6D">
        <w:rPr>
          <w:rFonts w:eastAsia="宋体" w:hint="eastAsia"/>
          <w:color w:val="F79646" w:themeColor="accent6"/>
          <w:sz w:val="28"/>
          <w:szCs w:val="28"/>
          <w:lang w:eastAsia="zh-CN"/>
        </w:rPr>
        <w:t>）</w:t>
      </w:r>
    </w:p>
    <w:p w14:paraId="3F52AC99" w14:textId="77777777" w:rsidR="00913BA5" w:rsidRPr="00913BA5" w:rsidRDefault="00F35E6D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/>
          <w:b/>
          <w:bCs/>
          <w:sz w:val="28"/>
          <w:szCs w:val="28"/>
          <w:lang w:eastAsia="zh-CN"/>
        </w:rPr>
      </w:pPr>
      <w:r w:rsidRPr="00913BA5">
        <w:rPr>
          <w:rFonts w:eastAsia="宋体" w:hint="eastAsia"/>
          <w:b/>
          <w:bCs/>
          <w:sz w:val="28"/>
          <w:szCs w:val="28"/>
          <w:lang w:eastAsia="zh-CN"/>
        </w:rPr>
        <w:t>师：</w:t>
      </w:r>
      <w:r w:rsidR="00000000" w:rsidRPr="00913BA5">
        <w:rPr>
          <w:rFonts w:eastAsia="宋体"/>
          <w:b/>
          <w:bCs/>
          <w:sz w:val="28"/>
          <w:szCs w:val="28"/>
          <w:lang w:eastAsia="zh-CN"/>
        </w:rPr>
        <w:t>特别典型的一个症状，很多人到中年对声音特别敏感，</w:t>
      </w:r>
      <w:r w:rsidR="005C3870" w:rsidRPr="00913BA5">
        <w:rPr>
          <w:rFonts w:eastAsia="宋体" w:hint="eastAsia"/>
          <w:b/>
          <w:bCs/>
          <w:sz w:val="28"/>
          <w:szCs w:val="28"/>
          <w:lang w:eastAsia="zh-CN"/>
        </w:rPr>
        <w:t>有的</w:t>
      </w:r>
      <w:r w:rsidR="00000000" w:rsidRPr="00913BA5">
        <w:rPr>
          <w:rFonts w:eastAsia="宋体"/>
          <w:b/>
          <w:bCs/>
          <w:sz w:val="28"/>
          <w:szCs w:val="28"/>
          <w:lang w:eastAsia="zh-CN"/>
        </w:rPr>
        <w:t>被吓着，稍微一点就</w:t>
      </w:r>
      <w:proofErr w:type="gramStart"/>
      <w:r w:rsidR="00000000" w:rsidRPr="00913BA5">
        <w:rPr>
          <w:rFonts w:eastAsia="宋体"/>
          <w:b/>
          <w:bCs/>
          <w:sz w:val="28"/>
          <w:szCs w:val="28"/>
          <w:lang w:eastAsia="zh-CN"/>
        </w:rPr>
        <w:t>一</w:t>
      </w:r>
      <w:proofErr w:type="gramEnd"/>
      <w:r w:rsidR="009634F1" w:rsidRPr="00913BA5">
        <w:rPr>
          <w:rFonts w:eastAsia="宋体" w:hint="eastAsia"/>
          <w:b/>
          <w:bCs/>
          <w:sz w:val="28"/>
          <w:szCs w:val="28"/>
          <w:lang w:eastAsia="zh-CN"/>
        </w:rPr>
        <w:t>激灵</w:t>
      </w:r>
      <w:r w:rsidR="00000000" w:rsidRPr="00913BA5">
        <w:rPr>
          <w:rFonts w:eastAsia="宋体"/>
          <w:b/>
          <w:bCs/>
          <w:sz w:val="28"/>
          <w:szCs w:val="28"/>
          <w:lang w:eastAsia="zh-CN"/>
        </w:rPr>
        <w:t>，小孩对噪音是没感觉的，多大噪音都能</w:t>
      </w:r>
      <w:r w:rsidR="00000000" w:rsidRPr="00913BA5">
        <w:rPr>
          <w:rFonts w:eastAsia="宋体"/>
          <w:b/>
          <w:bCs/>
          <w:sz w:val="28"/>
          <w:szCs w:val="28"/>
          <w:lang w:eastAsia="zh-CN"/>
        </w:rPr>
        <w:lastRenderedPageBreak/>
        <w:t>睡着觉，为什么我们不行？我原先举过一个例子，静电，原先我</w:t>
      </w:r>
      <w:r w:rsidR="00725E60" w:rsidRPr="00913BA5">
        <w:rPr>
          <w:rFonts w:eastAsia="宋体" w:hint="eastAsia"/>
          <w:b/>
          <w:bCs/>
          <w:sz w:val="28"/>
          <w:szCs w:val="28"/>
          <w:lang w:eastAsia="zh-CN"/>
        </w:rPr>
        <w:t>没</w:t>
      </w:r>
      <w:r w:rsidR="00000000" w:rsidRPr="00913BA5">
        <w:rPr>
          <w:rFonts w:eastAsia="宋体"/>
          <w:b/>
          <w:bCs/>
          <w:sz w:val="28"/>
          <w:szCs w:val="28"/>
          <w:lang w:eastAsia="zh-CN"/>
        </w:rPr>
        <w:t>健身前，我有很多静电，一脱衣服哗啦，到晚上的噼里啪啦都闪光，现在我</w:t>
      </w:r>
      <w:proofErr w:type="gramStart"/>
      <w:r w:rsidR="00000000" w:rsidRPr="00913BA5">
        <w:rPr>
          <w:rFonts w:eastAsia="宋体"/>
          <w:b/>
          <w:bCs/>
          <w:sz w:val="28"/>
          <w:szCs w:val="28"/>
          <w:lang w:eastAsia="zh-CN"/>
        </w:rPr>
        <w:t>脱任何</w:t>
      </w:r>
      <w:proofErr w:type="gramEnd"/>
      <w:r w:rsidR="00000000" w:rsidRPr="00913BA5">
        <w:rPr>
          <w:rFonts w:eastAsia="宋体"/>
          <w:b/>
          <w:bCs/>
          <w:sz w:val="28"/>
          <w:szCs w:val="28"/>
          <w:lang w:eastAsia="zh-CN"/>
        </w:rPr>
        <w:t>一件衣服都不会有静电，为什么呢？静电来自于哪儿啊？来自于电荷的不断积攒。电荷</w:t>
      </w:r>
      <w:r w:rsidR="00725E60" w:rsidRPr="00913BA5">
        <w:rPr>
          <w:rFonts w:eastAsia="宋体" w:hint="eastAsia"/>
          <w:b/>
          <w:bCs/>
          <w:sz w:val="28"/>
          <w:szCs w:val="28"/>
          <w:lang w:eastAsia="zh-CN"/>
        </w:rPr>
        <w:t>为</w:t>
      </w:r>
      <w:r w:rsidR="00000000" w:rsidRPr="00913BA5">
        <w:rPr>
          <w:rFonts w:eastAsia="宋体"/>
          <w:b/>
          <w:bCs/>
          <w:sz w:val="28"/>
          <w:szCs w:val="28"/>
          <w:lang w:eastAsia="zh-CN"/>
        </w:rPr>
        <w:t>什么走不掉啊，因为经络不通，皮肤的传导性变差</w:t>
      </w:r>
      <w:r w:rsidR="00725E60" w:rsidRPr="00913BA5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="00000000" w:rsidRPr="00913BA5">
        <w:rPr>
          <w:rFonts w:eastAsia="宋体"/>
          <w:b/>
          <w:bCs/>
          <w:sz w:val="28"/>
          <w:szCs w:val="28"/>
          <w:lang w:eastAsia="zh-CN"/>
        </w:rPr>
        <w:t>电荷就不断的积攒，你穿稍微有点儿那样的衣服噼里啪啦就放电。</w:t>
      </w:r>
    </w:p>
    <w:p w14:paraId="07C31BF4" w14:textId="75F7D27B" w:rsidR="008633C2" w:rsidRPr="00913BA5" w:rsidRDefault="00000000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 w:hint="eastAsia"/>
          <w:b/>
          <w:bCs/>
          <w:sz w:val="28"/>
          <w:szCs w:val="28"/>
          <w:lang w:eastAsia="zh-CN"/>
        </w:rPr>
      </w:pPr>
      <w:r w:rsidRPr="00913BA5">
        <w:rPr>
          <w:rFonts w:eastAsia="宋体"/>
          <w:b/>
          <w:bCs/>
          <w:sz w:val="28"/>
          <w:szCs w:val="28"/>
          <w:lang w:eastAsia="zh-CN"/>
        </w:rPr>
        <w:t>同样声音也是啊，当你身体足够的通畅，人体是个通道</w:t>
      </w:r>
      <w:r w:rsidR="00E550BB" w:rsidRPr="00913BA5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913BA5">
        <w:rPr>
          <w:rFonts w:eastAsia="宋体"/>
          <w:b/>
          <w:bCs/>
          <w:sz w:val="28"/>
          <w:szCs w:val="28"/>
          <w:lang w:eastAsia="zh-CN"/>
        </w:rPr>
        <w:t>对于声音的传导是不是也是个通道啊，从这边一个声音灌过来，这边消失掉了，它会在你身体里震荡吗？如果堵了之后，就像一堵墙一样，声音来了，就开始震荡起来了，人就对声音非常敏感，一点声音都受不了</w:t>
      </w:r>
      <w:r w:rsidR="00E550BB" w:rsidRPr="00913BA5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913BA5">
        <w:rPr>
          <w:rFonts w:eastAsia="宋体"/>
          <w:b/>
          <w:bCs/>
          <w:sz w:val="28"/>
          <w:szCs w:val="28"/>
          <w:lang w:eastAsia="zh-CN"/>
        </w:rPr>
        <w:t>声音灌到你脑子，脑子不能及时的把声波导出去</w:t>
      </w:r>
      <w:r w:rsidR="00E550BB" w:rsidRPr="00913BA5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913BA5">
        <w:rPr>
          <w:rFonts w:eastAsia="宋体"/>
          <w:b/>
          <w:bCs/>
          <w:sz w:val="28"/>
          <w:szCs w:val="28"/>
          <w:lang w:eastAsia="zh-CN"/>
        </w:rPr>
        <w:t>在脑子里是不是就来回回响啊，你就感觉特别胀啊，特别刺耳</w:t>
      </w:r>
      <w:r w:rsidR="00E550BB" w:rsidRPr="00913BA5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913BA5">
        <w:rPr>
          <w:rFonts w:eastAsia="宋体"/>
          <w:b/>
          <w:bCs/>
          <w:sz w:val="28"/>
          <w:szCs w:val="28"/>
          <w:lang w:eastAsia="zh-CN"/>
        </w:rPr>
        <w:t>身体通透了之后，你身体本身就是个共鸣腔，声音可以自由的传导</w:t>
      </w:r>
      <w:r w:rsidR="00E550BB" w:rsidRPr="00913BA5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913BA5">
        <w:rPr>
          <w:rFonts w:eastAsia="宋体"/>
          <w:b/>
          <w:bCs/>
          <w:sz w:val="28"/>
          <w:szCs w:val="28"/>
          <w:lang w:eastAsia="zh-CN"/>
        </w:rPr>
        <w:t>那么你唱歌都是美妙的</w:t>
      </w:r>
      <w:r w:rsidR="00E550BB" w:rsidRPr="00913BA5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913BA5">
        <w:rPr>
          <w:rFonts w:eastAsia="宋体"/>
          <w:b/>
          <w:bCs/>
          <w:sz w:val="28"/>
          <w:szCs w:val="28"/>
          <w:lang w:eastAsia="zh-CN"/>
        </w:rPr>
        <w:t>如果唱歌没有回响啊，你声音很干，很刺耳</w:t>
      </w:r>
      <w:r w:rsidR="00E550BB" w:rsidRPr="00913BA5">
        <w:rPr>
          <w:rFonts w:eastAsia="宋体" w:hint="eastAsia"/>
          <w:b/>
          <w:bCs/>
          <w:sz w:val="28"/>
          <w:szCs w:val="28"/>
          <w:lang w:eastAsia="zh-CN"/>
        </w:rPr>
        <w:t>。</w:t>
      </w:r>
    </w:p>
    <w:p w14:paraId="5B8B57E8" w14:textId="77777777" w:rsidR="00913BA5" w:rsidRPr="00913BA5" w:rsidRDefault="00000000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/>
          <w:b/>
          <w:bCs/>
          <w:sz w:val="28"/>
          <w:szCs w:val="28"/>
          <w:lang w:eastAsia="zh-CN"/>
        </w:rPr>
      </w:pPr>
      <w:r w:rsidRPr="00913BA5">
        <w:rPr>
          <w:rFonts w:eastAsia="宋体"/>
          <w:b/>
          <w:bCs/>
          <w:sz w:val="28"/>
          <w:szCs w:val="28"/>
          <w:lang w:eastAsia="zh-CN"/>
        </w:rPr>
        <w:t>我回答一下牙齿的问题。你们记住啊，牙齿的好坏，决定于牙龈，牙龈的好坏，决定于</w:t>
      </w:r>
      <w:proofErr w:type="gramStart"/>
      <w:r w:rsidRPr="00913BA5">
        <w:rPr>
          <w:rFonts w:eastAsia="宋体"/>
          <w:b/>
          <w:bCs/>
          <w:sz w:val="28"/>
          <w:szCs w:val="28"/>
          <w:lang w:eastAsia="zh-CN"/>
        </w:rPr>
        <w:t>濡</w:t>
      </w:r>
      <w:proofErr w:type="gramEnd"/>
      <w:r w:rsidRPr="00913BA5">
        <w:rPr>
          <w:rFonts w:eastAsia="宋体"/>
          <w:b/>
          <w:bCs/>
          <w:sz w:val="28"/>
          <w:szCs w:val="28"/>
          <w:lang w:eastAsia="zh-CN"/>
        </w:rPr>
        <w:t>养牙龈的经络是否通畅</w:t>
      </w:r>
      <w:r w:rsidR="00E550BB" w:rsidRPr="00913BA5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913BA5">
        <w:rPr>
          <w:rFonts w:eastAsia="宋体"/>
          <w:b/>
          <w:bCs/>
          <w:sz w:val="28"/>
          <w:szCs w:val="28"/>
          <w:lang w:eastAsia="zh-CN"/>
        </w:rPr>
        <w:t>比如说</w:t>
      </w:r>
      <w:r w:rsidR="00E550BB" w:rsidRPr="00913BA5">
        <w:rPr>
          <w:rFonts w:eastAsia="宋体" w:hint="eastAsia"/>
          <w:b/>
          <w:bCs/>
          <w:sz w:val="28"/>
          <w:szCs w:val="28"/>
          <w:lang w:eastAsia="zh-CN"/>
        </w:rPr>
        <w:t>两边</w:t>
      </w:r>
      <w:r w:rsidRPr="00913BA5">
        <w:rPr>
          <w:rFonts w:eastAsia="宋体"/>
          <w:b/>
          <w:bCs/>
          <w:sz w:val="28"/>
          <w:szCs w:val="28"/>
          <w:lang w:eastAsia="zh-CN"/>
        </w:rPr>
        <w:t>牙龈足少阳胆经，足少阳胆经足够通畅，那么足少阳胆经所管辖的血管神经是不是也是通畅的，</w:t>
      </w:r>
      <w:r w:rsidR="00E550BB" w:rsidRPr="00913BA5">
        <w:rPr>
          <w:rFonts w:eastAsia="宋体" w:hint="eastAsia"/>
          <w:b/>
          <w:bCs/>
          <w:sz w:val="28"/>
          <w:szCs w:val="28"/>
          <w:lang w:eastAsia="zh-CN"/>
        </w:rPr>
        <w:t>血管</w:t>
      </w:r>
      <w:r w:rsidRPr="00913BA5">
        <w:rPr>
          <w:rFonts w:eastAsia="宋体"/>
          <w:b/>
          <w:bCs/>
          <w:sz w:val="28"/>
          <w:szCs w:val="28"/>
          <w:lang w:eastAsia="zh-CN"/>
        </w:rPr>
        <w:t>神经通畅，它就能很好的</w:t>
      </w:r>
      <w:proofErr w:type="gramStart"/>
      <w:r w:rsidRPr="00913BA5">
        <w:rPr>
          <w:rFonts w:eastAsia="宋体"/>
          <w:b/>
          <w:bCs/>
          <w:sz w:val="28"/>
          <w:szCs w:val="28"/>
          <w:lang w:eastAsia="zh-CN"/>
        </w:rPr>
        <w:t>濡</w:t>
      </w:r>
      <w:proofErr w:type="gramEnd"/>
      <w:r w:rsidRPr="00913BA5">
        <w:rPr>
          <w:rFonts w:eastAsia="宋体"/>
          <w:b/>
          <w:bCs/>
          <w:sz w:val="28"/>
          <w:szCs w:val="28"/>
          <w:lang w:eastAsia="zh-CN"/>
        </w:rPr>
        <w:t>养牙齿和管理牙龈呢？那么牙龈好了，在牙龈上长</w:t>
      </w:r>
      <w:r w:rsidR="00E550BB" w:rsidRPr="00913BA5">
        <w:rPr>
          <w:rFonts w:eastAsia="宋体" w:hint="eastAsia"/>
          <w:b/>
          <w:bCs/>
          <w:sz w:val="28"/>
          <w:szCs w:val="28"/>
          <w:lang w:eastAsia="zh-CN"/>
        </w:rPr>
        <w:t>的</w:t>
      </w:r>
      <w:r w:rsidRPr="00913BA5">
        <w:rPr>
          <w:rFonts w:eastAsia="宋体"/>
          <w:b/>
          <w:bCs/>
          <w:sz w:val="28"/>
          <w:szCs w:val="28"/>
          <w:lang w:eastAsia="zh-CN"/>
        </w:rPr>
        <w:t>牙齿是不是也好了？你们知道人的牙齿是活的，牙齿的牙本质是不断的在生长、修复、更新的。</w:t>
      </w:r>
    </w:p>
    <w:p w14:paraId="1A2E0D37" w14:textId="61B4436B" w:rsidR="0028763B" w:rsidRPr="00913BA5" w:rsidRDefault="00000000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 w:hint="eastAsia"/>
          <w:b/>
          <w:bCs/>
          <w:sz w:val="28"/>
          <w:szCs w:val="28"/>
          <w:lang w:eastAsia="zh-CN"/>
        </w:rPr>
      </w:pPr>
      <w:r w:rsidRPr="00913BA5">
        <w:rPr>
          <w:rFonts w:eastAsia="宋体"/>
          <w:b/>
          <w:bCs/>
          <w:sz w:val="28"/>
          <w:szCs w:val="28"/>
          <w:lang w:eastAsia="zh-CN"/>
        </w:rPr>
        <w:t>大多数人都不知道。当你把神经和血管掐了之后，这个牙就死了</w:t>
      </w:r>
      <w:r w:rsidR="002F3AF5" w:rsidRPr="00913BA5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913BA5">
        <w:rPr>
          <w:rFonts w:eastAsia="宋体"/>
          <w:b/>
          <w:bCs/>
          <w:sz w:val="28"/>
          <w:szCs w:val="28"/>
          <w:lang w:eastAsia="zh-CN"/>
        </w:rPr>
        <w:t>它的颜色马上发生改变，别的牙是洁白的鲜亮的，它就变得暗沉发黄发灰发脆</w:t>
      </w:r>
      <w:r w:rsidR="002F3AF5" w:rsidRPr="00913BA5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913BA5">
        <w:rPr>
          <w:rFonts w:eastAsia="宋体"/>
          <w:b/>
          <w:bCs/>
          <w:sz w:val="28"/>
          <w:szCs w:val="28"/>
          <w:lang w:eastAsia="zh-CN"/>
        </w:rPr>
        <w:t>所以说既然牙是活的，</w:t>
      </w:r>
      <w:proofErr w:type="gramStart"/>
      <w:r w:rsidRPr="00913BA5">
        <w:rPr>
          <w:rFonts w:eastAsia="宋体"/>
          <w:b/>
          <w:bCs/>
          <w:sz w:val="28"/>
          <w:szCs w:val="28"/>
          <w:lang w:eastAsia="zh-CN"/>
        </w:rPr>
        <w:t>那只要</w:t>
      </w:r>
      <w:proofErr w:type="gramEnd"/>
      <w:r w:rsidRPr="00913BA5">
        <w:rPr>
          <w:rFonts w:eastAsia="宋体"/>
          <w:b/>
          <w:bCs/>
          <w:sz w:val="28"/>
          <w:szCs w:val="28"/>
          <w:lang w:eastAsia="zh-CN"/>
        </w:rPr>
        <w:t>你牙龈好，这牙是不是就始终坚固啊？吃</w:t>
      </w:r>
      <w:proofErr w:type="gramStart"/>
      <w:r w:rsidRPr="00913BA5">
        <w:rPr>
          <w:rFonts w:eastAsia="宋体"/>
          <w:b/>
          <w:bCs/>
          <w:sz w:val="28"/>
          <w:szCs w:val="28"/>
          <w:lang w:eastAsia="zh-CN"/>
        </w:rPr>
        <w:t>冷酸啥的</w:t>
      </w:r>
      <w:proofErr w:type="gramEnd"/>
      <w:r w:rsidRPr="00913BA5">
        <w:rPr>
          <w:rFonts w:eastAsia="宋体"/>
          <w:b/>
          <w:bCs/>
          <w:sz w:val="28"/>
          <w:szCs w:val="28"/>
          <w:lang w:eastAsia="zh-CN"/>
        </w:rPr>
        <w:t>东西，它</w:t>
      </w:r>
      <w:r w:rsidR="007B645B" w:rsidRPr="00913BA5">
        <w:rPr>
          <w:rFonts w:eastAsia="宋体" w:hint="eastAsia"/>
          <w:b/>
          <w:bCs/>
          <w:sz w:val="28"/>
          <w:szCs w:val="28"/>
          <w:lang w:eastAsia="zh-CN"/>
        </w:rPr>
        <w:t>有可能</w:t>
      </w:r>
      <w:r w:rsidRPr="00913BA5">
        <w:rPr>
          <w:rFonts w:eastAsia="宋体"/>
          <w:b/>
          <w:bCs/>
          <w:sz w:val="28"/>
          <w:szCs w:val="28"/>
          <w:lang w:eastAsia="zh-CN"/>
        </w:rPr>
        <w:t>会腐蚀牙釉质，但是他牙本质</w:t>
      </w:r>
      <w:r w:rsidRPr="00913BA5">
        <w:rPr>
          <w:rFonts w:eastAsia="宋体"/>
          <w:b/>
          <w:bCs/>
          <w:sz w:val="28"/>
          <w:szCs w:val="28"/>
          <w:lang w:eastAsia="zh-CN"/>
        </w:rPr>
        <w:lastRenderedPageBreak/>
        <w:t>很壮，那么这个牙齿就不会坏</w:t>
      </w:r>
      <w:r w:rsidR="007B645B" w:rsidRPr="00913BA5">
        <w:rPr>
          <w:rFonts w:eastAsia="宋体" w:hint="eastAsia"/>
          <w:b/>
          <w:bCs/>
          <w:sz w:val="28"/>
          <w:szCs w:val="28"/>
          <w:lang w:eastAsia="zh-CN"/>
        </w:rPr>
        <w:t>。</w:t>
      </w:r>
      <w:proofErr w:type="gramStart"/>
      <w:r w:rsidRPr="00913BA5">
        <w:rPr>
          <w:rFonts w:eastAsia="宋体"/>
          <w:b/>
          <w:bCs/>
          <w:sz w:val="28"/>
          <w:szCs w:val="28"/>
          <w:lang w:eastAsia="zh-CN"/>
        </w:rPr>
        <w:t>反而你</w:t>
      </w:r>
      <w:proofErr w:type="gramEnd"/>
      <w:r w:rsidRPr="00913BA5">
        <w:rPr>
          <w:rFonts w:eastAsia="宋体"/>
          <w:b/>
          <w:bCs/>
          <w:sz w:val="28"/>
          <w:szCs w:val="28"/>
          <w:lang w:eastAsia="zh-CN"/>
        </w:rPr>
        <w:t>用牙膏天天刷牙，它会把牙釉质表面给破坏掉，你拿显微镜一看，都是斑斑点点</w:t>
      </w:r>
      <w:r w:rsidR="00862CAE" w:rsidRPr="00913BA5">
        <w:rPr>
          <w:rFonts w:eastAsia="宋体" w:hint="eastAsia"/>
          <w:b/>
          <w:bCs/>
          <w:sz w:val="28"/>
          <w:szCs w:val="28"/>
          <w:lang w:eastAsia="zh-CN"/>
        </w:rPr>
        <w:t>。</w:t>
      </w:r>
      <w:r w:rsidRPr="00913BA5">
        <w:rPr>
          <w:rFonts w:eastAsia="宋体"/>
          <w:b/>
          <w:bCs/>
          <w:sz w:val="28"/>
          <w:szCs w:val="28"/>
          <w:lang w:eastAsia="zh-CN"/>
        </w:rPr>
        <w:t>你不刷可能是光滑的</w:t>
      </w:r>
      <w:r w:rsidR="00862CAE" w:rsidRPr="00913BA5">
        <w:rPr>
          <w:rFonts w:eastAsia="宋体" w:hint="eastAsia"/>
          <w:b/>
          <w:bCs/>
          <w:sz w:val="28"/>
          <w:szCs w:val="28"/>
          <w:lang w:eastAsia="zh-CN"/>
        </w:rPr>
        <w:t>，</w:t>
      </w:r>
      <w:r w:rsidRPr="00913BA5">
        <w:rPr>
          <w:rFonts w:eastAsia="宋体"/>
          <w:b/>
          <w:bCs/>
          <w:sz w:val="28"/>
          <w:szCs w:val="28"/>
          <w:lang w:eastAsia="zh-CN"/>
        </w:rPr>
        <w:t>拿腐蚀性牙膏一刷，长时间坚持去刷，那么它就是斑斑点点，反而给细菌提供滋生的机会</w:t>
      </w:r>
      <w:r w:rsidR="00862CAE" w:rsidRPr="00913BA5">
        <w:rPr>
          <w:rFonts w:eastAsia="宋体" w:hint="eastAsia"/>
          <w:b/>
          <w:bCs/>
          <w:sz w:val="28"/>
          <w:szCs w:val="28"/>
          <w:lang w:eastAsia="zh-CN"/>
        </w:rPr>
        <w:t>。</w:t>
      </w:r>
    </w:p>
    <w:p w14:paraId="54BDB837" w14:textId="77777777" w:rsidR="0028763B" w:rsidRPr="00913BA5" w:rsidRDefault="0028763B" w:rsidP="0076289F">
      <w:pPr>
        <w:widowControl w:val="0"/>
        <w:adjustRightInd w:val="0"/>
        <w:snapToGrid w:val="0"/>
        <w:spacing w:after="0" w:line="360" w:lineRule="auto"/>
        <w:ind w:firstLineChars="200" w:firstLine="560"/>
        <w:rPr>
          <w:rFonts w:eastAsia="宋体" w:hint="eastAsia"/>
          <w:color w:val="F79646" w:themeColor="accent6"/>
          <w:sz w:val="28"/>
          <w:szCs w:val="28"/>
          <w:lang w:eastAsia="zh-CN"/>
        </w:rPr>
      </w:pPr>
      <w:r w:rsidRPr="00913BA5">
        <w:rPr>
          <w:rFonts w:eastAsia="宋体" w:hint="eastAsia"/>
          <w:color w:val="F79646" w:themeColor="accent6"/>
          <w:sz w:val="28"/>
          <w:szCs w:val="28"/>
          <w:lang w:eastAsia="zh-CN"/>
        </w:rPr>
        <w:t>（</w:t>
      </w:r>
      <w:r w:rsidRPr="00913BA5">
        <w:rPr>
          <w:rFonts w:eastAsia="宋体"/>
          <w:color w:val="F79646" w:themeColor="accent6"/>
          <w:sz w:val="28"/>
          <w:szCs w:val="28"/>
          <w:lang w:eastAsia="zh-CN"/>
        </w:rPr>
        <w:t>可以用牙线吗？</w:t>
      </w:r>
      <w:r w:rsidRPr="00913BA5">
        <w:rPr>
          <w:rFonts w:eastAsia="宋体" w:hint="eastAsia"/>
          <w:color w:val="F79646" w:themeColor="accent6"/>
          <w:sz w:val="28"/>
          <w:szCs w:val="28"/>
          <w:lang w:eastAsia="zh-CN"/>
        </w:rPr>
        <w:t>）</w:t>
      </w:r>
    </w:p>
    <w:p w14:paraId="6BD0601C" w14:textId="3562ECB6" w:rsidR="008B4076" w:rsidRPr="00316159" w:rsidRDefault="00913BA5" w:rsidP="0076289F">
      <w:pPr>
        <w:widowControl w:val="0"/>
        <w:adjustRightInd w:val="0"/>
        <w:snapToGrid w:val="0"/>
        <w:spacing w:after="0" w:line="360" w:lineRule="auto"/>
        <w:ind w:firstLineChars="200" w:firstLine="562"/>
        <w:rPr>
          <w:rFonts w:eastAsia="宋体" w:hint="eastAsia"/>
          <w:b/>
          <w:bCs/>
          <w:sz w:val="28"/>
          <w:szCs w:val="28"/>
          <w:lang w:eastAsia="zh-CN"/>
        </w:rPr>
      </w:pPr>
      <w:r w:rsidRPr="00316159">
        <w:rPr>
          <w:rFonts w:eastAsia="宋体" w:hint="eastAsia"/>
          <w:b/>
          <w:bCs/>
          <w:sz w:val="28"/>
          <w:szCs w:val="28"/>
          <w:lang w:eastAsia="zh-CN"/>
        </w:rPr>
        <w:t>师：</w:t>
      </w:r>
      <w:r w:rsidR="00000000" w:rsidRPr="00316159">
        <w:rPr>
          <w:rFonts w:eastAsia="宋体"/>
          <w:b/>
          <w:bCs/>
          <w:sz w:val="28"/>
          <w:szCs w:val="28"/>
          <w:lang w:eastAsia="zh-CN"/>
        </w:rPr>
        <w:t>其实我建议最好的办法，不要用牙线是吧？你洗牙、用牙线都会导致牙齿过敏。你口腔如果变好了，你的唾液本身就是会滋养牙齿</w:t>
      </w:r>
      <w:r w:rsidR="0028763B" w:rsidRPr="00316159">
        <w:rPr>
          <w:rFonts w:eastAsia="宋体" w:hint="eastAsia"/>
          <w:b/>
          <w:bCs/>
          <w:sz w:val="28"/>
          <w:szCs w:val="28"/>
          <w:lang w:eastAsia="zh-CN"/>
        </w:rPr>
        <w:t>的</w:t>
      </w:r>
      <w:r w:rsidR="00000000" w:rsidRPr="00316159">
        <w:rPr>
          <w:rFonts w:eastAsia="宋体"/>
          <w:b/>
          <w:bCs/>
          <w:sz w:val="28"/>
          <w:szCs w:val="28"/>
          <w:lang w:eastAsia="zh-CN"/>
        </w:rPr>
        <w:t>。最好的办法就是</w:t>
      </w:r>
      <w:r w:rsidR="0028763B" w:rsidRPr="00316159">
        <w:rPr>
          <w:rFonts w:eastAsia="宋体" w:hint="eastAsia"/>
          <w:b/>
          <w:bCs/>
          <w:sz w:val="28"/>
          <w:szCs w:val="28"/>
          <w:lang w:eastAsia="zh-CN"/>
        </w:rPr>
        <w:t>饭后</w:t>
      </w:r>
      <w:r w:rsidR="00000000" w:rsidRPr="00316159">
        <w:rPr>
          <w:rFonts w:eastAsia="宋体"/>
          <w:b/>
          <w:bCs/>
          <w:sz w:val="28"/>
          <w:szCs w:val="28"/>
          <w:lang w:eastAsia="zh-CN"/>
        </w:rPr>
        <w:t>勤漱口，你拿手指擦牙齿表面。有人说用盐水漱口，我觉得没有必要，就是清水漱口。为什么盐水漱口不好？下次跟你们讲</w:t>
      </w:r>
      <w:r w:rsidR="0028763B" w:rsidRPr="00316159">
        <w:rPr>
          <w:rFonts w:eastAsia="宋体" w:hint="eastAsia"/>
          <w:b/>
          <w:bCs/>
          <w:sz w:val="28"/>
          <w:szCs w:val="28"/>
          <w:lang w:eastAsia="zh-CN"/>
        </w:rPr>
        <w:t>。</w:t>
      </w:r>
    </w:p>
    <w:sectPr w:rsidR="008B4076" w:rsidRPr="0031615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79D3E" w14:textId="77777777" w:rsidR="00E2204A" w:rsidRDefault="00E2204A" w:rsidP="0076289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80B75AC" w14:textId="77777777" w:rsidR="00E2204A" w:rsidRDefault="00E2204A" w:rsidP="0076289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D73CE" w14:textId="77777777" w:rsidR="00E2204A" w:rsidRDefault="00E2204A" w:rsidP="0076289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BAF7D1B" w14:textId="77777777" w:rsidR="00E2204A" w:rsidRDefault="00E2204A" w:rsidP="0076289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35459648">
    <w:abstractNumId w:val="8"/>
  </w:num>
  <w:num w:numId="2" w16cid:durableId="619074485">
    <w:abstractNumId w:val="6"/>
  </w:num>
  <w:num w:numId="3" w16cid:durableId="1148979992">
    <w:abstractNumId w:val="5"/>
  </w:num>
  <w:num w:numId="4" w16cid:durableId="1336348068">
    <w:abstractNumId w:val="4"/>
  </w:num>
  <w:num w:numId="5" w16cid:durableId="973635123">
    <w:abstractNumId w:val="7"/>
  </w:num>
  <w:num w:numId="6" w16cid:durableId="1586645969">
    <w:abstractNumId w:val="3"/>
  </w:num>
  <w:num w:numId="7" w16cid:durableId="1774746795">
    <w:abstractNumId w:val="2"/>
  </w:num>
  <w:num w:numId="8" w16cid:durableId="714935577">
    <w:abstractNumId w:val="1"/>
  </w:num>
  <w:num w:numId="9" w16cid:durableId="806241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16F0"/>
    <w:rsid w:val="000469AE"/>
    <w:rsid w:val="0006063C"/>
    <w:rsid w:val="000C30BC"/>
    <w:rsid w:val="000D1265"/>
    <w:rsid w:val="000F4DD7"/>
    <w:rsid w:val="00100288"/>
    <w:rsid w:val="00101CE7"/>
    <w:rsid w:val="001378A9"/>
    <w:rsid w:val="00140E2D"/>
    <w:rsid w:val="0015074B"/>
    <w:rsid w:val="00150A89"/>
    <w:rsid w:val="00162540"/>
    <w:rsid w:val="001677F2"/>
    <w:rsid w:val="00173DCC"/>
    <w:rsid w:val="00192956"/>
    <w:rsid w:val="001B3443"/>
    <w:rsid w:val="001E3843"/>
    <w:rsid w:val="00201430"/>
    <w:rsid w:val="00204F20"/>
    <w:rsid w:val="002627C0"/>
    <w:rsid w:val="00263E5C"/>
    <w:rsid w:val="0028763B"/>
    <w:rsid w:val="002959A3"/>
    <w:rsid w:val="0029639D"/>
    <w:rsid w:val="002B2DE4"/>
    <w:rsid w:val="002C0118"/>
    <w:rsid w:val="002C40B3"/>
    <w:rsid w:val="002D1367"/>
    <w:rsid w:val="002F3AF5"/>
    <w:rsid w:val="002F7954"/>
    <w:rsid w:val="00301C0B"/>
    <w:rsid w:val="00316159"/>
    <w:rsid w:val="00316B83"/>
    <w:rsid w:val="0032093F"/>
    <w:rsid w:val="00326F90"/>
    <w:rsid w:val="003317DB"/>
    <w:rsid w:val="00340B50"/>
    <w:rsid w:val="00351AA4"/>
    <w:rsid w:val="003723A9"/>
    <w:rsid w:val="003B0B85"/>
    <w:rsid w:val="003C01C0"/>
    <w:rsid w:val="003E4C87"/>
    <w:rsid w:val="003F3BE8"/>
    <w:rsid w:val="00403652"/>
    <w:rsid w:val="0041039B"/>
    <w:rsid w:val="00413E05"/>
    <w:rsid w:val="0042163F"/>
    <w:rsid w:val="00444D34"/>
    <w:rsid w:val="004637FE"/>
    <w:rsid w:val="00494BB6"/>
    <w:rsid w:val="004A1BA0"/>
    <w:rsid w:val="004A7747"/>
    <w:rsid w:val="004B3C2D"/>
    <w:rsid w:val="004B6606"/>
    <w:rsid w:val="004D7935"/>
    <w:rsid w:val="005051FA"/>
    <w:rsid w:val="00534653"/>
    <w:rsid w:val="00534FF9"/>
    <w:rsid w:val="0056799D"/>
    <w:rsid w:val="00580652"/>
    <w:rsid w:val="00580C2D"/>
    <w:rsid w:val="005863D0"/>
    <w:rsid w:val="005937C7"/>
    <w:rsid w:val="005C3870"/>
    <w:rsid w:val="005D0603"/>
    <w:rsid w:val="005E2B1B"/>
    <w:rsid w:val="005E33BC"/>
    <w:rsid w:val="0060670F"/>
    <w:rsid w:val="00635D6B"/>
    <w:rsid w:val="00646F3D"/>
    <w:rsid w:val="00657BF5"/>
    <w:rsid w:val="006745E4"/>
    <w:rsid w:val="006A7B2E"/>
    <w:rsid w:val="006C5CD7"/>
    <w:rsid w:val="006D1B7F"/>
    <w:rsid w:val="00712621"/>
    <w:rsid w:val="00713946"/>
    <w:rsid w:val="00725E60"/>
    <w:rsid w:val="00740A40"/>
    <w:rsid w:val="0076053A"/>
    <w:rsid w:val="0076289F"/>
    <w:rsid w:val="0078323B"/>
    <w:rsid w:val="00792A19"/>
    <w:rsid w:val="007A2766"/>
    <w:rsid w:val="007B2677"/>
    <w:rsid w:val="007B645B"/>
    <w:rsid w:val="00804EA6"/>
    <w:rsid w:val="0082262C"/>
    <w:rsid w:val="00825E62"/>
    <w:rsid w:val="00831CD1"/>
    <w:rsid w:val="00862CAE"/>
    <w:rsid w:val="008633C2"/>
    <w:rsid w:val="008A3C45"/>
    <w:rsid w:val="008B3280"/>
    <w:rsid w:val="008B4076"/>
    <w:rsid w:val="008C7E8C"/>
    <w:rsid w:val="008F47FC"/>
    <w:rsid w:val="00913BA5"/>
    <w:rsid w:val="009521AB"/>
    <w:rsid w:val="00954014"/>
    <w:rsid w:val="00962A04"/>
    <w:rsid w:val="009634F1"/>
    <w:rsid w:val="009803A3"/>
    <w:rsid w:val="00986F84"/>
    <w:rsid w:val="009C6D36"/>
    <w:rsid w:val="009D188A"/>
    <w:rsid w:val="00A24E9D"/>
    <w:rsid w:val="00A80060"/>
    <w:rsid w:val="00A833AF"/>
    <w:rsid w:val="00AA1D8D"/>
    <w:rsid w:val="00AA25CD"/>
    <w:rsid w:val="00AB7621"/>
    <w:rsid w:val="00AB7E06"/>
    <w:rsid w:val="00AC5FB5"/>
    <w:rsid w:val="00AD258E"/>
    <w:rsid w:val="00AF7680"/>
    <w:rsid w:val="00B02DFF"/>
    <w:rsid w:val="00B2095D"/>
    <w:rsid w:val="00B47730"/>
    <w:rsid w:val="00B65501"/>
    <w:rsid w:val="00B8398D"/>
    <w:rsid w:val="00B84A0E"/>
    <w:rsid w:val="00BB6A7B"/>
    <w:rsid w:val="00BE500B"/>
    <w:rsid w:val="00BF3006"/>
    <w:rsid w:val="00BF5D41"/>
    <w:rsid w:val="00C163BA"/>
    <w:rsid w:val="00C4497C"/>
    <w:rsid w:val="00C52555"/>
    <w:rsid w:val="00C600DE"/>
    <w:rsid w:val="00CB0664"/>
    <w:rsid w:val="00CB6175"/>
    <w:rsid w:val="00CC6A15"/>
    <w:rsid w:val="00CD5E07"/>
    <w:rsid w:val="00CF2FFB"/>
    <w:rsid w:val="00D5774B"/>
    <w:rsid w:val="00D90F14"/>
    <w:rsid w:val="00D93742"/>
    <w:rsid w:val="00DA6EC4"/>
    <w:rsid w:val="00DC04D3"/>
    <w:rsid w:val="00DC67F6"/>
    <w:rsid w:val="00DD018E"/>
    <w:rsid w:val="00DF008C"/>
    <w:rsid w:val="00E043EF"/>
    <w:rsid w:val="00E067A6"/>
    <w:rsid w:val="00E2204A"/>
    <w:rsid w:val="00E22A6A"/>
    <w:rsid w:val="00E33CA8"/>
    <w:rsid w:val="00E35207"/>
    <w:rsid w:val="00E43C2E"/>
    <w:rsid w:val="00E44A68"/>
    <w:rsid w:val="00E550BB"/>
    <w:rsid w:val="00E870B9"/>
    <w:rsid w:val="00EE37C9"/>
    <w:rsid w:val="00EF537C"/>
    <w:rsid w:val="00F35E6D"/>
    <w:rsid w:val="00F47CD9"/>
    <w:rsid w:val="00F5608A"/>
    <w:rsid w:val="00F6357F"/>
    <w:rsid w:val="00FB0563"/>
    <w:rsid w:val="00FC693F"/>
    <w:rsid w:val="00FD3CC0"/>
    <w:rsid w:val="00FD57C6"/>
    <w:rsid w:val="00FE12B8"/>
    <w:rsid w:val="00FF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43DCCB"/>
  <w14:defaultImageDpi w14:val="300"/>
  <w15:docId w15:val="{473D9964-FCF1-41F9-BEF0-9F44A507C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宋体" w:hAnsi="宋体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14</Pages>
  <Words>1312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8779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丽君 罗</cp:lastModifiedBy>
  <cp:revision>150</cp:revision>
  <dcterms:created xsi:type="dcterms:W3CDTF">2013-12-23T23:15:00Z</dcterms:created>
  <dcterms:modified xsi:type="dcterms:W3CDTF">2026-09-14T05:55:00Z</dcterms:modified>
  <cp:category/>
</cp:coreProperties>
</file>